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342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/>
                  </pic:spPr>
                </pic:pic>
              </a:graphicData>
            </a:graphic>
          </wp:anchor>
        </w:drawing>
      </w:r>
      <w:r>
        <w:pict>
          <v:shape path="m,l,1000r1000,l1000,xe" filled="f" stroked="f" style="margin-left:281.0pt;margin-top:670.89pt;width:125.45pt;height:7.5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3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0"/>
                      <w:sz w:val="13"/>
                    </w:rPr>
                    <w:t>realizadaa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-13"/>
                      <w:sz w:val="13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3"/>
                      <w:sz w:val="13"/>
                    </w:rPr>
                    <w:t>travésd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37"/>
                      <w:sz w:val="13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6"/>
                      <w:sz w:val="13"/>
                    </w:rPr>
                    <w:t>e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5"/>
                      <w:sz w:val="13"/>
                    </w:rPr>
                    <w:t>Usiüs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4"/>
                      <w:sz w:val="13"/>
                    </w:rPr>
                    <w:t>'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"/>
                      <w:sz w:val="13"/>
                    </w:rPr>
                    <w:t>h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69"/>
                      <w:sz w:val="13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"/>
                      <w:sz w:val="13"/>
                    </w:rPr>
                    <w:t>iocú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3"/>
                      <w:sz w:val="13"/>
                    </w:rPr>
                    <w:t>"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2"/>
                      <w:sz w:val="13"/>
                    </w:rPr>
                    <w:t>úeibalmenb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8"/>
                      <w:sz w:val="13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281.0pt;margin-top:677.28pt;width:82.19pt;height:7.0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2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3"/>
                      <w:sz w:val="12"/>
                    </w:rPr>
                    <w:t>Média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6"/>
                      <w:sz w:val="12"/>
                    </w:rPr>
                    <w:t>Gelamd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8"/>
                      <w:sz w:val="12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2"/>
                      <w:sz w:val="12"/>
                    </w:rPr>
                    <w:t>õ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3"/>
                      <w:sz w:val="12"/>
                    </w:rPr>
                    <w:t>Unidade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4"/>
                      <w:sz w:val="12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5"/>
                      <w:sz w:val="12"/>
                    </w:rPr>
                    <w:t>Escalar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281.0pt;margin-top:665.28pt;width:83.21pt;height:7.0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2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2"/>
                      <w:sz w:val="12"/>
                    </w:rPr>
                    <w:t>Coftsulb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5"/>
                      <w:sz w:val="12"/>
                    </w:rPr>
                    <w:t>8s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-6"/>
                      <w:sz w:val="12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2"/>
                      <w:sz w:val="12"/>
                    </w:rPr>
                    <w:t>arnbçõei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8"/>
                      <w:sz w:val="12"/>
                    </w:rPr>
                    <w:t>.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2"/>
                      <w:sz w:val="12"/>
                    </w:rPr>
                    <w:t>efetudàiàos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373.0pt;margin-top:665.28pt;width:72.71pt;height:7.0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2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1"/>
                      <w:sz w:val="12"/>
                    </w:rPr>
                    <w:t>RQBistr6sd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-9"/>
                      <w:sz w:val="12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6"/>
                      <w:sz w:val="12"/>
                    </w:rPr>
                    <w:t>e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6"/>
                      <w:sz w:val="12"/>
                    </w:rPr>
                    <w:t>Ação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2"/>
                      <w:sz w:val="12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4"/>
                      <w:sz w:val="12"/>
                    </w:rPr>
                    <w:t>Supéwisoü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287.0pt;margin-top:625.28pt;width:25.26pt;height:7.0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2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6"/>
                      <w:sz w:val="12"/>
                    </w:rPr>
                    <w:t>Educação</w:t>
                  </w:r>
                </w:p>
              </w:txbxContent>
            </v:textbox>
            <w10:wrap type="none"/>
          </v:shape>
        </w:pict>
      </w:r>
    </w:p>
    <w:p>
      <w:pPr>
        <w:widowControl/>
        <w:wordWrap w:val="0"/>
        <w:autoSpaceDE w:val="0"/>
        <w:autoSpaceDN w:val="0"/>
        <w:spacing w:line="14" w:lineRule="exact" w:before="699" w:after="0"/>
        <w:ind w:left="0" w:right="0"/>
      </w:pPr>
    </w:p>
    <w:tbl>
      <w:tblPr>
        <w:tblW w:type="auto" w:w="0"/>
        <w:tblInd w:type="dxa" w:w="8860"/>
        <w:tblLayout w:type="fixed"/>
        <w:tblLook w:firstColumn="1" w:firstRow="1" w:lastColumn="0" w:lastRow="0" w:noHBand="0" w:noVBand="1" w:val="04A0"/>
      </w:tblPr>
      <w:tblGrid>
        <w:gridCol w:w="3650"/>
        <w:gridCol w:w="3650"/>
        <w:gridCol w:w="3650"/>
      </w:tblGrid>
      <w:tr>
        <w:trPr>
          <w:trHeight w:hRule="exact" w:val="258"/>
        </w:trPr>
        <w:tc>
          <w:tcPr>
            <w:tcW w:type="dxa" w:w="45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0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3"/>
                <w:sz w:val="11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1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"':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2"/>
                <w:sz w:val="11"/>
              </w:rPr>
              <w:t>1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1"/>
                <w:sz w:val="11"/>
              </w:rPr>
              <w:t>©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3"/>
                <w:sz w:val="11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1"/>
              </w:rPr>
              <w:t>.</w:t>
            </w:r>
          </w:p>
        </w:tc>
        <w:tc>
          <w:tcPr>
            <w:tcW w:type="dxa" w:w="39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18" w:after="0"/>
              <w:ind w:left="144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7"/>
                <w:sz w:val="24"/>
              </w:rPr>
              <w:t>'</w:t>
            </w:r>
          </w:p>
        </w:tc>
        <w:tc>
          <w:tcPr>
            <w:tcW w:type="dxa" w:w="77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18" w:after="0"/>
              <w:ind w:left="112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4"/>
                <w:sz w:val="24"/>
              </w:rPr>
              <w:t>: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7"/>
                <w:sz w:val="24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7"/>
                <w:sz w:val="24"/>
              </w:rPr>
              <w:t>'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08"/>
                <w:sz w:val="24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5"/>
                <w:sz w:val="24"/>
              </w:rPr>
              <w:t>.:.,.</w:t>
            </w:r>
          </w:p>
        </w:tc>
      </w:tr>
    </w:tbl>
    <w:p>
      <w:pPr>
        <w:widowControl/>
        <w:wordWrap w:val="0"/>
        <w:autoSpaceDE w:val="0"/>
        <w:autoSpaceDN w:val="0"/>
        <w:spacing w:line="30" w:lineRule="exact" w:before="5" w:after="2108"/>
        <w:ind w:left="1062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w w:val="114"/>
          <w:sz w:val="3"/>
        </w:rPr>
        <w:t>'</w:t>
      </w:r>
      <w:r>
        <w:rPr>
          <w:rFonts w:ascii="Arial" w:hAnsi="Arial" w:eastAsia="Arial"/>
          <w:b w:val="0"/>
          <w:i w:val="0"/>
          <w:color w:val="FFFFFF"/>
          <w:spacing w:val="2"/>
          <w:sz w:val="3"/>
        </w:rPr>
        <w:t>l</w:t>
      </w:r>
      <w:r>
        <w:rPr>
          <w:rFonts w:ascii="Arial" w:hAnsi="Arial" w:eastAsia="Arial"/>
          <w:b w:val="0"/>
          <w:i w:val="0"/>
          <w:color w:val="FFFFFF"/>
          <w:w w:val="95"/>
          <w:sz w:val="3"/>
        </w:rPr>
        <w:t>',</w:t>
      </w:r>
      <w:r>
        <w:rPr>
          <w:rFonts w:ascii="Arial" w:hAnsi="Arial" w:eastAsia="Arial"/>
          <w:b w:val="0"/>
          <w:i w:val="0"/>
          <w:color w:val="FFFFFF"/>
          <w:spacing w:val="-2"/>
          <w:sz w:val="3"/>
        </w:rPr>
        <w:t>A</w:t>
      </w:r>
      <w:r>
        <w:rPr>
          <w:rFonts w:ascii="Arial" w:hAnsi="Arial" w:eastAsia="Arial"/>
          <w:b w:val="0"/>
          <w:i w:val="0"/>
          <w:color w:val="FFFFFF"/>
          <w:w w:val="114"/>
          <w:sz w:val="3"/>
        </w:rPr>
        <w:t>'</w:t>
      </w:r>
      <w:r>
        <w:rPr>
          <w:rFonts w:ascii="Arial" w:hAnsi="Arial" w:eastAsia="Arial"/>
          <w:b w:val="0"/>
          <w:i w:val="0"/>
          <w:color w:val="FFFFFF"/>
          <w:w w:val="97"/>
          <w:sz w:val="3"/>
        </w:rPr>
        <w:t>g</w:t>
      </w:r>
      <w:r>
        <w:rPr>
          <w:rFonts w:ascii="Arial" w:hAnsi="Arial" w:eastAsia="Arial"/>
          <w:b w:val="0"/>
          <w:i w:val="0"/>
          <w:color w:val="FFFFFF"/>
          <w:spacing w:val="-2"/>
          <w:sz w:val="3"/>
        </w:rPr>
        <w:t>.</w:t>
      </w:r>
      <w:r>
        <w:rPr>
          <w:rFonts w:ascii="Times New Roman" w:hAnsi="Times New Roman" w:eastAsia="Times New Roman"/>
          <w:b w:val="0"/>
          <w:color w:val="FFFFFF"/>
          <w:spacing w:val="197"/>
          <w:sz w:val="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w w:val="105"/>
          <w:sz w:val="3"/>
        </w:rPr>
        <w:t>Í</w:t>
      </w:r>
    </w:p>
    <w:p>
      <w:pPr>
        <w:widowControl/>
        <w:wordWrap w:val="0"/>
        <w:autoSpaceDE w:val="0"/>
        <w:autoSpaceDN w:val="0"/>
        <w:spacing w:line="150" w:lineRule="exact" w:before="4215" w:after="65"/>
        <w:ind w:left="608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8"/>
          <w:sz w:val="15"/>
        </w:rPr>
        <w:t>CPF</w:t>
      </w:r>
      <w:r>
        <w:rPr>
          <w:rFonts w:ascii="Arial" w:hAnsi="Arial" w:eastAsia="Arial"/>
          <w:b w:val="0"/>
          <w:i w:val="0"/>
          <w:color w:val="FFFFFF"/>
          <w:spacing w:val="-2"/>
          <w:sz w:val="15"/>
        </w:rPr>
        <w:t>353</w:t>
      </w:r>
      <w:r>
        <w:rPr>
          <w:rFonts w:ascii="Arial" w:hAnsi="Arial" w:eastAsia="Arial"/>
          <w:b w:val="0"/>
          <w:i w:val="0"/>
          <w:color w:val="FFFFFF"/>
          <w:spacing w:val="-3"/>
          <w:sz w:val="15"/>
        </w:rPr>
        <w:t>;</w:t>
      </w:r>
      <w:r>
        <w:rPr>
          <w:rFonts w:ascii="Arial" w:hAnsi="Arial" w:eastAsia="Arial"/>
          <w:b w:val="0"/>
          <w:i w:val="0"/>
          <w:color w:val="FFFFFF"/>
          <w:spacing w:val="-2"/>
          <w:sz w:val="15"/>
        </w:rPr>
        <w:t>44g</w:t>
      </w:r>
      <w:r>
        <w:rPr>
          <w:rFonts w:ascii="Arial" w:hAnsi="Arial" w:eastAsia="Arial"/>
          <w:b w:val="0"/>
          <w:i w:val="0"/>
          <w:color w:val="FFFFFF"/>
          <w:spacing w:val="-10"/>
          <w:sz w:val="15"/>
        </w:rPr>
        <w:t>.</w:t>
      </w:r>
      <w:r>
        <w:rPr>
          <w:rFonts w:ascii="Arial" w:hAnsi="Arial" w:eastAsia="Arial"/>
          <w:b w:val="0"/>
          <w:i w:val="0"/>
          <w:color w:val="FFFFFF"/>
          <w:spacing w:val="-2"/>
          <w:sz w:val="15"/>
        </w:rPr>
        <w:t>298</w:t>
      </w:r>
      <w:r>
        <w:rPr>
          <w:rFonts w:ascii="Arial" w:hAnsi="Arial" w:eastAsia="Arial"/>
          <w:b w:val="0"/>
          <w:i w:val="0"/>
          <w:color w:val="FFFFFF"/>
          <w:spacing w:val="4"/>
          <w:sz w:val="15"/>
        </w:rPr>
        <w:t>-</w:t>
      </w:r>
      <w:r>
        <w:rPr>
          <w:rFonts w:ascii="Arial" w:hAnsi="Arial" w:eastAsia="Arial"/>
          <w:b w:val="0"/>
          <w:i w:val="0"/>
          <w:color w:val="FFFFFF"/>
          <w:spacing w:val="-2"/>
          <w:sz w:val="15"/>
        </w:rPr>
        <w:t>62</w:t>
      </w:r>
    </w:p>
    <w:p>
      <w:pPr>
        <w:widowControl/>
        <w:wordWrap w:val="0"/>
        <w:autoSpaceDE w:val="0"/>
        <w:autoSpaceDN w:val="0"/>
        <w:spacing w:line="14" w:lineRule="exact" w:before="116" w:after="0"/>
        <w:ind w:left="0" w:right="0"/>
      </w:pPr>
    </w:p>
    <w:tbl>
      <w:tblPr>
        <w:tblW w:type="auto" w:w="0"/>
        <w:tblInd w:type="dxa" w:w="240"/>
        <w:tblLayout w:type="fixed"/>
        <w:tblLook w:firstColumn="1" w:firstRow="1" w:lastColumn="0" w:lastRow="0" w:noHBand="0" w:noVBand="1" w:val="04A0"/>
      </w:tblPr>
      <w:tblGrid>
        <w:gridCol w:w="2737"/>
        <w:gridCol w:w="2737"/>
        <w:gridCol w:w="2737"/>
        <w:gridCol w:w="2737"/>
      </w:tblGrid>
      <w:tr>
        <w:trPr>
          <w:trHeight w:hRule="exact" w:val="248"/>
        </w:trPr>
        <w:tc>
          <w:tcPr>
            <w:tcW w:type="dxa" w:w="162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0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8"/>
                <w:sz w:val="15"/>
              </w:rPr>
              <w:t>?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9"/>
                <w:sz w:val="15"/>
              </w:rPr>
              <w:t>GENC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2"/>
                <w:sz w:val="15"/>
              </w:rPr>
              <w:t>{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0"/>
                <w:sz w:val="15"/>
              </w:rPr>
              <w:t>AD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3"/>
                <w:sz w:val="15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2"/>
                <w:sz w:val="15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1"/>
                <w:sz w:val="15"/>
              </w:rPr>
              <w:t>ATA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84"/>
                <w:sz w:val="15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5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2"/>
                <w:sz w:val="15"/>
              </w:rPr>
              <w:t>=</w:t>
            </w:r>
          </w:p>
        </w:tc>
        <w:tc>
          <w:tcPr>
            <w:tcW w:type="dxa" w:w="262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314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4"/>
              </w:rPr>
              <w:t>12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8"/>
                <w:sz w:val="14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4"/>
              </w:rPr>
              <w:t>Maio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2"/>
                <w:sz w:val="14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4"/>
              </w:rPr>
              <w:t>2022</w:t>
            </w:r>
          </w:p>
        </w:tc>
        <w:tc>
          <w:tcPr>
            <w:tcW w:type="dxa" w:w="151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00" w:lineRule="exact" w:before="99" w:after="0"/>
              <w:ind w:left="112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0"/>
              </w:rPr>
              <w:t>a</w:t>
            </w:r>
          </w:p>
        </w:tc>
        <w:tc>
          <w:tcPr>
            <w:tcW w:type="dxa" w:w="1518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08" w:after="0"/>
              <w:ind w:left="31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4"/>
              </w:rPr>
              <w:t>12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8"/>
                <w:sz w:val="14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4"/>
              </w:rPr>
              <w:t>Maio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2"/>
                <w:sz w:val="14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4"/>
              </w:rPr>
              <w:t>202S</w:t>
            </w:r>
          </w:p>
        </w:tc>
      </w:tr>
    </w:tbl>
    <w:p>
      <w:pPr>
        <w:widowControl/>
        <w:wordWrap w:val="0"/>
        <w:autoSpaceDE w:val="0"/>
        <w:autoSpaceDN w:val="0"/>
        <w:spacing w:line="140" w:lineRule="exact" w:before="500" w:after="90"/>
        <w:ind w:left="14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1"/>
          <w:sz w:val="14"/>
        </w:rPr>
        <w:t>NOME</w:t>
      </w:r>
      <w:r>
        <w:rPr>
          <w:rFonts w:ascii="Times New Roman" w:hAnsi="Times New Roman" w:eastAsia="Times New Roman"/>
          <w:b w:val="0"/>
          <w:color w:val="FFFFFF"/>
          <w:spacing w:val="9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9"/>
          <w:sz w:val="14"/>
        </w:rPr>
        <w:t>FAIVT</w:t>
      </w:r>
      <w:r>
        <w:rPr>
          <w:rFonts w:ascii="Arial" w:hAnsi="Arial" w:eastAsia="Arial"/>
          <w:b w:val="0"/>
          <w:i w:val="0"/>
          <w:color w:val="FFFFFF"/>
          <w:spacing w:val="-8"/>
          <w:sz w:val="14"/>
        </w:rPr>
        <w:t>:</w:t>
      </w:r>
      <w:r>
        <w:rPr>
          <w:rFonts w:ascii="Arial" w:hAnsi="Arial" w:eastAsia="Arial"/>
          <w:b w:val="0"/>
          <w:i w:val="0"/>
          <w:color w:val="FFFFFF"/>
          <w:spacing w:val="-5"/>
          <w:sz w:val="14"/>
        </w:rPr>
        <w:t>MIA</w:t>
      </w:r>
      <w:r>
        <w:rPr>
          <w:rFonts w:ascii="Times New Roman" w:hAnsi="Times New Roman" w:eastAsia="Times New Roman"/>
          <w:b w:val="0"/>
          <w:color w:val="FFFFFF"/>
          <w:spacing w:val="109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7"/>
          <w:sz w:val="14"/>
        </w:rPr>
        <w:t>CRECHE</w:t>
      </w:r>
      <w:r>
        <w:rPr>
          <w:rFonts w:ascii="Arial" w:hAnsi="Arial" w:eastAsia="Arial"/>
          <w:b w:val="0"/>
          <w:i w:val="0"/>
          <w:color w:val="FFFFFF"/>
          <w:spacing w:val="-16"/>
          <w:sz w:val="14"/>
        </w:rPr>
        <w:t>PPR</w:t>
      </w:r>
      <w:r>
        <w:rPr>
          <w:rFonts w:ascii="Arial" w:hAnsi="Arial" w:eastAsia="Arial"/>
          <w:b w:val="0"/>
          <w:i w:val="0"/>
          <w:color w:val="FFFFFF"/>
          <w:spacing w:val="4"/>
          <w:sz w:val="14"/>
        </w:rPr>
        <w:t>'</w:t>
      </w:r>
      <w:r>
        <w:rPr>
          <w:rFonts w:ascii="Arial" w:hAnsi="Arial" w:eastAsia="Arial"/>
          <w:b w:val="0"/>
          <w:i w:val="0"/>
          <w:color w:val="FFFFFF"/>
          <w:spacing w:val="-11"/>
          <w:sz w:val="14"/>
        </w:rPr>
        <w:t>CUNHA</w:t>
      </w:r>
      <w:r>
        <w:rPr>
          <w:rFonts w:ascii="Times New Roman" w:hAnsi="Times New Roman" w:eastAsia="Times New Roman"/>
          <w:b w:val="0"/>
          <w:color w:val="FFFFFF"/>
          <w:spacing w:val="13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7"/>
          <w:sz w:val="14"/>
        </w:rPr>
        <w:t>?</w:t>
      </w:r>
    </w:p>
    <w:p>
      <w:pPr>
        <w:widowControl/>
        <w:wordWrap w:val="0"/>
        <w:autoSpaceDE w:val="0"/>
        <w:autoSpaceDN w:val="0"/>
        <w:spacing w:line="140" w:lineRule="exact" w:before="180" w:after="106"/>
        <w:ind w:left="12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5"/>
          <w:sz w:val="14"/>
        </w:rPr>
        <w:t>ENDEREÇO</w:t>
      </w:r>
    </w:p>
    <w:p>
      <w:pPr>
        <w:widowControl/>
        <w:wordWrap w:val="0"/>
        <w:autoSpaceDE w:val="0"/>
        <w:autoSpaceDN w:val="0"/>
        <w:spacing w:line="14" w:lineRule="exact" w:before="198" w:after="0"/>
        <w:ind w:left="0" w:right="0"/>
      </w:pPr>
    </w:p>
    <w:tbl>
      <w:tblPr>
        <w:tblW w:type="auto" w:w="0"/>
        <w:tblInd w:type="dxa" w:w="100"/>
        <w:tblLayout w:type="fixed"/>
        <w:tblLook w:firstColumn="1" w:firstRow="1" w:lastColumn="0" w:lastRow="0" w:noHBand="0" w:noVBand="1" w:val="04A0"/>
      </w:tblPr>
      <w:tblGrid>
        <w:gridCol w:w="1217"/>
        <w:gridCol w:w="1217"/>
        <w:gridCol w:w="1217"/>
        <w:gridCol w:w="1217"/>
        <w:gridCol w:w="1217"/>
        <w:gridCol w:w="1217"/>
        <w:gridCol w:w="1217"/>
        <w:gridCol w:w="1217"/>
        <w:gridCol w:w="1217"/>
      </w:tblGrid>
      <w:tr>
        <w:trPr>
          <w:trHeight w:hRule="exact" w:val="289"/>
        </w:trPr>
        <w:tc>
          <w:tcPr>
            <w:tcW w:type="dxa" w:w="1831"/>
            <w:gridSpan w:val="3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0" w:after="0"/>
              <w:ind w:left="2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2"/>
                <w:sz w:val="15"/>
              </w:rPr>
              <w:t>CNN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5"/>
                <w:sz w:val="15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1"/>
                <w:sz w:val="15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4"/>
                <w:sz w:val="15"/>
              </w:rPr>
              <w:t>'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9"/>
                <w:sz w:val="15"/>
              </w:rPr>
              <w:t>UNIDADEa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3"/>
                <w:sz w:val="15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1"/>
                <w:sz w:val="15"/>
              </w:rPr>
              <w:t>CatAR</w:t>
            </w:r>
          </w:p>
        </w:tc>
        <w:tc>
          <w:tcPr>
            <w:tcW w:type="dxa" w:w="2236"/>
            <w:gridSpan w:val="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60" w:after="0"/>
              <w:ind w:left="22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z w:val="15"/>
              </w:rPr>
              <w:t>7x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64"/>
                <w:sz w:val="15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15"/>
              </w:rPr>
              <w:t>çs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5"/>
              </w:rPr>
              <w:t>: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5"/>
              </w:rPr>
              <w:t>071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1"/>
                <w:sz w:val="15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5"/>
              </w:rPr>
              <w:t>aoa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5"/>
              </w:rPr>
              <w:t>!: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5"/>
              </w:rPr>
              <w:t>Q3</w:t>
            </w:r>
          </w:p>
        </w:tc>
        <w:tc>
          <w:tcPr>
            <w:tcW w:type="dxa" w:w="169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0" w:lineRule="exact" w:before="472" w:after="0"/>
              <w:ind w:left="793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24"/>
                <w:sz w:val="16"/>
              </w:rPr>
              <w:t>&amp;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7"/>
                <w:sz w:val="16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6"/>
                <w:sz w:val="16"/>
              </w:rPr>
              <w:t>\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78"/>
                <w:sz w:val="16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0"/>
                <w:sz w:val="16"/>
              </w:rPr>
              <w:t>t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6"/>
              </w:rPr>
              <w:t>:</w:t>
            </w:r>
          </w:p>
        </w:tc>
        <w:tc>
          <w:tcPr>
            <w:tcW w:type="dxa" w:w="1334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0" w:lineRule="exact" w:before="472" w:after="0"/>
              <w:ind w:left="414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6"/>
              </w:rPr>
              <w:t>: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5"/>
                <w:sz w:val="16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4"/>
                <w:sz w:val="16"/>
              </w:rPr>
              <w:t>[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1"/>
                <w:sz w:val="16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6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3"/>
                <w:sz w:val="16"/>
              </w:rPr>
              <w:t>itutoddi</w:t>
            </w:r>
          </w:p>
        </w:tc>
        <w:tc>
          <w:tcPr>
            <w:tcW w:type="dxa" w:w="123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488" w:after="0"/>
              <w:ind w:left="12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w w:val="102"/>
                <w:sz w:val="14"/>
              </w:rPr>
              <w:t>ílthâ2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7"/>
                <w:sz w:val="14"/>
              </w:rPr>
              <w:t>@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2"/>
                <w:sz w:val="14"/>
              </w:rPr>
              <w:t>hótúall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4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4"/>
              </w:rPr>
              <w:t>eó</w:t>
            </w:r>
          </w:p>
        </w:tc>
      </w:tr>
      <w:tr>
        <w:trPr>
          <w:trHeight w:hRule="exact" w:val="366"/>
        </w:trPr>
        <w:tc>
          <w:tcPr>
            <w:tcW w:type="dxa" w:w="89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79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4"/>
                <w:sz w:val="14"/>
              </w:rPr>
              <w:t>'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1"/>
                <w:sz w:val="14"/>
              </w:rPr>
              <w:t>nLEFONE</w:t>
            </w:r>
          </w:p>
        </w:tc>
        <w:tc>
          <w:tcPr>
            <w:tcW w:type="dxa" w:w="3171"/>
            <w:gridSpan w:val="4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91" w:after="0"/>
              <w:ind w:left="304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5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5"/>
              </w:rPr>
              <w:t>96Í3G1796</w:t>
            </w:r>
          </w:p>
        </w:tc>
        <w:tc>
          <w:tcPr>
            <w:tcW w:type="dxa" w:w="1217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434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217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73"/>
        </w:trPr>
        <w:tc>
          <w:tcPr>
            <w:tcW w:type="dxa" w:w="1033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125" w:after="0"/>
              <w:ind w:left="36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3"/>
                <w:sz w:val="15"/>
              </w:rPr>
              <w:t>DADOS</w:t>
            </w:r>
          </w:p>
        </w:tc>
        <w:tc>
          <w:tcPr>
            <w:tcW w:type="dxa" w:w="839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125" w:after="0"/>
              <w:ind w:left="16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4"/>
                <w:sz w:val="15"/>
              </w:rPr>
              <w:t>BANCO</w:t>
            </w:r>
          </w:p>
        </w:tc>
        <w:tc>
          <w:tcPr>
            <w:tcW w:type="dxa" w:w="2195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125" w:after="0"/>
              <w:ind w:left="16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4"/>
                <w:sz w:val="15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2"/>
                <w:sz w:val="15"/>
              </w:rPr>
              <w:t>DÓ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8"/>
                <w:sz w:val="15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1"/>
                <w:sz w:val="15"/>
              </w:rPr>
              <w:t>BRASIL</w:t>
            </w:r>
          </w:p>
        </w:tc>
        <w:tc>
          <w:tcPr>
            <w:tcW w:type="dxa" w:w="1217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434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217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07"/>
        </w:trPr>
        <w:tc>
          <w:tcPr>
            <w:tcW w:type="dxa" w:w="2434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434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217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4272"/>
            <w:gridSpan w:val="4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70" w:lineRule="exact" w:before="96" w:after="0"/>
              <w:ind w:left="793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1"/>
                <w:sz w:val="17"/>
              </w:rPr>
              <w:t>CO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7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4"/>
                <w:sz w:val="17"/>
              </w:rPr>
              <w:t>nACÓRREãrÜ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17"/>
              </w:rPr>
              <w:t>: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0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2"/>
                <w:sz w:val="17"/>
              </w:rPr>
              <w:t>S1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1"/>
                <w:sz w:val="17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7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25"/>
                <w:sz w:val="17"/>
              </w:rPr>
              <w:t>&amp;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7"/>
              </w:rPr>
              <w:t>7</w:t>
            </w:r>
          </w:p>
        </w:tc>
      </w:tr>
      <w:tr>
        <w:trPr>
          <w:trHeight w:hRule="exact" w:val="178"/>
        </w:trPr>
        <w:tc>
          <w:tcPr>
            <w:tcW w:type="dxa" w:w="4067"/>
            <w:gridSpan w:val="5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5" w:after="0"/>
              <w:ind w:left="22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3"/>
                <w:sz w:val="15"/>
              </w:rPr>
              <w:t>BANCÁRIOS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5"/>
              </w:rPr>
              <w:t>:</w:t>
            </w:r>
          </w:p>
          <w:p>
            <w:pPr>
              <w:widowControl/>
              <w:wordWrap w:val="0"/>
              <w:autoSpaceDE w:val="0"/>
              <w:autoSpaceDN w:val="0"/>
              <w:spacing w:line="210" w:lineRule="exact" w:before="23" w:after="0"/>
              <w:ind w:left="118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5"/>
                <w:sz w:val="21"/>
              </w:rPr>
              <w:t>AGENciA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8"/>
                <w:sz w:val="2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21"/>
              </w:rPr>
              <w:t>4ns4</w:t>
            </w:r>
          </w:p>
        </w:tc>
        <w:tc>
          <w:tcPr>
            <w:tcW w:type="dxa" w:w="4868"/>
            <w:gridSpan w:val="4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79"/>
        </w:trPr>
        <w:tc>
          <w:tcPr>
            <w:tcW w:type="dxa" w:w="6085"/>
            <w:gridSpan w:val="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88"/>
            <w:gridSpan w:val="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127" w:after="0"/>
              <w:ind w:left="793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7"/>
                <w:sz w:val="15"/>
              </w:rPr>
              <w:t>CONTAP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6"/>
                <w:sz w:val="15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4"/>
                <w:sz w:val="15"/>
              </w:rPr>
              <w:t>OUPANÇA</w:t>
            </w:r>
          </w:p>
        </w:tc>
        <w:tc>
          <w:tcPr>
            <w:tcW w:type="dxa" w:w="1884"/>
            <w:gridSpan w:val="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0" w:lineRule="exact" w:before="119" w:after="0"/>
              <w:ind w:left="42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3"/>
                <w:sz w:val="16"/>
              </w:rPr>
              <w:t>Sm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16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6"/>
              </w:rPr>
              <w:t>05L6®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16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6"/>
              </w:rPr>
              <w:t>X</w:t>
            </w:r>
          </w:p>
        </w:tc>
      </w:tr>
    </w:tbl>
    <w:p>
      <w:pPr>
        <w:widowControl/>
        <w:wordWrap w:val="0"/>
        <w:autoSpaceDE w:val="0"/>
        <w:autoSpaceDN w:val="0"/>
        <w:spacing w:line="140" w:lineRule="exact" w:before="716" w:after="178"/>
        <w:ind w:left="8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"/>
          <w:sz w:val="14"/>
        </w:rPr>
        <w:t>Atendimento</w:t>
      </w:r>
      <w:r>
        <w:rPr>
          <w:rFonts w:ascii="Times New Roman" w:hAnsi="Times New Roman" w:eastAsia="Times New Roman"/>
          <w:b w:val="0"/>
          <w:color w:val="FFFFFF"/>
          <w:spacing w:val="11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5"/>
          <w:sz w:val="14"/>
        </w:rPr>
        <w:t>na</w:t>
      </w:r>
      <w:r>
        <w:rPr>
          <w:rFonts w:ascii="Times New Roman" w:hAnsi="Times New Roman" w:eastAsia="Times New Roman"/>
          <w:b w:val="0"/>
          <w:color w:val="FFFFFF"/>
          <w:spacing w:val="-1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2"/>
          <w:sz w:val="14"/>
        </w:rPr>
        <w:t>Modalidade</w:t>
      </w:r>
      <w:r>
        <w:rPr>
          <w:rFonts w:ascii="Times New Roman" w:hAnsi="Times New Roman" w:eastAsia="Times New Roman"/>
          <w:b w:val="0"/>
          <w:color w:val="FFFFFF"/>
          <w:spacing w:val="25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7"/>
          <w:sz w:val="14"/>
        </w:rPr>
        <w:t>Educação</w:t>
      </w:r>
      <w:r>
        <w:rPr>
          <w:rFonts w:ascii="Arial" w:hAnsi="Arial" w:eastAsia="Arial"/>
          <w:b w:val="0"/>
          <w:i w:val="0"/>
          <w:color w:val="FFFFFF"/>
          <w:spacing w:val="-7"/>
          <w:sz w:val="14"/>
        </w:rPr>
        <w:t>Básica</w:t>
      </w:r>
      <w:r>
        <w:rPr>
          <w:rFonts w:ascii="Times New Roman" w:hAnsi="Times New Roman" w:eastAsia="Times New Roman"/>
          <w:b w:val="0"/>
          <w:color w:val="FFFFFF"/>
          <w:spacing w:val="-15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4"/>
          <w:sz w:val="14"/>
        </w:rPr>
        <w:t>-</w:t>
      </w:r>
      <w:r>
        <w:rPr>
          <w:rFonts w:ascii="Times New Roman" w:hAnsi="Times New Roman" w:eastAsia="Times New Roman"/>
          <w:b w:val="0"/>
          <w:color w:val="FFFFFF"/>
          <w:spacing w:val="-5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7"/>
          <w:sz w:val="14"/>
        </w:rPr>
        <w:t>Educação</w:t>
      </w:r>
      <w:r>
        <w:rPr>
          <w:rFonts w:ascii="Times New Roman" w:hAnsi="Times New Roman" w:eastAsia="Times New Roman"/>
          <w:b w:val="0"/>
          <w:color w:val="FFFFFF"/>
          <w:spacing w:val="-1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3"/>
          <w:sz w:val="14"/>
        </w:rPr>
        <w:t>Infantil</w:t>
      </w:r>
      <w:r>
        <w:rPr>
          <w:rFonts w:ascii="Arial" w:hAnsi="Arial" w:eastAsia="Arial"/>
          <w:b w:val="0"/>
          <w:i w:val="0"/>
          <w:color w:val="FFFFFF"/>
          <w:spacing w:val="11"/>
          <w:sz w:val="14"/>
        </w:rPr>
        <w:t>/</w:t>
      </w:r>
      <w:r>
        <w:rPr>
          <w:rFonts w:ascii="Arial" w:hAnsi="Arial" w:eastAsia="Arial"/>
          <w:b w:val="0"/>
          <w:i w:val="0"/>
          <w:color w:val="FFFFFF"/>
          <w:spacing w:val="-7"/>
          <w:sz w:val="14"/>
        </w:rPr>
        <w:t>Creche</w:t>
      </w:r>
      <w:r>
        <w:rPr>
          <w:rFonts w:ascii="Arial" w:hAnsi="Arial" w:eastAsia="Arial"/>
          <w:b w:val="0"/>
          <w:i w:val="0"/>
          <w:color w:val="FFFFFF"/>
          <w:spacing w:val="-7"/>
          <w:sz w:val="14"/>
        </w:rPr>
        <w:t>e</w:t>
      </w:r>
      <w:r>
        <w:rPr>
          <w:rFonts w:ascii="Times New Roman" w:hAnsi="Times New Roman" w:eastAsia="Times New Roman"/>
          <w:b w:val="0"/>
          <w:color w:val="FFFFFF"/>
          <w:spacing w:val="14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7"/>
          <w:sz w:val="14"/>
        </w:rPr>
        <w:t>Pré</w:t>
      </w:r>
      <w:r>
        <w:rPr>
          <w:rFonts w:ascii="Times New Roman" w:hAnsi="Times New Roman" w:eastAsia="Times New Roman"/>
          <w:b w:val="0"/>
          <w:color w:val="FFFFFF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6"/>
          <w:sz w:val="14"/>
        </w:rPr>
        <w:t>Escola</w:t>
      </w:r>
    </w:p>
    <w:p>
      <w:pPr>
        <w:widowControl/>
        <w:wordWrap w:val="0"/>
        <w:autoSpaceDE w:val="0"/>
        <w:autoSpaceDN w:val="0"/>
        <w:spacing w:line="170" w:lineRule="exact" w:before="356" w:after="37"/>
        <w:ind w:left="376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0"/>
          <w:sz w:val="17"/>
        </w:rPr>
        <w:t>:</w:t>
      </w:r>
      <w:r>
        <w:rPr>
          <w:rFonts w:ascii="Arial" w:hAnsi="Arial" w:eastAsia="Arial"/>
          <w:b w:val="0"/>
          <w:i w:val="0"/>
          <w:color w:val="FFFFFF"/>
          <w:spacing w:val="3"/>
          <w:sz w:val="17"/>
        </w:rPr>
        <w:t>5i</w:t>
      </w:r>
      <w:r>
        <w:rPr>
          <w:rFonts w:ascii="Arial" w:hAnsi="Arial" w:eastAsia="Arial"/>
          <w:b w:val="0"/>
          <w:i w:val="0"/>
          <w:color w:val="FFFFFF"/>
          <w:spacing w:val="-10"/>
          <w:sz w:val="17"/>
        </w:rPr>
        <w:t>:</w:t>
      </w:r>
      <w:r>
        <w:rPr>
          <w:rFonts w:ascii="Arial" w:hAnsi="Arial" w:eastAsia="Arial"/>
          <w:b w:val="0"/>
          <w:i w:val="0"/>
          <w:color w:val="FFFFFF"/>
          <w:spacing w:val="-16"/>
          <w:sz w:val="17"/>
        </w:rPr>
        <w:t>JtjiHFIã</w:t>
      </w:r>
      <w:r>
        <w:rPr>
          <w:rFonts w:ascii="Times New Roman" w:hAnsi="Times New Roman" w:eastAsia="Times New Roman"/>
          <w:b w:val="0"/>
          <w:color w:val="FFFFFF"/>
          <w:spacing w:val="40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1"/>
          <w:sz w:val="17"/>
        </w:rPr>
        <w:t>iiÜI</w:t>
      </w:r>
    </w:p>
    <w:p>
      <w:pPr>
        <w:widowControl/>
        <w:wordWrap w:val="0"/>
        <w:autoSpaceDE w:val="0"/>
        <w:autoSpaceDN w:val="0"/>
        <w:spacing w:line="140" w:lineRule="exact" w:before="73" w:after="40"/>
        <w:ind w:left="8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4"/>
          <w:sz w:val="14"/>
        </w:rPr>
        <w:t>Promover</w:t>
      </w:r>
      <w:r>
        <w:rPr>
          <w:rFonts w:ascii="Times New Roman" w:hAnsi="Times New Roman" w:eastAsia="Times New Roman"/>
          <w:b w:val="0"/>
          <w:color w:val="FFFFFF"/>
          <w:spacing w:val="-11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3"/>
          <w:sz w:val="14"/>
        </w:rPr>
        <w:t>o</w:t>
      </w:r>
      <w:r>
        <w:rPr>
          <w:rFonts w:ascii="Times New Roman" w:hAnsi="Times New Roman" w:eastAsia="Times New Roman"/>
          <w:b w:val="0"/>
          <w:color w:val="FFFFFF"/>
          <w:spacing w:val="10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2"/>
          <w:sz w:val="14"/>
        </w:rPr>
        <w:t>desenvolvimento</w:t>
      </w:r>
      <w:r>
        <w:rPr>
          <w:rFonts w:ascii="Times New Roman" w:hAnsi="Times New Roman" w:eastAsia="Times New Roman"/>
          <w:b w:val="0"/>
          <w:color w:val="FFFFFF"/>
          <w:spacing w:val="0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w w:val="101"/>
          <w:sz w:val="14"/>
        </w:rPr>
        <w:t>integral</w:t>
      </w:r>
      <w:r>
        <w:rPr>
          <w:rFonts w:ascii="Arial" w:hAnsi="Arial" w:eastAsia="Arial"/>
          <w:b w:val="0"/>
          <w:i w:val="0"/>
          <w:color w:val="FFFFFF"/>
          <w:w w:val="101"/>
          <w:sz w:val="14"/>
        </w:rPr>
        <w:t>iis</w:t>
      </w:r>
      <w:r>
        <w:rPr>
          <w:rFonts w:ascii="Times New Roman" w:hAnsi="Times New Roman" w:eastAsia="Times New Roman"/>
          <w:b w:val="0"/>
          <w:color w:val="FFFFFF"/>
          <w:spacing w:val="71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4"/>
          <w:sz w:val="14"/>
        </w:rPr>
        <w:t>críartças</w:t>
      </w:r>
      <w:r>
        <w:rPr>
          <w:rFonts w:ascii="Arial" w:hAnsi="Arial" w:eastAsia="Arial"/>
          <w:b w:val="0"/>
          <w:i w:val="0"/>
          <w:color w:val="FFFFFF"/>
          <w:spacing w:val="-7"/>
          <w:sz w:val="14"/>
        </w:rPr>
        <w:t>,</w:t>
      </w:r>
      <w:r>
        <w:rPr>
          <w:rFonts w:ascii="Arial" w:hAnsi="Arial" w:eastAsia="Arial"/>
          <w:b w:val="0"/>
          <w:i w:val="0"/>
          <w:color w:val="FFFFFF"/>
          <w:spacing w:val="-1"/>
          <w:sz w:val="14"/>
        </w:rPr>
        <w:t>garantindo</w:t>
      </w:r>
    </w:p>
    <w:p>
      <w:pPr>
        <w:widowControl/>
        <w:wordWrap w:val="0"/>
        <w:autoSpaceDE w:val="0"/>
        <w:autoSpaceDN w:val="0"/>
        <w:spacing w:line="140" w:lineRule="exact" w:before="80" w:after="20"/>
        <w:ind w:left="18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8"/>
          <w:sz w:val="14"/>
        </w:rPr>
        <w:t>Fada</w:t>
      </w:r>
      <w:r>
        <w:rPr>
          <w:rFonts w:ascii="Arial" w:hAnsi="Arial" w:eastAsia="Arial"/>
          <w:b w:val="0"/>
          <w:i w:val="0"/>
          <w:color w:val="FFFFFF"/>
          <w:spacing w:val="-5"/>
          <w:sz w:val="14"/>
        </w:rPr>
        <w:t>uma</w:t>
      </w:r>
      <w:r>
        <w:rPr>
          <w:rFonts w:ascii="Times New Roman" w:hAnsi="Times New Roman" w:eastAsia="Times New Roman"/>
          <w:b w:val="0"/>
          <w:color w:val="FFFFFF"/>
          <w:spacing w:val="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4"/>
          <w:sz w:val="14"/>
        </w:rPr>
        <w:t>delas</w:t>
      </w:r>
      <w:r>
        <w:rPr>
          <w:rFonts w:ascii="Times New Roman" w:hAnsi="Times New Roman" w:eastAsia="Times New Roman"/>
          <w:b w:val="0"/>
          <w:color w:val="FFFFFF"/>
          <w:spacing w:val="9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3"/>
          <w:sz w:val="14"/>
        </w:rPr>
        <w:t>o</w:t>
      </w:r>
      <w:r>
        <w:rPr>
          <w:rFonts w:ascii="Times New Roman" w:hAnsi="Times New Roman" w:eastAsia="Times New Roman"/>
          <w:b w:val="0"/>
          <w:color w:val="FFFFFF"/>
          <w:spacing w:val="-10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8"/>
          <w:sz w:val="14"/>
        </w:rPr>
        <w:t>acesso</w:t>
      </w:r>
      <w:r>
        <w:rPr>
          <w:rFonts w:ascii="Times New Roman" w:hAnsi="Times New Roman" w:eastAsia="Times New Roman"/>
          <w:b w:val="0"/>
          <w:color w:val="FFFFFF"/>
          <w:spacing w:val="-12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8"/>
          <w:sz w:val="14"/>
        </w:rPr>
        <w:t>a</w:t>
      </w:r>
      <w:r>
        <w:rPr>
          <w:rFonts w:ascii="Times New Roman" w:hAnsi="Times New Roman" w:eastAsia="Times New Roman"/>
          <w:b w:val="0"/>
          <w:color w:val="FFFFFF"/>
          <w:spacing w:val="-4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6"/>
          <w:sz w:val="14"/>
        </w:rPr>
        <w:t>processos</w:t>
      </w:r>
      <w:r>
        <w:rPr>
          <w:rFonts w:ascii="Times New Roman" w:hAnsi="Times New Roman" w:eastAsia="Times New Roman"/>
          <w:b w:val="0"/>
          <w:color w:val="FFFFFF"/>
          <w:spacing w:val="0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5"/>
          <w:sz w:val="14"/>
        </w:rPr>
        <w:t>de</w:t>
      </w:r>
      <w:r>
        <w:rPr>
          <w:rFonts w:ascii="Times New Roman" w:hAnsi="Times New Roman" w:eastAsia="Times New Roman"/>
          <w:b w:val="0"/>
          <w:color w:val="FFFFFF"/>
          <w:spacing w:val="-1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3"/>
          <w:sz w:val="14"/>
        </w:rPr>
        <w:t>construção</w:t>
      </w:r>
      <w:r>
        <w:rPr>
          <w:rFonts w:ascii="Times New Roman" w:hAnsi="Times New Roman" w:eastAsia="Times New Roman"/>
          <w:b w:val="0"/>
          <w:color w:val="FFFFFF"/>
          <w:spacing w:val="-7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5"/>
          <w:sz w:val="14"/>
        </w:rPr>
        <w:t>de</w:t>
      </w:r>
      <w:r>
        <w:rPr>
          <w:rFonts w:ascii="Times New Roman" w:hAnsi="Times New Roman" w:eastAsia="Times New Roman"/>
          <w:b w:val="0"/>
          <w:color w:val="FFFFFF"/>
          <w:spacing w:val="19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3"/>
          <w:sz w:val="14"/>
        </w:rPr>
        <w:t>conhecimentos</w:t>
      </w:r>
      <w:r>
        <w:rPr>
          <w:rFonts w:ascii="Arial" w:hAnsi="Arial" w:eastAsia="Arial"/>
          <w:b w:val="0"/>
          <w:i w:val="0"/>
          <w:color w:val="FFFFFF"/>
          <w:spacing w:val="-7"/>
          <w:sz w:val="14"/>
        </w:rPr>
        <w:t>e</w:t>
      </w:r>
      <w:r>
        <w:rPr>
          <w:rFonts w:ascii="Times New Roman" w:hAnsi="Times New Roman" w:eastAsia="Times New Roman"/>
          <w:b w:val="0"/>
          <w:color w:val="FFFFFF"/>
          <w:spacing w:val="-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8"/>
          <w:sz w:val="14"/>
        </w:rPr>
        <w:t>a</w:t>
      </w:r>
      <w:r>
        <w:rPr>
          <w:rFonts w:ascii="Times New Roman" w:hAnsi="Times New Roman" w:eastAsia="Times New Roman"/>
          <w:b w:val="0"/>
          <w:color w:val="FFFFFF"/>
          <w:spacing w:val="1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4"/>
          <w:sz w:val="14"/>
        </w:rPr>
        <w:t>aprendizagem</w:t>
      </w:r>
      <w:r>
        <w:rPr>
          <w:rFonts w:ascii="Arial" w:hAnsi="Arial" w:eastAsia="Arial"/>
          <w:b w:val="0"/>
          <w:i w:val="0"/>
          <w:color w:val="FFFFFF"/>
          <w:spacing w:val="-5"/>
          <w:sz w:val="14"/>
        </w:rPr>
        <w:t>de</w:t>
      </w:r>
      <w:r>
        <w:rPr>
          <w:rFonts w:ascii="Times New Roman" w:hAnsi="Times New Roman" w:eastAsia="Times New Roman"/>
          <w:b w:val="0"/>
          <w:color w:val="FFFFFF"/>
          <w:spacing w:val="-1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"/>
          <w:sz w:val="14"/>
        </w:rPr>
        <w:t>diferentes</w:t>
      </w:r>
    </w:p>
    <w:p>
      <w:pPr>
        <w:widowControl/>
        <w:wordWrap w:val="0"/>
        <w:autoSpaceDE w:val="0"/>
        <w:autoSpaceDN w:val="0"/>
        <w:spacing w:line="140" w:lineRule="exact" w:before="40" w:after="0"/>
        <w:ind w:left="22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9"/>
          <w:sz w:val="14"/>
        </w:rPr>
        <w:t>Juagens</w:t>
      </w:r>
      <w:r>
        <w:rPr>
          <w:rFonts w:ascii="Arial" w:hAnsi="Arial" w:eastAsia="Arial"/>
          <w:b w:val="0"/>
          <w:i w:val="0"/>
          <w:color w:val="FFFFFF"/>
          <w:spacing w:val="-7"/>
          <w:sz w:val="14"/>
        </w:rPr>
        <w:t>,</w:t>
      </w:r>
      <w:r>
        <w:rPr>
          <w:rFonts w:ascii="Times New Roman" w:hAnsi="Times New Roman" w:eastAsia="Times New Roman"/>
          <w:b w:val="0"/>
          <w:color w:val="FFFFFF"/>
          <w:spacing w:val="2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5"/>
          <w:sz w:val="14"/>
        </w:rPr>
        <w:t>assim</w:t>
      </w:r>
      <w:r>
        <w:rPr>
          <w:rFonts w:ascii="Times New Roman" w:hAnsi="Times New Roman" w:eastAsia="Times New Roman"/>
          <w:b w:val="0"/>
          <w:color w:val="FFFFFF"/>
          <w:spacing w:val="-14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4"/>
          <w:sz w:val="14"/>
        </w:rPr>
        <w:t>como</w:t>
      </w:r>
      <w:r>
        <w:rPr>
          <w:rFonts w:ascii="Times New Roman" w:hAnsi="Times New Roman" w:eastAsia="Times New Roman"/>
          <w:b w:val="0"/>
          <w:color w:val="FFFFFF"/>
          <w:spacing w:val="-2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3"/>
          <w:sz w:val="14"/>
        </w:rPr>
        <w:t>o</w:t>
      </w:r>
      <w:r>
        <w:rPr>
          <w:rFonts w:ascii="Times New Roman" w:hAnsi="Times New Roman" w:eastAsia="Times New Roman"/>
          <w:b w:val="0"/>
          <w:color w:val="FFFFFF"/>
          <w:spacing w:val="-10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1"/>
          <w:sz w:val="14"/>
        </w:rPr>
        <w:t>direito</w:t>
      </w:r>
      <w:r>
        <w:rPr>
          <w:rFonts w:ascii="Times New Roman" w:hAnsi="Times New Roman" w:eastAsia="Times New Roman"/>
          <w:b w:val="0"/>
          <w:color w:val="FFFFFF"/>
          <w:spacing w:val="13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8"/>
          <w:sz w:val="14"/>
        </w:rPr>
        <w:t>à</w:t>
      </w:r>
      <w:r>
        <w:rPr>
          <w:rFonts w:ascii="Times New Roman" w:hAnsi="Times New Roman" w:eastAsia="Times New Roman"/>
          <w:b w:val="0"/>
          <w:color w:val="FFFFFF"/>
          <w:spacing w:val="-4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3"/>
          <w:sz w:val="14"/>
        </w:rPr>
        <w:t>proteçãa</w:t>
      </w:r>
      <w:r>
        <w:rPr>
          <w:rFonts w:ascii="Arial" w:hAnsi="Arial" w:eastAsia="Arial"/>
          <w:b w:val="0"/>
          <w:i w:val="0"/>
          <w:color w:val="FFFFFF"/>
          <w:spacing w:val="-7"/>
          <w:sz w:val="14"/>
        </w:rPr>
        <w:t>,</w:t>
      </w:r>
      <w:r>
        <w:rPr>
          <w:rFonts w:ascii="Times New Roman" w:hAnsi="Times New Roman" w:eastAsia="Times New Roman"/>
          <w:b w:val="0"/>
          <w:color w:val="FFFFFF"/>
          <w:spacing w:val="15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8"/>
          <w:sz w:val="14"/>
        </w:rPr>
        <w:t>à</w:t>
      </w:r>
      <w:r>
        <w:rPr>
          <w:rFonts w:ascii="Times New Roman" w:hAnsi="Times New Roman" w:eastAsia="Times New Roman"/>
          <w:b w:val="0"/>
          <w:color w:val="FFFFFF"/>
          <w:spacing w:val="-4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5"/>
          <w:sz w:val="14"/>
        </w:rPr>
        <w:t>ande</w:t>
      </w:r>
      <w:r>
        <w:rPr>
          <w:rFonts w:ascii="Arial" w:hAnsi="Arial" w:eastAsia="Arial"/>
          <w:b w:val="0"/>
          <w:i w:val="0"/>
          <w:color w:val="FFFFFF"/>
          <w:spacing w:val="-7"/>
          <w:sz w:val="14"/>
        </w:rPr>
        <w:t>,</w:t>
      </w:r>
      <w:r>
        <w:rPr>
          <w:rFonts w:ascii="Times New Roman" w:hAnsi="Times New Roman" w:eastAsia="Times New Roman"/>
          <w:b w:val="0"/>
          <w:color w:val="FFFFFF"/>
          <w:spacing w:val="61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8"/>
          <w:sz w:val="14"/>
        </w:rPr>
        <w:t>à</w:t>
      </w:r>
      <w:r>
        <w:rPr>
          <w:rFonts w:ascii="Times New Roman" w:hAnsi="Times New Roman" w:eastAsia="Times New Roman"/>
          <w:b w:val="0"/>
          <w:color w:val="FFFFFF"/>
          <w:spacing w:val="-4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"/>
          <w:sz w:val="14"/>
        </w:rPr>
        <w:t>liberdade</w:t>
      </w:r>
      <w:r>
        <w:rPr>
          <w:rFonts w:ascii="Arial" w:hAnsi="Arial" w:eastAsia="Arial"/>
          <w:b w:val="0"/>
          <w:i w:val="0"/>
          <w:color w:val="FFFFFF"/>
          <w:spacing w:val="-7"/>
          <w:sz w:val="14"/>
        </w:rPr>
        <w:t>,</w:t>
      </w:r>
      <w:r>
        <w:rPr>
          <w:rFonts w:ascii="Times New Roman" w:hAnsi="Times New Roman" w:eastAsia="Times New Roman"/>
          <w:b w:val="0"/>
          <w:color w:val="FFFFFF"/>
          <w:spacing w:val="10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6"/>
          <w:sz w:val="14"/>
        </w:rPr>
        <w:t>ao</w:t>
      </w:r>
      <w:r>
        <w:rPr>
          <w:rFonts w:ascii="Times New Roman" w:hAnsi="Times New Roman" w:eastAsia="Times New Roman"/>
          <w:b w:val="0"/>
          <w:color w:val="FFFFFF"/>
          <w:spacing w:val="1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2"/>
          <w:sz w:val="14"/>
        </w:rPr>
        <w:t>respeito</w:t>
      </w:r>
      <w:r>
        <w:rPr>
          <w:rFonts w:ascii="Arial" w:hAnsi="Arial" w:eastAsia="Arial"/>
          <w:b w:val="0"/>
          <w:i w:val="0"/>
          <w:color w:val="FFFFFF"/>
          <w:spacing w:val="-7"/>
          <w:sz w:val="14"/>
        </w:rPr>
        <w:t>,</w:t>
      </w:r>
      <w:r>
        <w:rPr>
          <w:rFonts w:ascii="Times New Roman" w:hAnsi="Times New Roman" w:eastAsia="Times New Roman"/>
          <w:b w:val="0"/>
          <w:color w:val="FFFFFF"/>
          <w:spacing w:val="9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8"/>
          <w:sz w:val="14"/>
        </w:rPr>
        <w:t>à</w:t>
      </w:r>
      <w:r>
        <w:rPr>
          <w:rFonts w:ascii="Times New Roman" w:hAnsi="Times New Roman" w:eastAsia="Times New Roman"/>
          <w:b w:val="0"/>
          <w:color w:val="FFFFFF"/>
          <w:spacing w:val="-4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2"/>
          <w:sz w:val="14"/>
        </w:rPr>
        <w:t>dignidade</w:t>
      </w:r>
      <w:r>
        <w:rPr>
          <w:rFonts w:ascii="Arial" w:hAnsi="Arial" w:eastAsia="Arial"/>
          <w:b w:val="0"/>
          <w:i w:val="0"/>
          <w:color w:val="FFFFFF"/>
          <w:spacing w:val="-9"/>
          <w:sz w:val="14"/>
        </w:rPr>
        <w:t>.</w:t>
      </w:r>
      <w:r>
        <w:rPr>
          <w:rFonts w:ascii="Arial" w:hAnsi="Arial" w:eastAsia="Arial"/>
          <w:b w:val="0"/>
          <w:i w:val="0"/>
          <w:color w:val="FFFFFF"/>
          <w:spacing w:val="-8"/>
          <w:sz w:val="14"/>
        </w:rPr>
        <w:t>à</w:t>
      </w:r>
    </w:p>
    <w:p>
      <w:pPr>
        <w:widowControl/>
        <w:wordWrap w:val="0"/>
        <w:autoSpaceDE w:val="0"/>
        <w:autoSpaceDN w:val="0"/>
        <w:spacing w:line="140" w:lineRule="exact" w:before="0" w:after="544"/>
        <w:ind w:left="8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2"/>
          <w:sz w:val="14"/>
        </w:rPr>
        <w:t>orincadeira</w:t>
      </w:r>
      <w:r>
        <w:rPr>
          <w:rFonts w:ascii="Arial" w:hAnsi="Arial" w:eastAsia="Arial"/>
          <w:b w:val="0"/>
          <w:i w:val="0"/>
          <w:color w:val="FFFFFF"/>
          <w:spacing w:val="-7"/>
          <w:sz w:val="14"/>
        </w:rPr>
        <w:t>,</w:t>
      </w:r>
      <w:r>
        <w:rPr>
          <w:rFonts w:ascii="Times New Roman" w:hAnsi="Times New Roman" w:eastAsia="Times New Roman"/>
          <w:b w:val="0"/>
          <w:color w:val="FFFFFF"/>
          <w:spacing w:val="-17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8"/>
          <w:sz w:val="14"/>
        </w:rPr>
        <w:t>à</w:t>
      </w:r>
      <w:r>
        <w:rPr>
          <w:rFonts w:ascii="Times New Roman" w:hAnsi="Times New Roman" w:eastAsia="Times New Roman"/>
          <w:b w:val="0"/>
          <w:color w:val="FFFFFF"/>
          <w:spacing w:val="1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4"/>
          <w:sz w:val="14"/>
        </w:rPr>
        <w:t>mnüvênda</w:t>
      </w:r>
      <w:r>
        <w:rPr>
          <w:rFonts w:ascii="Times New Roman" w:hAnsi="Times New Roman" w:eastAsia="Times New Roman"/>
          <w:b w:val="0"/>
          <w:color w:val="FFFFFF"/>
          <w:spacing w:val="59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7"/>
          <w:sz w:val="14"/>
        </w:rPr>
        <w:t>e</w:t>
      </w:r>
      <w:r>
        <w:rPr>
          <w:rFonts w:ascii="Times New Roman" w:hAnsi="Times New Roman" w:eastAsia="Times New Roman"/>
          <w:b w:val="0"/>
          <w:color w:val="FFFFFF"/>
          <w:spacing w:val="-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2"/>
          <w:sz w:val="14"/>
        </w:rPr>
        <w:t>interação</w:t>
      </w:r>
      <w:r>
        <w:rPr>
          <w:rFonts w:ascii="Times New Roman" w:hAnsi="Times New Roman" w:eastAsia="Times New Roman"/>
          <w:b w:val="0"/>
          <w:color w:val="FFFFFF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4"/>
          <w:sz w:val="14"/>
        </w:rPr>
        <w:t>com</w:t>
      </w:r>
      <w:r>
        <w:rPr>
          <w:rFonts w:ascii="Times New Roman" w:hAnsi="Times New Roman" w:eastAsia="Times New Roman"/>
          <w:b w:val="0"/>
          <w:color w:val="FFFFFF"/>
          <w:spacing w:val="-7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w w:val="99"/>
          <w:sz w:val="14"/>
        </w:rPr>
        <w:t>outra</w:t>
      </w:r>
      <w:r>
        <w:rPr>
          <w:rFonts w:ascii="Times New Roman" w:hAnsi="Times New Roman" w:eastAsia="Times New Roman"/>
          <w:b w:val="0"/>
          <w:color w:val="FFFFFF"/>
          <w:spacing w:val="70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5"/>
          <w:sz w:val="14"/>
        </w:rPr>
        <w:t>aianças</w:t>
      </w:r>
      <w:r>
        <w:rPr>
          <w:rFonts w:ascii="Arial" w:hAnsi="Arial" w:eastAsia="Arial"/>
          <w:b w:val="0"/>
          <w:i w:val="0"/>
          <w:color w:val="FFFFFF"/>
          <w:spacing w:val="-9"/>
          <w:sz w:val="14"/>
        </w:rPr>
        <w:t>.</w:t>
      </w:r>
    </w:p>
    <w:p>
      <w:pPr>
        <w:widowControl/>
        <w:wordWrap w:val="0"/>
        <w:autoSpaceDE w:val="0"/>
        <w:autoSpaceDN w:val="0"/>
        <w:spacing w:line="148" w:lineRule="exact" w:before="1088" w:after="6"/>
        <w:ind w:left="10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7"/>
          <w:sz w:val="13"/>
        </w:rPr>
        <w:t>Ma</w:t>
      </w:r>
      <w:r>
        <w:rPr>
          <w:rFonts w:ascii="Arial" w:hAnsi="Arial" w:eastAsia="Arial"/>
          <w:b w:val="0"/>
          <w:i w:val="0"/>
          <w:color w:val="FFFFFF"/>
          <w:spacing w:val="19"/>
          <w:sz w:val="13"/>
        </w:rPr>
        <w:t>&amp;</w:t>
      </w:r>
      <w:r>
        <w:rPr>
          <w:rFonts w:ascii="Arial" w:hAnsi="Arial" w:eastAsia="Arial"/>
          <w:b w:val="0"/>
          <w:i w:val="0"/>
          <w:color w:val="FFFFFF"/>
          <w:spacing w:val="5"/>
          <w:sz w:val="13"/>
        </w:rPr>
        <w:t>lwl8t</w:t>
      </w:r>
      <w:r>
        <w:rPr>
          <w:rFonts w:ascii="Times New Roman" w:hAnsi="Times New Roman" w:eastAsia="Times New Roman"/>
          <w:b w:val="0"/>
          <w:color w:val="FFFFFF"/>
          <w:spacing w:val="-7"/>
          <w:sz w:val="11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"/>
          <w:sz w:val="11"/>
        </w:rPr>
        <w:t>100</w:t>
      </w:r>
      <w:r>
        <w:rPr>
          <w:rFonts w:ascii="Arial" w:hAnsi="Arial" w:eastAsia="Arial"/>
          <w:b w:val="0"/>
          <w:i w:val="0"/>
          <w:color w:val="FFFFFF"/>
          <w:spacing w:val="-13"/>
          <w:sz w:val="11"/>
        </w:rPr>
        <w:t>%</w:t>
      </w:r>
      <w:r>
        <w:rPr>
          <w:rFonts w:ascii="Times New Roman" w:hAnsi="Times New Roman" w:eastAsia="Times New Roman"/>
          <w:b w:val="0"/>
          <w:color w:val="FFFFFF"/>
          <w:spacing w:val="3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2"/>
          <w:sz w:val="13"/>
        </w:rPr>
        <w:t>{</w:t>
      </w:r>
      <w:r>
        <w:rPr>
          <w:rFonts w:ascii="Arial" w:hAnsi="Arial" w:eastAsia="Arial"/>
          <w:b w:val="0"/>
          <w:i w:val="0"/>
          <w:color w:val="FFFFFF"/>
          <w:spacing w:val="-5"/>
          <w:sz w:val="13"/>
        </w:rPr>
        <w:t>amporeÉn</w:t>
      </w:r>
      <w:r>
        <w:rPr>
          <w:rFonts w:ascii="Arial" w:hAnsi="Arial" w:eastAsia="Arial"/>
          <w:b w:val="0"/>
          <w:i w:val="0"/>
          <w:color w:val="FFFFFF"/>
          <w:spacing w:val="19"/>
          <w:sz w:val="13"/>
        </w:rPr>
        <w:t>&amp;</w:t>
      </w:r>
      <w:r>
        <w:rPr>
          <w:rFonts w:ascii="Arial" w:hAnsi="Arial" w:eastAsia="Arial"/>
          <w:b w:val="0"/>
          <w:i w:val="0"/>
          <w:color w:val="FFFFFF"/>
          <w:spacing w:val="-3"/>
          <w:sz w:val="13"/>
        </w:rPr>
        <w:t>o</w:t>
      </w:r>
      <w:r>
        <w:rPr>
          <w:rFonts w:ascii="Arial" w:hAnsi="Arial" w:eastAsia="Arial"/>
          <w:b w:val="0"/>
          <w:i w:val="0"/>
          <w:color w:val="FFFFFF"/>
          <w:spacing w:val="-7"/>
          <w:sz w:val="13"/>
        </w:rPr>
        <w:t>)</w:t>
      </w:r>
      <w:r>
        <w:rPr>
          <w:rFonts w:ascii="Times New Roman" w:hAnsi="Times New Roman" w:eastAsia="Times New Roman"/>
          <w:b w:val="0"/>
          <w:color w:val="FFFFFF"/>
          <w:spacing w:val="212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8"/>
          <w:sz w:val="12"/>
        </w:rPr>
        <w:t>l</w:t>
      </w:r>
      <w:r>
        <w:rPr>
          <w:rFonts w:ascii="Arial" w:hAnsi="Arial" w:eastAsia="Arial"/>
          <w:b w:val="0"/>
          <w:i w:val="0"/>
          <w:color w:val="FFFFFF"/>
          <w:spacing w:val="-2"/>
          <w:sz w:val="12"/>
        </w:rPr>
        <w:t>Éfetivaí</w:t>
      </w:r>
      <w:r>
        <w:rPr>
          <w:rFonts w:ascii="Arial" w:hAnsi="Arial" w:eastAsia="Arial"/>
          <w:b w:val="0"/>
          <w:i w:val="0"/>
          <w:color w:val="FFFFFF"/>
          <w:spacing w:val="-8"/>
          <w:sz w:val="12"/>
        </w:rPr>
        <w:t>.</w:t>
      </w:r>
      <w:r>
        <w:rPr>
          <w:rFonts w:ascii="Arial" w:hAnsi="Arial" w:eastAsia="Arial"/>
          <w:b w:val="0"/>
          <w:i w:val="0"/>
          <w:color w:val="FFFFFF"/>
          <w:spacing w:val="-5"/>
          <w:sz w:val="12"/>
        </w:rPr>
        <w:t>àü</w:t>
      </w:r>
      <w:r>
        <w:rPr>
          <w:rFonts w:ascii="Times New Roman" w:hAnsi="Times New Roman" w:eastAsia="Times New Roman"/>
          <w:b w:val="0"/>
          <w:color w:val="FFFFFF"/>
          <w:spacing w:val="-6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w w:val="99"/>
          <w:sz w:val="12"/>
        </w:rPr>
        <w:t>thüulêulas</w:t>
      </w:r>
      <w:r>
        <w:rPr>
          <w:rFonts w:ascii="Times New Roman" w:hAnsi="Times New Roman" w:eastAsia="Times New Roman"/>
          <w:b w:val="0"/>
          <w:color w:val="FFFFFF"/>
          <w:spacing w:val="-11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4"/>
          <w:sz w:val="12"/>
        </w:rPr>
        <w:t>dak</w:t>
      </w:r>
      <w:r>
        <w:rPr>
          <w:rFonts w:ascii="Times New Roman" w:hAnsi="Times New Roman" w:eastAsia="Times New Roman"/>
          <w:b w:val="0"/>
          <w:color w:val="FFFFFF"/>
          <w:spacing w:val="-12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5"/>
          <w:sz w:val="12"/>
        </w:rPr>
        <w:t>cHanÉái</w:t>
      </w:r>
      <w:r>
        <w:rPr>
          <w:rFonts w:ascii="Times New Roman" w:hAnsi="Times New Roman" w:eastAsia="Times New Roman"/>
          <w:b w:val="0"/>
          <w:color w:val="FFFFFF"/>
          <w:spacing w:val="14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2"/>
          <w:sz w:val="12"/>
        </w:rPr>
        <w:t>éncamlhludâs</w:t>
      </w:r>
    </w:p>
    <w:tbl>
      <w:tblPr>
        <w:tblW w:type="auto" w:w="0"/>
        <w:tblInd w:type="dxa" w:w="60"/>
        <w:tblLayout w:type="fixed"/>
        <w:tblLook w:firstColumn="1" w:firstRow="1" w:lastColumn="0" w:lastRow="0" w:noHBand="0" w:noVBand="1" w:val="04A0"/>
      </w:tblPr>
      <w:tblGrid>
        <w:gridCol w:w="1369"/>
        <w:gridCol w:w="1369"/>
        <w:gridCol w:w="1369"/>
        <w:gridCol w:w="1369"/>
        <w:gridCol w:w="1369"/>
        <w:gridCol w:w="1369"/>
        <w:gridCol w:w="1369"/>
        <w:gridCol w:w="1369"/>
      </w:tblGrid>
      <w:tr>
        <w:trPr>
          <w:trHeight w:hRule="exact" w:val="139"/>
        </w:trPr>
        <w:tc>
          <w:tcPr>
            <w:tcW w:type="dxa" w:w="1852"/>
            <w:gridSpan w:val="5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0" w:after="0"/>
              <w:ind w:left="4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3"/>
              </w:rPr>
              <w:t>dm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8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3"/>
              </w:rPr>
              <w:t>aianças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3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5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3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8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3"/>
              </w:rPr>
              <w:t>acordo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3"/>
              </w:rPr>
              <w:t>com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3"/>
              </w:rPr>
              <w:t>ó</w:t>
            </w:r>
          </w:p>
        </w:tc>
        <w:tc>
          <w:tcPr>
            <w:tcW w:type="dxa" w:w="2496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28" w:after="0"/>
              <w:ind w:left="16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bela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Secretaria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2"/>
              </w:rPr>
              <w:t>Éduéa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2"/>
              </w:rPr>
              <w:t>+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ãü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.</w:t>
            </w:r>
          </w:p>
        </w:tc>
        <w:tc>
          <w:tcPr>
            <w:tcW w:type="dxa" w:w="3847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0" w:after="0"/>
              <w:ind w:left="692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3"/>
                <w:sz w:val="13"/>
              </w:rPr>
              <w:t>AtràVéúd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3"/>
              </w:rPr>
              <w:t>é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8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101"/>
                <w:sz w:val="13"/>
              </w:rPr>
              <w:t>obniülb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3"/>
              </w:rPr>
              <w:t>aó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7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13"/>
              </w:rPr>
              <w:t>gstelnad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9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3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7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3"/>
              </w:rPr>
              <w:t>Rede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3"/>
              </w:rPr>
              <w:t>Mtlnícipadl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3"/>
              </w:rPr>
              <w:t>e</w:t>
            </w:r>
          </w:p>
        </w:tc>
      </w:tr>
      <w:tr>
        <w:trPr>
          <w:trHeight w:hRule="exact" w:val="93"/>
        </w:trPr>
        <w:tc>
          <w:tcPr>
            <w:tcW w:type="dxa" w:w="1852"/>
            <w:gridSpan w:val="5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9" w:after="0"/>
              <w:ind w:left="4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número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2"/>
              </w:rPr>
              <w:t>atendhtlent»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3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presii«o</w:t>
            </w:r>
          </w:p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738"/>
            <w:gridSpan w:val="2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62"/>
        </w:trPr>
        <w:tc>
          <w:tcPr>
            <w:tcW w:type="dxa" w:w="6845"/>
            <w:gridSpan w:val="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847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4" w:after="0"/>
              <w:ind w:left="692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1"/>
              </w:rPr>
              <w:t>D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1"/>
              </w:rPr>
              <w:t>8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7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102"/>
                <w:sz w:val="11"/>
              </w:rPr>
              <w:t>i00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3"/>
                <w:sz w:val="11"/>
              </w:rPr>
              <w:t>%</w:t>
            </w:r>
          </w:p>
        </w:tc>
      </w:tr>
      <w:tr>
        <w:trPr>
          <w:trHeight w:hRule="exact" w:val="208"/>
        </w:trPr>
        <w:tc>
          <w:tcPr>
            <w:tcW w:type="dxa" w:w="1852"/>
            <w:gridSpan w:val="5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26" w:after="0"/>
              <w:ind w:left="4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3"/>
              </w:rPr>
              <w:t>Pün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4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3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3"/>
              </w:rPr>
              <w:t>uNdade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0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3"/>
              </w:rPr>
              <w:t>escolar</w:t>
            </w:r>
          </w:p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738"/>
            <w:gridSpan w:val="2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25"/>
        </w:trPr>
        <w:tc>
          <w:tcPr>
            <w:tcW w:type="dxa" w:w="6845"/>
            <w:gridSpan w:val="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496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354" w:after="0"/>
              <w:ind w:left="14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1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6"/>
                <w:sz w:val="11"/>
              </w:rPr>
              <w:t>&amp;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98"/>
                <w:sz w:val="11"/>
              </w:rPr>
              <w:t>équêlteia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59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1"/>
              </w:rPr>
              <w:t>das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2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1"/>
              </w:rPr>
              <w:t>crianças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1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1"/>
              </w:rPr>
              <w:t>seta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8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acol</w:t>
            </w:r>
          </w:p>
        </w:tc>
        <w:tc>
          <w:tcPr>
            <w:tcW w:type="dxa" w:w="2738"/>
            <w:gridSpan w:val="2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"/>
        </w:trPr>
        <w:tc>
          <w:tcPr>
            <w:tcW w:type="dxa" w:w="6845"/>
            <w:gridSpan w:val="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30"/>
            <w:vMerge w:val="restart"/>
            <w:tcMar>
              <w:left w:type="dxa" w:w="0"/>
              <w:right w:type="dxa" w:w="0"/>
            </w:tcMar>
          </w:tcPr>
          <w:p/>
        </w:tc>
        <w:tc>
          <w:tcPr>
            <w:tcW w:type="dxa" w:w="1516"/>
            <w:vMerge w:val="restart"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315"/>
        </w:trPr>
        <w:tc>
          <w:tcPr>
            <w:tcW w:type="dxa" w:w="1852"/>
            <w:gridSpan w:val="5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179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Acompanttat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8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9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101"/>
                <w:sz w:val="12"/>
              </w:rPr>
              <w:t>tüm3r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FFFFFF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2"/>
              </w:rPr>
              <w:t>dallda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$</w:t>
            </w:r>
          </w:p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47"/>
        </w:trPr>
        <w:tc>
          <w:tcPr>
            <w:tcW w:type="dxa" w:w="1852"/>
            <w:gridSpan w:val="5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16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3"/>
              </w:rPr>
              <w:t>praiíidêndas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3"/>
              </w:rPr>
              <w:t>pam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3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3"/>
              </w:rPr>
              <w:t>asseguat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1"/>
                <w:sz w:val="13"/>
              </w:rPr>
              <w:t>B</w:t>
            </w:r>
          </w:p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33"/>
        </w:trPr>
        <w:tc>
          <w:tcPr>
            <w:tcW w:type="dxa" w:w="6845"/>
            <w:gridSpan w:val="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496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25" w:after="0"/>
              <w:ind w:left="12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1"/>
              </w:rPr>
              <w:t>látnvés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53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dó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4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1"/>
              </w:rPr>
              <w:t>rQgtsü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3"/>
                <w:sz w:val="11"/>
              </w:rPr>
              <w:t>'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1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3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1"/>
              </w:rPr>
              <w:t>próprios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3"/>
                <w:sz w:val="11"/>
              </w:rPr>
              <w:t>-</w:t>
            </w:r>
          </w:p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05"/>
        </w:trPr>
        <w:tc>
          <w:tcPr>
            <w:tcW w:type="dxa" w:w="6845"/>
            <w:gridSpan w:val="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847"/>
            <w:gridSpan w:val="2"/>
            <w:vMerge w:val="restart"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0"/>
        </w:trPr>
        <w:tc>
          <w:tcPr>
            <w:tcW w:type="dxa" w:w="457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70" w:lineRule="exact" w:before="38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7"/>
              </w:rPr>
              <w:t>frequêdcià</w:t>
            </w:r>
          </w:p>
        </w:tc>
        <w:tc>
          <w:tcPr>
            <w:tcW w:type="dxa" w:w="24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70" w:lineRule="exact" w:before="38" w:after="0"/>
              <w:ind w:left="123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7"/>
              </w:rPr>
              <w:t>dé</w:t>
            </w:r>
          </w:p>
        </w:tc>
        <w:tc>
          <w:tcPr>
            <w:tcW w:type="dxa" w:w="285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70" w:lineRule="exact" w:before="38" w:after="0"/>
              <w:ind w:left="34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w w:val="98"/>
                <w:sz w:val="7"/>
              </w:rPr>
              <w:t>tüdÚ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98"/>
                <w:sz w:val="7"/>
              </w:rPr>
              <w:t>$</w:t>
            </w:r>
          </w:p>
        </w:tc>
        <w:tc>
          <w:tcPr>
            <w:tcW w:type="dxa" w:w="456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70" w:lineRule="exact" w:before="38" w:after="0"/>
              <w:ind w:left="4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10"/>
                <w:sz w:val="7"/>
              </w:rPr>
              <w:t>&amp;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103"/>
                <w:sz w:val="7"/>
              </w:rPr>
              <w:t>lcÚült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98"/>
                <w:sz w:val="7"/>
              </w:rPr>
              <w:t>$</w:t>
            </w:r>
          </w:p>
        </w:tc>
        <w:tc>
          <w:tcPr>
            <w:tcW w:type="dxa" w:w="405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70" w:lineRule="exact" w:before="38" w:after="0"/>
              <w:ind w:left="113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7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7"/>
              </w:rPr>
              <w:t>;</w:t>
            </w:r>
          </w:p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738"/>
            <w:gridSpan w:val="2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19"/>
        </w:trPr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847"/>
            <w:gridSpan w:val="2"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20"/>
        </w:trPr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69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847"/>
            <w:gridSpan w:val="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0" w:after="0"/>
              <w:ind w:left="572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Baixa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3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FI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'-;::=!!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2"/>
              </w:rPr>
              <w:t>aa</w:t>
            </w:r>
          </w:p>
        </w:tc>
      </w:tr>
    </w:tbl>
    <w:p>
      <w:pPr>
        <w:widowControl/>
        <w:wordWrap w:val="0"/>
        <w:autoSpaceDE w:val="0"/>
        <w:autoSpaceDN w:val="0"/>
        <w:spacing w:line="110" w:lineRule="exact" w:before="48" w:after="131"/>
        <w:ind w:left="496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3"/>
          <w:sz w:val="11"/>
        </w:rPr>
        <w:t>Agimos</w:t>
      </w:r>
      <w:r>
        <w:rPr>
          <w:rFonts w:ascii="Times New Roman" w:hAnsi="Times New Roman" w:eastAsia="Times New Roman"/>
          <w:b w:val="0"/>
          <w:color w:val="FFFFFF"/>
          <w:spacing w:val="5"/>
          <w:sz w:val="11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6"/>
          <w:sz w:val="11"/>
        </w:rPr>
        <w:t>Regue</w:t>
      </w:r>
      <w:r>
        <w:rPr>
          <w:rFonts w:ascii="Times New Roman" w:hAnsi="Times New Roman" w:eastAsia="Times New Roman"/>
          <w:b w:val="0"/>
          <w:color w:val="FFFFFF"/>
          <w:spacing w:val="97"/>
          <w:sz w:val="11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w w:val="102"/>
          <w:sz w:val="11"/>
        </w:rPr>
        <w:t>té</w:t>
      </w:r>
      <w:r>
        <w:rPr>
          <w:rFonts w:ascii="Arial" w:hAnsi="Arial" w:eastAsia="Arial"/>
          <w:b w:val="0"/>
          <w:i w:val="0"/>
          <w:color w:val="FFFFFF"/>
          <w:spacing w:val="-1"/>
          <w:sz w:val="11"/>
        </w:rPr>
        <w:t>#</w:t>
      </w:r>
    </w:p>
    <w:p>
      <w:pPr>
        <w:widowControl/>
        <w:wordWrap w:val="0"/>
        <w:autoSpaceDE w:val="0"/>
        <w:autoSpaceDN w:val="0"/>
        <w:spacing w:line="14" w:lineRule="exact" w:before="248" w:after="0"/>
        <w:ind w:left="0" w:right="0"/>
      </w:pPr>
    </w:p>
    <w:tbl>
      <w:tblPr>
        <w:tblW w:type="auto" w:w="0"/>
        <w:tblInd w:type="dxa" w:w="40"/>
        <w:tblLayout w:type="fixed"/>
        <w:tblLook w:firstColumn="1" w:firstRow="1" w:lastColumn="0" w:lastRow="0" w:noHBand="0" w:noVBand="1" w:val="04A0"/>
      </w:tblPr>
      <w:tblGrid>
        <w:gridCol w:w="3650"/>
        <w:gridCol w:w="3650"/>
        <w:gridCol w:w="3650"/>
      </w:tblGrid>
      <w:tr>
        <w:trPr>
          <w:trHeight w:hRule="exact" w:val="136"/>
        </w:trPr>
        <w:tc>
          <w:tcPr>
            <w:tcW w:type="dxa" w:w="192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20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Ganndr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6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2"/>
              </w:rPr>
              <w:t>I08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4"/>
                <w:sz w:val="12"/>
              </w:rPr>
              <w:t>%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lêem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7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"/>
                <w:sz w:val="12"/>
              </w:rPr>
              <w:t>pdt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cento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de</w:t>
            </w:r>
          </w:p>
        </w:tc>
        <w:tc>
          <w:tcPr>
            <w:tcW w:type="dxa" w:w="272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0" w:after="0"/>
              <w:ind w:left="21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2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confomlidade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9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com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6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FFFFFF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dáusulas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do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Termo</w:t>
            </w:r>
          </w:p>
        </w:tc>
        <w:tc>
          <w:tcPr>
            <w:tcW w:type="dxa" w:w="3595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48" w:after="0"/>
              <w:ind w:left="21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1"/>
              </w:rPr>
              <w:t>Re8is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6"/>
                <w:sz w:val="11"/>
              </w:rPr>
              <w:t>&amp;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1"/>
              </w:rPr>
              <w:t>os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1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7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1"/>
              </w:rPr>
              <w:t>àrquivoi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51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1"/>
              </w:rPr>
              <w:t>próprios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5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1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9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5"/>
                <w:sz w:val="11"/>
              </w:rPr>
              <w:t>SE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1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1"/>
              </w:rPr>
              <w:t>se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2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"/>
                <w:sz w:val="11"/>
              </w:rPr>
              <w:t>flower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52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"/>
                <w:sz w:val="11"/>
              </w:rPr>
              <w:t>déiiúllcla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"/>
                <w:sz w:val="11"/>
              </w:rPr>
              <w:t>}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1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1"/>
              </w:rPr>
              <w:t>áléh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50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1"/>
              </w:rPr>
              <w:t>das</w:t>
            </w:r>
          </w:p>
        </w:tc>
      </w:tr>
      <w:tr>
        <w:trPr>
          <w:trHeight w:hRule="exact" w:val="24"/>
        </w:trPr>
        <w:tc>
          <w:tcPr>
            <w:tcW w:type="dxa" w:w="365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72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16" w:after="0"/>
              <w:ind w:left="21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9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3"/>
              </w:rPr>
              <w:t>Cbiaboni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3"/>
              </w:rPr>
              <w:t>: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3"/>
              </w:rPr>
              <w:t>5o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3"/>
              </w:rPr>
              <w:t>.</w:t>
            </w:r>
          </w:p>
        </w:tc>
        <w:tc>
          <w:tcPr>
            <w:tcW w:type="dxa" w:w="365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9"/>
        </w:trPr>
        <w:tc>
          <w:tcPr>
            <w:tcW w:type="dxa" w:w="192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20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glatüdade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56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no</w:t>
            </w:r>
            <w:r>
              <w:rPr>
                <w:rFonts w:ascii="Times New Roman" w:hAnsi="Times New Roman" w:eastAsia="Times New Roman"/>
                <w:b w:val="0"/>
                <w:color w:val="FFFFFF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àtendimenta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;</w:t>
            </w:r>
          </w:p>
        </w:tc>
        <w:tc>
          <w:tcPr>
            <w:tcW w:type="dxa" w:w="365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65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41"/>
        </w:trPr>
        <w:tc>
          <w:tcPr>
            <w:tcW w:type="dxa" w:w="365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65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595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21" w:after="0"/>
              <w:ind w:left="21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anotações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etbtuadas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no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5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ReBistros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9"/>
                <w:sz w:val="12"/>
              </w:rPr>
              <w:t>deA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8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não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2"/>
              </w:rPr>
              <w:t>Stipeivkóri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3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realiuda</w:t>
            </w:r>
          </w:p>
        </w:tc>
      </w:tr>
    </w:tbl>
    <w:p>
      <w:pPr>
        <w:widowControl/>
        <w:wordWrap w:val="0"/>
        <w:autoSpaceDE w:val="0"/>
        <w:autoSpaceDN w:val="0"/>
        <w:spacing w:line="110" w:lineRule="exact" w:before="8" w:after="0"/>
        <w:ind w:left="490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w w:val="101"/>
          <w:sz w:val="11"/>
        </w:rPr>
        <w:t>attuv</w:t>
      </w:r>
      <w:r>
        <w:rPr>
          <w:rFonts w:ascii="Arial" w:hAnsi="Arial" w:eastAsia="Arial"/>
          <w:b w:val="0"/>
          <w:i w:val="0"/>
          <w:color w:val="FFFFFF"/>
          <w:spacing w:val="-6"/>
          <w:sz w:val="11"/>
        </w:rPr>
        <w:t>:</w:t>
      </w:r>
      <w:r>
        <w:rPr>
          <w:rFonts w:ascii="Arial" w:hAnsi="Arial" w:eastAsia="Arial"/>
          <w:b w:val="0"/>
          <w:i w:val="0"/>
          <w:color w:val="FFFFFF"/>
          <w:spacing w:val="-7"/>
          <w:sz w:val="11"/>
        </w:rPr>
        <w:t>és</w:t>
      </w:r>
      <w:r>
        <w:rPr>
          <w:rFonts w:ascii="Arial" w:hAnsi="Arial" w:eastAsia="Arial"/>
          <w:b w:val="0"/>
          <w:i w:val="0"/>
          <w:color w:val="FFFFFF"/>
          <w:spacing w:val="-2"/>
          <w:sz w:val="11"/>
        </w:rPr>
        <w:t>devisitas</w:t>
      </w:r>
      <w:r>
        <w:rPr>
          <w:rFonts w:ascii="Times New Roman" w:hAnsi="Times New Roman" w:eastAsia="Times New Roman"/>
          <w:b w:val="0"/>
          <w:color w:val="FFFFFF"/>
          <w:spacing w:val="61"/>
          <w:sz w:val="11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w w:val="99"/>
          <w:sz w:val="11"/>
        </w:rPr>
        <w:t>'':</w:t>
      </w:r>
      <w:r>
        <w:rPr>
          <w:rFonts w:ascii="Arial" w:hAnsi="Arial" w:eastAsia="Arial"/>
          <w:b w:val="0"/>
          <w:i w:val="0"/>
          <w:color w:val="FFFFFF"/>
          <w:spacing w:val="-1"/>
          <w:sz w:val="11"/>
        </w:rPr>
        <w:t>n</w:t>
      </w:r>
      <w:r>
        <w:rPr>
          <w:rFonts w:ascii="Times New Roman" w:hAnsi="Times New Roman" w:eastAsia="Times New Roman"/>
          <w:b w:val="0"/>
          <w:color w:val="FFFFFF"/>
          <w:spacing w:val="20"/>
          <w:sz w:val="11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w w:val="99"/>
          <w:sz w:val="11"/>
        </w:rPr>
        <w:t>loco</w:t>
      </w:r>
      <w:r>
        <w:rPr>
          <w:rFonts w:ascii="Arial" w:hAnsi="Arial" w:eastAsia="Arial"/>
          <w:b w:val="0"/>
          <w:i w:val="0"/>
          <w:color w:val="FFFFFF"/>
          <w:spacing w:val="3"/>
          <w:sz w:val="11"/>
        </w:rPr>
        <w:t>'</w:t>
      </w:r>
      <w:r>
        <w:rPr>
          <w:rFonts w:ascii="Arial" w:hAnsi="Arial" w:eastAsia="Arial"/>
          <w:b w:val="0"/>
          <w:i w:val="0"/>
          <w:color w:val="FFFFFF"/>
          <w:spacing w:val="5"/>
          <w:sz w:val="11"/>
        </w:rPr>
        <w:t>i</w:t>
      </w:r>
      <w:r>
        <w:rPr>
          <w:rFonts w:ascii="Times New Roman" w:hAnsi="Times New Roman" w:eastAsia="Times New Roman"/>
          <w:b w:val="0"/>
          <w:color w:val="FFFFFF"/>
          <w:spacing w:val="-1"/>
          <w:sz w:val="11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w w:val="98"/>
          <w:sz w:val="11"/>
        </w:rPr>
        <w:t>mansaltúerite</w:t>
      </w:r>
      <w:r>
        <w:rPr>
          <w:rFonts w:ascii="Arial" w:hAnsi="Arial" w:eastAsia="Arial"/>
          <w:b w:val="0"/>
          <w:i w:val="0"/>
          <w:color w:val="FFFFFF"/>
          <w:spacing w:val="-7"/>
          <w:sz w:val="11"/>
        </w:rPr>
        <w:t>.</w:t>
      </w:r>
    </w:p>
    <w:p>
      <w:pPr>
        <w:spacing w:after="0"/>
        <w:sectPr>
          <w:pgSz w:w="11900" w:h="16840"/>
          <w:pgMar w:top="687" w:right="311" w:bottom="1078" w:left="640" w:header="720" w:footer="720" w:gutter="0"/>
          <w:cols w:space="720" w:num="1" w:equalWidth="0">
            <w:col w:w="10949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243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/>
                  </pic:spPr>
                </pic:pic>
              </a:graphicData>
            </a:graphic>
          </wp:anchor>
        </w:drawing>
      </w:r>
      <w:r>
        <w:pict>
          <v:shape path="m,l,1000r1000,l1000,xe" filled="f" stroked="f" style="margin-left:280.0pt;margin-top:588.89pt;width:22.32pt;height:7.5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3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9"/>
                      <w:sz w:val="13"/>
                    </w:rPr>
                    <w:t>ChmPM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281.0pt;margin-top:595.28pt;width:33.38pt;height:7.0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2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3"/>
                      <w:sz w:val="12"/>
                    </w:rPr>
                    <w:t>MÜCinnpHiu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282.0pt;margin-top:154.89pt;width:23.66pt;height:7.5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3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4"/>
                      <w:sz w:val="13"/>
                    </w:rPr>
                    <w:t>Tmbaho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284.0pt;margin-top:217.28pt;width:41.33pt;height:7.0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2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2"/>
                      <w:sz w:val="12"/>
                    </w:rPr>
                    <w:t>unidadgesçglar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8"/>
                      <w:sz w:val="1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283.0pt;margin-top:320.49pt;width:22.48pt;height:8.0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4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"/>
                      <w:sz w:val="14"/>
                    </w:rPr>
                    <w:t>atmprb</w:t>
                  </w:r>
                </w:p>
              </w:txbxContent>
            </v:textbox>
            <w10:wrap type="none"/>
          </v:shape>
        </w:pict>
      </w:r>
    </w:p>
    <w:p>
      <w:pPr>
        <w:widowControl/>
        <w:wordWrap w:val="0"/>
        <w:autoSpaceDE w:val="0"/>
        <w:autoSpaceDN w:val="0"/>
        <w:spacing w:line="260" w:lineRule="exact" w:before="514" w:after="75"/>
        <w:ind w:left="394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7"/>
          <w:sz w:val="26"/>
        </w:rPr>
        <w:t>'</w:t>
      </w:r>
      <w:r>
        <w:rPr>
          <w:rFonts w:ascii="Times New Roman" w:hAnsi="Times New Roman" w:eastAsia="Times New Roman"/>
          <w:b w:val="0"/>
          <w:color w:val="FFFFFF"/>
          <w:spacing w:val="118"/>
          <w:sz w:val="26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12"/>
          <w:sz w:val="26"/>
        </w:rPr>
        <w:t>j</w:t>
      </w:r>
      <w:r>
        <w:rPr>
          <w:rFonts w:ascii="Times New Roman" w:hAnsi="Times New Roman" w:eastAsia="Times New Roman"/>
          <w:b w:val="0"/>
          <w:color w:val="FFFFFF"/>
          <w:spacing w:val="26"/>
          <w:sz w:val="26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8"/>
          <w:sz w:val="26"/>
        </w:rPr>
        <w:t>'::</w:t>
      </w:r>
      <w:r>
        <w:rPr>
          <w:rFonts w:ascii="Times New Roman" w:hAnsi="Times New Roman" w:eastAsia="Times New Roman"/>
          <w:b w:val="0"/>
          <w:color w:val="FFFFFF"/>
          <w:spacing w:val="24"/>
          <w:sz w:val="26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8"/>
          <w:sz w:val="26"/>
        </w:rPr>
        <w:t>'::</w:t>
      </w:r>
      <w:r>
        <w:rPr>
          <w:rFonts w:ascii="Arial" w:hAnsi="Arial" w:eastAsia="Arial"/>
          <w:b w:val="0"/>
          <w:i w:val="0"/>
          <w:color w:val="FFFFFF"/>
          <w:spacing w:val="-15"/>
          <w:sz w:val="26"/>
        </w:rPr>
        <w:t>:</w:t>
      </w:r>
      <w:r>
        <w:rPr>
          <w:rFonts w:ascii="Arial" w:hAnsi="Arial" w:eastAsia="Arial"/>
          <w:b w:val="0"/>
          <w:i w:val="0"/>
          <w:color w:val="FFFFFF"/>
          <w:spacing w:val="18"/>
          <w:sz w:val="26"/>
        </w:rPr>
        <w:t>l</w:t>
      </w:r>
    </w:p>
    <w:p>
      <w:pPr>
        <w:widowControl/>
        <w:wordWrap w:val="0"/>
        <w:autoSpaceDE w:val="0"/>
        <w:autoSpaceDN w:val="0"/>
        <w:spacing w:line="14" w:lineRule="exact" w:before="136" w:after="0"/>
        <w:ind w:left="0" w:right="0"/>
      </w:pPr>
    </w:p>
    <w:tbl>
      <w:tblPr>
        <w:tblW w:type="auto" w:w="0"/>
        <w:tblInd w:type="dxa" w:w="140"/>
        <w:tblLayout w:type="fixed"/>
        <w:tblLook w:firstColumn="1" w:firstRow="1" w:lastColumn="0" w:lastRow="0" w:noHBand="0" w:noVBand="1" w:val="04A0"/>
      </w:tblPr>
      <w:tblGrid>
        <w:gridCol w:w="1620"/>
        <w:gridCol w:w="1620"/>
        <w:gridCol w:w="1620"/>
        <w:gridCol w:w="1620"/>
        <w:gridCol w:w="1620"/>
        <w:gridCol w:w="1620"/>
      </w:tblGrid>
      <w:tr>
        <w:trPr>
          <w:trHeight w:hRule="exact" w:val="140"/>
        </w:trPr>
        <w:tc>
          <w:tcPr>
            <w:tcW w:type="dxa" w:w="1581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40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Garantir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7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12"/>
              </w:rPr>
              <w:t>B</w:t>
            </w:r>
            <w:r>
              <w:rPr>
                <w:rFonts w:ascii="Times New Roman" w:hAnsi="Times New Roman" w:eastAsia="Times New Roman"/>
                <w:b w:val="0"/>
                <w:color w:val="FFFFFF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limpeza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12"/>
              </w:rPr>
              <w:t>B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limpeza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0"/>
                <w:sz w:val="12"/>
              </w:rPr>
              <w:t>,</w:t>
            </w:r>
          </w:p>
        </w:tc>
        <w:tc>
          <w:tcPr>
            <w:tcW w:type="dxa" w:w="324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220" w:after="0"/>
              <w:ind w:left="3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$</w:t>
            </w:r>
          </w:p>
        </w:tc>
        <w:tc>
          <w:tcPr>
            <w:tcW w:type="dxa" w:w="2792"/>
            <w:gridSpan w:val="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0" w:after="0"/>
              <w:ind w:left="15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12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OQanização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7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üm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8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2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z w:val="12"/>
              </w:rPr>
              <w:t>limpem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9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2"/>
                <w:sz w:val="12"/>
              </w:rPr>
              <w:t>hi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#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enle</w:t>
            </w:r>
          </w:p>
        </w:tc>
        <w:tc>
          <w:tcPr>
            <w:tcW w:type="dxa" w:w="2064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68" w:after="0"/>
              <w:ind w:left="123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1"/>
              </w:rPr>
              <w:t>ReBtsnD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9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fatagráÜjca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5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1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7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1"/>
              </w:rPr>
              <w:t>todas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6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1"/>
              </w:rPr>
              <w:t>es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0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1"/>
              </w:rPr>
              <w:t>vtstBÉ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1"/>
              </w:rPr>
              <w:t>.</w:t>
            </w:r>
          </w:p>
        </w:tc>
      </w:tr>
      <w:tr>
        <w:trPr>
          <w:trHeight w:hRule="exact" w:val="50"/>
        </w:trPr>
        <w:tc>
          <w:tcPr>
            <w:tcW w:type="dxa" w:w="3240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792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20" w:after="0"/>
              <w:ind w:left="15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mantendo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2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çünscientkàcão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7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todos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6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e</w:t>
            </w:r>
          </w:p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20"/>
        </w:trPr>
        <w:tc>
          <w:tcPr>
            <w:tcW w:type="dxa" w:w="1581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30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HBiene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eoíganh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97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ç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2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9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102"/>
                <w:sz w:val="12"/>
              </w:rPr>
              <w:t>tod</w:t>
            </w:r>
          </w:p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240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34"/>
        </w:trPr>
        <w:tc>
          <w:tcPr>
            <w:tcW w:type="dxa" w:w="3240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726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30" w:after="0"/>
              <w:ind w:left="15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z w:val="12"/>
              </w:rPr>
              <w:t>fultciõnários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neceisáHos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pan</w:t>
            </w:r>
          </w:p>
        </w:tc>
        <w:tc>
          <w:tcPr>
            <w:tcW w:type="dxa" w:w="1066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30" w:after="0"/>
              <w:ind w:left="6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2"/>
              </w:rPr>
              <w:t>manutültç3a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2"/>
              </w:rPr>
              <w:t>doE</w:t>
            </w:r>
          </w:p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36"/>
        </w:trPr>
        <w:tc>
          <w:tcPr>
            <w:tcW w:type="dxa" w:w="1581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0" w:lineRule="exact" w:before="4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6"/>
              </w:rPr>
              <w:t>Bq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6"/>
              </w:rPr>
              <w:t>:=-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60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paira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8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3"/>
              </w:rPr>
              <w:t>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5"/>
                <w:sz w:val="1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0"/>
              </w:rPr>
              <w:t>plenep</w:t>
            </w:r>
          </w:p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30"/>
        </w:trPr>
        <w:tc>
          <w:tcPr>
            <w:tcW w:type="dxa" w:w="3240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792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20" w:after="0"/>
              <w:ind w:left="15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espaços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além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3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manuEellção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z w:val="12"/>
              </w:rPr>
              <w:t>petiódia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5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da</w:t>
            </w:r>
          </w:p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20"/>
        </w:trPr>
        <w:tc>
          <w:tcPr>
            <w:tcW w:type="dxa" w:w="1581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2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3"/>
              </w:rPr>
              <w:t>fbRdonanieat»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3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7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3"/>
              </w:rPr>
              <w:t>unidade</w:t>
            </w:r>
          </w:p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240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35"/>
        </w:trPr>
        <w:tc>
          <w:tcPr>
            <w:tcW w:type="dxa" w:w="3240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792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10" w:after="0"/>
              <w:ind w:left="15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2"/>
              </w:rPr>
              <w:t>unld8de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escQlêr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.</w:t>
            </w:r>
          </w:p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33"/>
        </w:trPr>
        <w:tc>
          <w:tcPr>
            <w:tcW w:type="dxa" w:w="1343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23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1"/>
              </w:rPr>
              <w:t>mcotm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1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4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1"/>
              </w:rPr>
              <w:t>B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2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2"/>
                <w:sz w:val="11"/>
              </w:rPr>
              <w:t>fim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9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1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3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1"/>
              </w:rPr>
              <w:t>aaegwar</w:t>
            </w:r>
          </w:p>
        </w:tc>
        <w:tc>
          <w:tcPr>
            <w:tcW w:type="dxa" w:w="237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23" w:after="0"/>
              <w:ind w:left="5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z w:val="11"/>
              </w:rPr>
              <w:t>wn</w:t>
            </w:r>
          </w:p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240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</w:tr>
    </w:tbl>
    <w:p>
      <w:pPr>
        <w:widowControl/>
        <w:wordWrap w:val="0"/>
        <w:autoSpaceDE w:val="0"/>
        <w:autoSpaceDN w:val="0"/>
        <w:spacing w:line="150" w:lineRule="exact" w:before="38" w:after="17"/>
        <w:ind w:left="14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3"/>
          <w:sz w:val="15"/>
        </w:rPr>
        <w:t>ambbated</w:t>
      </w:r>
      <w:r>
        <w:rPr>
          <w:rFonts w:ascii="Times New Roman" w:hAnsi="Times New Roman" w:eastAsia="Times New Roman"/>
          <w:b w:val="0"/>
          <w:color w:val="FFFFFF"/>
          <w:spacing w:val="4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5"/>
          <w:sz w:val="15"/>
        </w:rPr>
        <w:t>eq</w:t>
      </w:r>
      <w:r>
        <w:rPr>
          <w:rFonts w:ascii="Times New Roman" w:hAnsi="Times New Roman" w:eastAsia="Times New Roman"/>
          <w:b w:val="0"/>
          <w:color w:val="FFFFFF"/>
          <w:spacing w:val="85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2"/>
          <w:sz w:val="15"/>
        </w:rPr>
        <w:t>lidadop</w:t>
      </w:r>
      <w:r>
        <w:rPr>
          <w:rFonts w:ascii="Times New Roman" w:hAnsi="Times New Roman" w:eastAsia="Times New Roman"/>
          <w:b w:val="0"/>
          <w:color w:val="FFFFFF"/>
          <w:spacing w:val="-17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9"/>
          <w:sz w:val="15"/>
        </w:rPr>
        <w:t>aa</w:t>
      </w:r>
      <w:r>
        <w:rPr>
          <w:rFonts w:ascii="Times New Roman" w:hAnsi="Times New Roman" w:eastAsia="Times New Roman"/>
          <w:b w:val="0"/>
          <w:color w:val="FFFFFF"/>
          <w:spacing w:val="-7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7"/>
          <w:sz w:val="15"/>
        </w:rPr>
        <w:t>os</w:t>
      </w:r>
    </w:p>
    <w:p>
      <w:pPr>
        <w:widowControl/>
        <w:wordWrap w:val="0"/>
        <w:autoSpaceDE w:val="0"/>
        <w:autoSpaceDN w:val="0"/>
        <w:spacing w:line="120" w:lineRule="exact" w:before="33" w:after="216"/>
        <w:ind w:left="14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6"/>
          <w:sz w:val="12"/>
        </w:rPr>
        <w:t>cNanças</w:t>
      </w:r>
      <w:r>
        <w:rPr>
          <w:rFonts w:ascii="Arial" w:hAnsi="Arial" w:eastAsia="Arial"/>
          <w:b w:val="0"/>
          <w:i w:val="0"/>
          <w:color w:val="FFFFFF"/>
          <w:spacing w:val="-3"/>
          <w:sz w:val="12"/>
        </w:rPr>
        <w:t>;</w:t>
      </w:r>
    </w:p>
    <w:p>
      <w:pPr>
        <w:widowControl/>
        <w:wordWrap w:val="0"/>
        <w:autoSpaceDE w:val="0"/>
        <w:autoSpaceDN w:val="0"/>
        <w:spacing w:line="14" w:lineRule="exact" w:before="418" w:after="0"/>
        <w:ind w:left="0" w:right="0"/>
      </w:pPr>
    </w:p>
    <w:tbl>
      <w:tblPr>
        <w:tblW w:type="auto" w:w="0"/>
        <w:tblInd w:type="dxa" w:w="100"/>
        <w:tblLayout w:type="fixed"/>
        <w:tblLook w:firstColumn="1" w:firstRow="1" w:lastColumn="0" w:lastRow="0" w:noHBand="0" w:noVBand="1" w:val="04A0"/>
      </w:tblPr>
      <w:tblGrid>
        <w:gridCol w:w="3240"/>
        <w:gridCol w:w="3240"/>
        <w:gridCol w:w="3240"/>
      </w:tblGrid>
      <w:tr>
        <w:trPr>
          <w:trHeight w:hRule="exact" w:val="145"/>
        </w:trPr>
        <w:tc>
          <w:tcPr>
            <w:tcW w:type="dxa" w:w="1867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36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z w:val="11"/>
              </w:rPr>
              <w:t>wianter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7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4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quadro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4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1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3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102"/>
                <w:sz w:val="11"/>
              </w:rPr>
              <w:t>r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55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1"/>
              </w:rPr>
              <w:t>amos</w:t>
            </w:r>
          </w:p>
        </w:tc>
        <w:tc>
          <w:tcPr>
            <w:tcW w:type="dxa" w:w="284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0" w:after="0"/>
              <w:ind w:left="113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3"/>
              </w:rPr>
              <w:t>cona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3"/>
              </w:rPr>
              <w:t>)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3"/>
              </w:rPr>
              <w:t>mie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3"/>
              </w:rPr>
              <w:t>iuceHidade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3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2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3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8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3"/>
              </w:rPr>
              <w:t>acordo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9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3"/>
              </w:rPr>
              <w:t>com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3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3"/>
              </w:rPr>
              <w:t>le©daÇãa</w:t>
            </w:r>
          </w:p>
        </w:tc>
        <w:tc>
          <w:tcPr>
            <w:tcW w:type="dxa" w:w="3487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8" w:after="0"/>
              <w:ind w:left="8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Re8istro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durante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7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FFFFFF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2"/>
              </w:rPr>
              <w:t>UstBS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7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2"/>
              </w:rPr>
              <w:t>peFiÓdieasc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3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ümpamndo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3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5"/>
                <w:sz w:val="12"/>
              </w:rPr>
              <w:t>CQmo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6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2"/>
              </w:rPr>
              <w:t>plano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de</w:t>
            </w:r>
          </w:p>
        </w:tc>
      </w:tr>
      <w:tr>
        <w:trPr>
          <w:trHeight w:hRule="exact" w:val="26"/>
        </w:trPr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846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15" w:after="0"/>
              <w:ind w:left="113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3"/>
              </w:rPr>
              <w:t>esl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3"/>
              </w:rPr>
              <w:t>)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3"/>
              </w:rPr>
              <w:t>ecifia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3"/>
              </w:rPr>
              <w:t>.</w:t>
            </w:r>
          </w:p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498"/>
        </w:trPr>
        <w:tc>
          <w:tcPr>
            <w:tcW w:type="dxa" w:w="1867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25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1"/>
              </w:rPr>
              <w:t>hwnionos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7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98"/>
                <w:sz w:val="11"/>
              </w:rPr>
              <w:t>previu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1"/>
              </w:rPr>
              <w:t>)</w:t>
            </w:r>
          </w:p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2"/>
        </w:trPr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487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439" w:after="0"/>
              <w:ind w:left="10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Aaompant»menta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6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das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5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tbmnções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z w:val="12"/>
              </w:rPr>
              <w:t>qwrido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6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afbrectdas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pela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6"/>
                <w:sz w:val="12"/>
              </w:rPr>
              <w:t>SE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9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pela</w:t>
            </w:r>
          </w:p>
        </w:tc>
      </w:tr>
      <w:tr>
        <w:trPr>
          <w:trHeight w:hRule="exact" w:val="18"/>
        </w:trPr>
        <w:tc>
          <w:tcPr>
            <w:tcW w:type="dxa" w:w="1867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385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1"/>
              </w:rPr>
              <w:t>GaranHr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7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1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2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fornução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78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eonthuada</w:t>
            </w:r>
          </w:p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502"/>
        </w:trPr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846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419" w:after="0"/>
              <w:ind w:left="153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12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or8aNzaÇão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mmpFDmete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çam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2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farmaÇga</w:t>
            </w:r>
          </w:p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7"/>
        </w:trPr>
        <w:tc>
          <w:tcPr>
            <w:tcW w:type="dxa" w:w="1867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25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1"/>
              </w:rPr>
              <w:t>dos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8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pralissfanak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90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1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3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amido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81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1"/>
              </w:rPr>
              <w:t>wm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2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1"/>
              </w:rPr>
              <w:t>H</w:t>
            </w:r>
          </w:p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40"/>
        </w:trPr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487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10" w:after="0"/>
              <w:ind w:left="12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própãà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6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z w:val="12"/>
              </w:rPr>
              <w:t>Instituição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3"/>
                <w:sz w:val="12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0"/>
                <w:sz w:val="12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3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través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reuniões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üom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2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equipe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gestora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da</w:t>
            </w:r>
          </w:p>
        </w:tc>
      </w:tr>
      <w:tr>
        <w:trPr>
          <w:trHeight w:hRule="exact" w:val="79"/>
        </w:trPr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846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30" w:after="0"/>
              <w:ind w:left="133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coMinuada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fadas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8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6"/>
                <w:sz w:val="12"/>
              </w:rPr>
              <w:t>QSS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8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eus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prpfissiQnais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.</w:t>
            </w:r>
          </w:p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31"/>
        </w:trPr>
        <w:tc>
          <w:tcPr>
            <w:tcW w:type="dxa" w:w="1867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11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ntaDo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tos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6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6"/>
                <w:sz w:val="12"/>
              </w:rPr>
              <w:t>SE</w:t>
            </w:r>
          </w:p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</w:tr>
    </w:tbl>
    <w:p>
      <w:pPr>
        <w:widowControl/>
        <w:wordWrap w:val="0"/>
        <w:autoSpaceDE w:val="0"/>
        <w:autoSpaceDN w:val="0"/>
        <w:spacing w:line="120" w:lineRule="exact" w:before="20" w:after="10"/>
        <w:ind w:left="494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4"/>
          <w:sz w:val="12"/>
        </w:rPr>
        <w:t>chmPdu</w:t>
      </w:r>
    </w:p>
    <w:p>
      <w:pPr>
        <w:widowControl/>
        <w:wordWrap w:val="0"/>
        <w:autoSpaceDE w:val="0"/>
        <w:autoSpaceDN w:val="0"/>
        <w:spacing w:line="120" w:lineRule="exact" w:before="20" w:after="130"/>
        <w:ind w:left="494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4"/>
          <w:sz w:val="12"/>
        </w:rPr>
        <w:t>Rlão</w:t>
      </w:r>
      <w:r>
        <w:rPr>
          <w:rFonts w:ascii="Arial" w:hAnsi="Arial" w:eastAsia="Arial"/>
          <w:b w:val="0"/>
          <w:i w:val="0"/>
          <w:color w:val="FFFFFF"/>
          <w:spacing w:val="6"/>
          <w:sz w:val="12"/>
        </w:rPr>
        <w:t>@</w:t>
      </w:r>
      <w:r>
        <w:rPr>
          <w:rFonts w:ascii="Arial" w:hAnsi="Arial" w:eastAsia="Arial"/>
          <w:b w:val="0"/>
          <w:i w:val="0"/>
          <w:color w:val="FFFFFF"/>
          <w:w w:val="99"/>
          <w:sz w:val="12"/>
        </w:rPr>
        <w:t>mpüiu</w:t>
      </w:r>
    </w:p>
    <w:p>
      <w:pPr>
        <w:widowControl/>
        <w:wordWrap w:val="0"/>
        <w:autoSpaceDE w:val="0"/>
        <w:autoSpaceDN w:val="0"/>
        <w:spacing w:line="14" w:lineRule="exact" w:before="246" w:after="0"/>
        <w:ind w:left="0" w:right="0"/>
      </w:pPr>
    </w:p>
    <w:tbl>
      <w:tblPr>
        <w:tblW w:type="auto" w:w="0"/>
        <w:tblInd w:type="dxa" w:w="40"/>
        <w:tblLayout w:type="fixed"/>
        <w:tblLook w:firstColumn="1" w:firstRow="1" w:lastColumn="0" w:lastRow="0" w:noHBand="0" w:noVBand="1" w:val="04A0"/>
      </w:tblPr>
      <w:tblGrid>
        <w:gridCol w:w="1620"/>
        <w:gridCol w:w="1620"/>
        <w:gridCol w:w="1620"/>
        <w:gridCol w:w="1620"/>
        <w:gridCol w:w="1620"/>
        <w:gridCol w:w="1620"/>
      </w:tblGrid>
      <w:tr>
        <w:trPr>
          <w:trHeight w:hRule="exact" w:val="136"/>
        </w:trPr>
        <w:tc>
          <w:tcPr>
            <w:tcW w:type="dxa" w:w="1960"/>
            <w:gridSpan w:val="3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0" w:after="0"/>
              <w:ind w:left="2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ManterarBpnhadaeatu81i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2"/>
              </w:rPr>
              <w:t>=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ada</w:t>
            </w:r>
          </w:p>
        </w:tc>
        <w:tc>
          <w:tcPr>
            <w:tcW w:type="dxa" w:w="2773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80" w:after="0"/>
              <w:ind w:left="10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12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olBanização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se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çampramae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76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2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aíquíwr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8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de</w:t>
            </w:r>
          </w:p>
        </w:tc>
        <w:tc>
          <w:tcPr>
            <w:tcW w:type="dxa" w:w="301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80" w:after="0"/>
              <w:ind w:left="14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w w:val="98"/>
                <w:sz w:val="12"/>
              </w:rPr>
              <w:t>cQil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6"/>
                <w:sz w:val="12"/>
              </w:rPr>
              <w:t>@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rencbs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2"/>
              </w:rPr>
              <w:t>4unnte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7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2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5"/>
                <w:sz w:val="12"/>
              </w:rPr>
              <w:t>V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3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2"/>
                <w:sz w:val="12"/>
              </w:rPr>
              <w:t>isItaSp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5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eriódicas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.</w:t>
            </w:r>
          </w:p>
        </w:tc>
      </w:tr>
      <w:tr>
        <w:trPr>
          <w:trHeight w:hRule="exact" w:val="94"/>
        </w:trPr>
        <w:tc>
          <w:tcPr>
            <w:tcW w:type="dxa" w:w="1960"/>
            <w:gridSpan w:val="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16" w:after="0"/>
              <w:ind w:left="2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3"/>
              </w:rPr>
              <w:t>laD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3"/>
                <w:sz w:val="13"/>
              </w:rPr>
              <w:t>%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1"/>
                <w:sz w:val="13"/>
              </w:rPr>
              <w:t>i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6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3"/>
              </w:rPr>
              <w:t>cem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3"/>
              </w:rPr>
              <w:t>par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8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3"/>
                <w:sz w:val="13"/>
              </w:rPr>
              <w:t>centosd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3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3"/>
              </w:rPr>
              <w:t>a</w:t>
            </w:r>
          </w:p>
        </w:tc>
        <w:tc>
          <w:tcPr>
            <w:tcW w:type="dxa" w:w="3240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46"/>
        </w:trPr>
        <w:tc>
          <w:tcPr>
            <w:tcW w:type="dxa" w:w="4860"/>
            <w:gridSpan w:val="3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773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30" w:after="0"/>
              <w:ind w:left="12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madeira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5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adequada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aborda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çam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2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legislação</w:t>
            </w:r>
          </w:p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1"/>
        </w:trPr>
        <w:tc>
          <w:tcPr>
            <w:tcW w:type="dxa" w:w="4860"/>
            <w:gridSpan w:val="3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240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01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76" w:after="0"/>
              <w:ind w:left="14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3"/>
              </w:rPr>
              <w:t>N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3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3"/>
              </w:rPr>
              <w:t>0QI»IPriU</w:t>
            </w:r>
          </w:p>
        </w:tc>
      </w:tr>
      <w:tr>
        <w:trPr>
          <w:trHeight w:hRule="exact" w:val="97"/>
        </w:trPr>
        <w:tc>
          <w:tcPr>
            <w:tcW w:type="dxa" w:w="1960"/>
            <w:gridSpan w:val="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15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3"/>
              </w:rPr>
              <w:t>daa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3"/>
              </w:rPr>
              <w:t>#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3"/>
              </w:rPr>
              <w:t>maõiàe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3"/>
              </w:rPr>
              <w:t>;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3"/>
              </w:rPr>
              <w:t>ü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3"/>
              </w:rPr>
              <w:t>dã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7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101"/>
                <w:sz w:val="13"/>
              </w:rPr>
              <w:t>uni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9"/>
                <w:sz w:val="13"/>
              </w:rPr>
              <w:t>&amp;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3"/>
              </w:rPr>
              <w:t>dB</w:t>
            </w:r>
          </w:p>
        </w:tc>
        <w:tc>
          <w:tcPr>
            <w:tcW w:type="dxa" w:w="3240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63"/>
        </w:trPr>
        <w:tc>
          <w:tcPr>
            <w:tcW w:type="dxa" w:w="4860"/>
            <w:gridSpan w:val="3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596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14" w:after="0"/>
              <w:ind w:left="10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1"/>
              </w:rPr>
              <w:t>vigente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2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1"/>
              </w:rPr>
              <w:t>Mda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2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1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8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1"/>
              </w:rPr>
              <w:t>docummhÇão</w:t>
            </w:r>
          </w:p>
        </w:tc>
        <w:tc>
          <w:tcPr>
            <w:tcW w:type="dxa" w:w="1177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14" w:after="0"/>
              <w:ind w:left="64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1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3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1"/>
              </w:rPr>
              <w:t>cdanÇa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1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2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1"/>
              </w:rPr>
              <w:t>e</w:t>
            </w:r>
          </w:p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72"/>
        </w:trPr>
        <w:tc>
          <w:tcPr>
            <w:tcW w:type="dxa" w:w="1960"/>
            <w:gridSpan w:val="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15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3"/>
              </w:rPr>
              <w:t>Eduçndanal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4"/>
                <w:sz w:val="13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7"/>
                <w:sz w:val="13"/>
              </w:rPr>
              <w:t>d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2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3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2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3"/>
              </w:rPr>
              <w:t>aiaaça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3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5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3"/>
              </w:rPr>
              <w:t>atendidas</w:t>
            </w:r>
          </w:p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78"/>
        </w:trPr>
        <w:tc>
          <w:tcPr>
            <w:tcW w:type="dxa" w:w="4860"/>
            <w:gridSpan w:val="3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773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11" w:after="0"/>
              <w:ind w:left="10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w w:val="98"/>
                <w:sz w:val="12"/>
              </w:rPr>
              <w:t>functanárla5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.</w:t>
            </w:r>
          </w:p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94"/>
        </w:trPr>
        <w:tc>
          <w:tcPr>
            <w:tcW w:type="dxa" w:w="1960"/>
            <w:gridSpan w:val="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5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3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3"/>
              </w:rPr>
              <w:t>dos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7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101"/>
                <w:sz w:val="13"/>
              </w:rPr>
              <w:t>fixndon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9"/>
                <w:sz w:val="13"/>
              </w:rPr>
              <w:t>&amp;$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3"/>
              </w:rPr>
              <w:t>as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3"/>
              </w:rPr>
              <w:t>.</w:t>
            </w:r>
          </w:p>
        </w:tc>
        <w:tc>
          <w:tcPr>
            <w:tcW w:type="dxa" w:w="3240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79"/>
        </w:trPr>
        <w:tc>
          <w:tcPr>
            <w:tcW w:type="dxa" w:w="4860"/>
            <w:gridSpan w:val="3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240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01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319" w:after="0"/>
              <w:ind w:left="12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AcQmpanhamentüd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6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2"/>
                <w:sz w:val="12"/>
              </w:rPr>
              <w:t>umttte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FFFFFF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visÉbs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periódicas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quando</w:t>
            </w:r>
          </w:p>
        </w:tc>
      </w:tr>
      <w:tr>
        <w:trPr>
          <w:trHeight w:hRule="exact" w:val="17"/>
        </w:trPr>
        <w:tc>
          <w:tcPr>
            <w:tcW w:type="dxa" w:w="4860"/>
            <w:gridSpan w:val="3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773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220" w:after="0"/>
              <w:ind w:left="18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2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confbrmidãde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oom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dállsdas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6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2"/>
              </w:rPr>
              <w:t>Teitno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de</w:t>
            </w:r>
          </w:p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300"/>
        </w:trPr>
        <w:tc>
          <w:tcPr>
            <w:tcW w:type="dxa" w:w="1960"/>
            <w:gridSpan w:val="3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155" w:after="0"/>
              <w:ind w:left="48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3"/>
              </w:rPr>
              <w:t>nata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3"/>
              </w:rPr>
              <w:t>anm©Eaç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9"/>
                <w:sz w:val="13"/>
              </w:rPr>
              <w:t>&amp;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3"/>
              </w:rPr>
              <w:t>o</w:t>
            </w:r>
          </w:p>
        </w:tc>
        <w:tc>
          <w:tcPr>
            <w:tcW w:type="dxa" w:w="3240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33"/>
        </w:trPr>
        <w:tc>
          <w:tcPr>
            <w:tcW w:type="dxa" w:w="1960"/>
            <w:gridSpan w:val="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15" w:after="0"/>
              <w:ind w:left="10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3"/>
              </w:rPr>
              <w:t>ludável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2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3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8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3"/>
              </w:rPr>
              <w:t>qliqlid8dee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6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3"/>
              </w:rPr>
              <w:t>eüm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4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3"/>
              </w:rPr>
              <w:t>bBa</w:t>
            </w:r>
          </w:p>
        </w:tc>
        <w:tc>
          <w:tcPr>
            <w:tcW w:type="dxa" w:w="3240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30"/>
        </w:trPr>
        <w:tc>
          <w:tcPr>
            <w:tcW w:type="dxa" w:w="4860"/>
            <w:gridSpan w:val="3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773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10" w:after="0"/>
              <w:ind w:left="16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2"/>
              </w:rPr>
              <w:t>CQlabenCãQ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.</w:t>
            </w:r>
          </w:p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13"/>
        </w:trPr>
        <w:tc>
          <w:tcPr>
            <w:tcW w:type="dxa" w:w="4860"/>
            <w:gridSpan w:val="3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240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01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20" w:after="0"/>
              <w:ind w:left="14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rnGessária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101"/>
                <w:sz w:val="12"/>
              </w:rPr>
              <w:t>junta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8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2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equipe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NuüiçãQ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8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6"/>
                <w:sz w:val="12"/>
              </w:rPr>
              <w:t>SE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.</w:t>
            </w:r>
          </w:p>
        </w:tc>
      </w:tr>
      <w:tr>
        <w:trPr>
          <w:trHeight w:hRule="exact" w:val="132"/>
        </w:trPr>
        <w:tc>
          <w:tcPr>
            <w:tcW w:type="dxa" w:w="635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90" w:lineRule="exact" w:before="31" w:after="0"/>
              <w:ind w:left="2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9"/>
              </w:rPr>
              <w:t>aprueiitaÇãü</w:t>
            </w:r>
          </w:p>
        </w:tc>
        <w:tc>
          <w:tcPr>
            <w:tcW w:type="dxa" w:w="734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90" w:lineRule="exact" w:before="31" w:after="0"/>
              <w:ind w:left="10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9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3"/>
                <w:sz w:val="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9"/>
              </w:rPr>
              <w:t>200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9"/>
              </w:rPr>
              <w:t>%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61"/>
                <w:sz w:val="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"/>
                <w:sz w:val="9"/>
              </w:rPr>
              <w:t>{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9"/>
              </w:rPr>
              <w:t>nm</w:t>
            </w:r>
          </w:p>
        </w:tc>
        <w:tc>
          <w:tcPr>
            <w:tcW w:type="dxa" w:w="591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90" w:lineRule="exact" w:before="31" w:after="0"/>
              <w:ind w:left="5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9"/>
              </w:rPr>
              <w:t>pat</w:t>
            </w:r>
          </w:p>
        </w:tc>
        <w:tc>
          <w:tcPr>
            <w:tcW w:type="dxa" w:w="3240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61"/>
        </w:trPr>
        <w:tc>
          <w:tcPr>
            <w:tcW w:type="dxa" w:w="1960"/>
            <w:gridSpan w:val="3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11" w:after="0"/>
              <w:ind w:left="2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5"/>
              </w:rPr>
              <w:t>nato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5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7"/>
                <w:sz w:val="15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7"/>
                <w:sz w:val="15"/>
              </w:rPr>
              <w:t>dasa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9"/>
                <w:sz w:val="15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5"/>
              </w:rPr>
              <w:t>iança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7"/>
                <w:sz w:val="15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9"/>
                <w:sz w:val="15"/>
              </w:rPr>
              <w:t>õ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2"/>
                <w:sz w:val="15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5"/>
              </w:rPr>
              <w:t>iéüü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5"/>
              </w:rPr>
              <w:t>: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5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15"/>
              </w:rPr>
              <w:t>.</w:t>
            </w:r>
          </w:p>
        </w:tc>
        <w:tc>
          <w:tcPr>
            <w:tcW w:type="dxa" w:w="3240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0"/>
            <w:vMerge/>
            <w:tcMar>
              <w:left w:type="dxa" w:w="0"/>
              <w:right w:type="dxa" w:w="0"/>
            </w:tcMar>
          </w:tcPr>
          <w:p/>
        </w:tc>
      </w:tr>
    </w:tbl>
    <w:p>
      <w:pPr>
        <w:widowControl/>
        <w:wordWrap w:val="0"/>
        <w:autoSpaceDE w:val="0"/>
        <w:autoSpaceDN w:val="0"/>
        <w:spacing w:line="130" w:lineRule="exact" w:before="46" w:after="31"/>
        <w:ind w:left="6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2"/>
          <w:sz w:val="13"/>
        </w:rPr>
        <w:t>«fundo</w:t>
      </w:r>
      <w:r>
        <w:rPr>
          <w:rFonts w:ascii="Times New Roman" w:hAnsi="Times New Roman" w:eastAsia="Times New Roman"/>
          <w:b w:val="0"/>
          <w:color w:val="FFFFFF"/>
          <w:spacing w:val="43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3"/>
          <w:sz w:val="13"/>
        </w:rPr>
        <w:t>o</w:t>
      </w:r>
      <w:r>
        <w:rPr>
          <w:rFonts w:ascii="Times New Roman" w:hAnsi="Times New Roman" w:eastAsia="Times New Roman"/>
          <w:b w:val="0"/>
          <w:color w:val="FFFFFF"/>
          <w:spacing w:val="-2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5"/>
          <w:sz w:val="13"/>
        </w:rPr>
        <w:t>dispostoi</w:t>
      </w:r>
      <w:r>
        <w:rPr>
          <w:rFonts w:ascii="Times New Roman" w:hAnsi="Times New Roman" w:eastAsia="Times New Roman"/>
          <w:b w:val="0"/>
          <w:color w:val="FFFFFF"/>
          <w:spacing w:val="-6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"/>
          <w:sz w:val="13"/>
        </w:rPr>
        <w:t>n</w:t>
      </w:r>
      <w:r>
        <w:rPr>
          <w:rFonts w:ascii="Times New Roman" w:hAnsi="Times New Roman" w:eastAsia="Times New Roman"/>
          <w:b w:val="0"/>
          <w:color w:val="FFFFFF"/>
          <w:spacing w:val="22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5"/>
          <w:sz w:val="13"/>
        </w:rPr>
        <w:t>Pragnma</w:t>
      </w:r>
      <w:r>
        <w:rPr>
          <w:rFonts w:ascii="Times New Roman" w:hAnsi="Times New Roman" w:eastAsia="Times New Roman"/>
          <w:b w:val="0"/>
          <w:color w:val="FFFFFF"/>
          <w:spacing w:val="15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4"/>
          <w:sz w:val="13"/>
        </w:rPr>
        <w:t>de</w:t>
      </w:r>
    </w:p>
    <w:p>
      <w:pPr>
        <w:widowControl/>
        <w:wordWrap w:val="0"/>
        <w:autoSpaceDE w:val="0"/>
        <w:autoSpaceDN w:val="0"/>
        <w:spacing w:line="90" w:lineRule="exact" w:before="61" w:after="129"/>
        <w:ind w:left="6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"/>
          <w:sz w:val="9"/>
        </w:rPr>
        <w:t>Nlmen</w:t>
      </w:r>
      <w:r>
        <w:rPr>
          <w:rFonts w:ascii="Arial" w:hAnsi="Arial" w:eastAsia="Arial"/>
          <w:b w:val="0"/>
          <w:i w:val="0"/>
          <w:color w:val="FFFFFF"/>
          <w:spacing w:val="4"/>
          <w:sz w:val="9"/>
        </w:rPr>
        <w:t>@</w:t>
      </w:r>
      <w:r>
        <w:rPr>
          <w:rFonts w:ascii="Arial" w:hAnsi="Arial" w:eastAsia="Arial"/>
          <w:b w:val="0"/>
          <w:i w:val="0"/>
          <w:color w:val="FFFFFF"/>
          <w:spacing w:val="-4"/>
          <w:sz w:val="9"/>
        </w:rPr>
        <w:t>ç</w:t>
      </w:r>
      <w:r>
        <w:rPr>
          <w:rFonts w:ascii="Arial" w:hAnsi="Arial" w:eastAsia="Arial"/>
          <w:b w:val="0"/>
          <w:i w:val="0"/>
          <w:color w:val="FFFFFF"/>
          <w:spacing w:val="-1"/>
          <w:sz w:val="9"/>
        </w:rPr>
        <w:t>$</w:t>
      </w:r>
      <w:r>
        <w:rPr>
          <w:rFonts w:ascii="Arial" w:hAnsi="Arial" w:eastAsia="Arial"/>
          <w:b w:val="0"/>
          <w:i w:val="0"/>
          <w:color w:val="FFFFFF"/>
          <w:spacing w:val="-2"/>
          <w:sz w:val="9"/>
        </w:rPr>
        <w:t>ó</w:t>
      </w:r>
      <w:r>
        <w:rPr>
          <w:rFonts w:ascii="Times New Roman" w:hAnsi="Times New Roman" w:eastAsia="Times New Roman"/>
          <w:b w:val="0"/>
          <w:color w:val="FFFFFF"/>
          <w:spacing w:val="169"/>
          <w:sz w:val="9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3"/>
          <w:sz w:val="9"/>
        </w:rPr>
        <w:t>Escolar</w:t>
      </w:r>
      <w:r>
        <w:rPr>
          <w:rFonts w:ascii="Times New Roman" w:hAnsi="Times New Roman" w:eastAsia="Times New Roman"/>
          <w:b w:val="0"/>
          <w:color w:val="FFFFFF"/>
          <w:spacing w:val="81"/>
          <w:sz w:val="9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5"/>
          <w:sz w:val="9"/>
        </w:rPr>
        <w:t>(</w:t>
      </w:r>
      <w:r>
        <w:rPr>
          <w:rFonts w:ascii="Arial" w:hAnsi="Arial" w:eastAsia="Arial"/>
          <w:b w:val="0"/>
          <w:i w:val="0"/>
          <w:color w:val="FFFFFF"/>
          <w:spacing w:val="-8"/>
          <w:sz w:val="9"/>
        </w:rPr>
        <w:t>PNAE</w:t>
      </w:r>
      <w:r>
        <w:rPr>
          <w:rFonts w:ascii="Arial" w:hAnsi="Arial" w:eastAsia="Arial"/>
          <w:b w:val="0"/>
          <w:i w:val="0"/>
          <w:color w:val="FFFFFF"/>
          <w:spacing w:val="-3"/>
          <w:sz w:val="9"/>
        </w:rPr>
        <w:t>);</w:t>
      </w:r>
    </w:p>
    <w:p>
      <w:pPr>
        <w:widowControl/>
        <w:wordWrap w:val="0"/>
        <w:autoSpaceDE w:val="0"/>
        <w:autoSpaceDN w:val="0"/>
        <w:spacing w:line="14" w:lineRule="exact" w:before="245" w:after="0"/>
        <w:ind w:left="0" w:right="0"/>
      </w:pPr>
    </w:p>
    <w:tbl>
      <w:tblPr>
        <w:tblW w:type="auto" w:w="0"/>
        <w:tblInd w:type="dxa" w:w="120"/>
        <w:tblLayout w:type="fixed"/>
        <w:tblLook w:firstColumn="1" w:firstRow="1" w:lastColumn="0" w:lastRow="0" w:noHBand="0" w:noVBand="1" w:val="04A0"/>
      </w:tblPr>
      <w:tblGrid>
        <w:gridCol w:w="3240"/>
        <w:gridCol w:w="3240"/>
        <w:gridCol w:w="3240"/>
      </w:tblGrid>
      <w:tr>
        <w:trPr>
          <w:trHeight w:hRule="exact" w:val="155"/>
        </w:trPr>
        <w:tc>
          <w:tcPr>
            <w:tcW w:type="dxa" w:w="1846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0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3"/>
              </w:rPr>
              <w:t>GarantlrcondiÉÕe6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3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3"/>
              </w:rPr>
              <w:t>Bmbleou6e</w:t>
            </w:r>
          </w:p>
        </w:tc>
        <w:tc>
          <w:tcPr>
            <w:tcW w:type="dxa" w:w="266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68" w:after="0"/>
              <w:ind w:left="134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MarwtenÇ8a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6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periódica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z w:val="12"/>
              </w:rPr>
              <w:t>estruwlal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5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unidade</w:t>
            </w:r>
          </w:p>
        </w:tc>
        <w:tc>
          <w:tcPr>
            <w:tcW w:type="dxa" w:w="335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20" w:after="0"/>
              <w:ind w:left="234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13"/>
                <w:sz w:val="13"/>
              </w:rPr>
              <w:t>\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6"/>
                <w:sz w:val="13"/>
              </w:rPr>
              <w:t>HHtãsp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0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2"/>
                <w:sz w:val="13"/>
              </w:rPr>
              <w:t>erjódÊnsp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7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3"/>
              </w:rPr>
              <w:t>ek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1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3"/>
              </w:rPr>
              <w:t>Supelusãa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3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3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8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3"/>
              </w:rPr>
              <w:t>guardo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3"/>
                <w:sz w:val="13"/>
              </w:rPr>
              <w:t>neçessádoe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2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3"/>
              </w:rPr>
              <w:t>Feio</w:t>
            </w:r>
          </w:p>
        </w:tc>
      </w:tr>
      <w:tr>
        <w:trPr>
          <w:trHeight w:hRule="exact" w:val="4"/>
        </w:trPr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35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5" w:after="0"/>
              <w:ind w:left="254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3"/>
              </w:rPr>
              <w:t>menu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5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9"/>
                <w:sz w:val="13"/>
              </w:rPr>
              <w:t>l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0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2"/>
                <w:sz w:val="13"/>
              </w:rPr>
              <w:t>veza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5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3"/>
              </w:rPr>
              <w:t>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7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3"/>
              </w:rPr>
              <w:t>adia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0"/>
                <w:sz w:val="13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3"/>
                <w:sz w:val="13"/>
              </w:rPr>
              <w:t>v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9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z w:val="13"/>
              </w:rPr>
              <w:t>isib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0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3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3"/>
              </w:rPr>
              <w:t>cóhiss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3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3"/>
              </w:rPr>
              <w:t>ó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3"/>
              </w:rPr>
              <w:t>éipêchl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3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3"/>
              </w:rPr>
              <w:t>: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3"/>
              </w:rPr>
              <w:t>üs©ria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3"/>
              </w:rPr>
              <w:t>.</w:t>
            </w:r>
          </w:p>
        </w:tc>
      </w:tr>
      <w:tr>
        <w:trPr>
          <w:trHeight w:hRule="exact" w:val="43"/>
        </w:trPr>
        <w:tc>
          <w:tcPr>
            <w:tcW w:type="dxa" w:w="1846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29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Conservação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dag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espaçaÊ</w:t>
            </w:r>
          </w:p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93"/>
        </w:trPr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66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14" w:after="0"/>
              <w:ind w:left="134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1"/>
              </w:rPr>
              <w:t>esGólar</w:t>
            </w:r>
          </w:p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33"/>
        </w:trPr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35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5" w:after="0"/>
              <w:ind w:left="254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3"/>
              </w:rPr>
              <w:t>CumpM</w:t>
            </w:r>
          </w:p>
        </w:tc>
      </w:tr>
      <w:tr>
        <w:trPr>
          <w:trHeight w:hRule="exact" w:val="140"/>
        </w:trPr>
        <w:tc>
          <w:tcPr>
            <w:tcW w:type="dxa" w:w="184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20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adequadas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pmB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2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2"/>
              </w:rPr>
              <w:t>b8nnue8Hre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6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2"/>
              </w:rPr>
              <w:t>a</w:t>
            </w:r>
          </w:p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</w:tr>
    </w:tbl>
    <w:p>
      <w:pPr>
        <w:widowControl/>
        <w:wordWrap w:val="0"/>
        <w:autoSpaceDE w:val="0"/>
        <w:autoSpaceDN w:val="0"/>
        <w:spacing w:line="120" w:lineRule="exact" w:before="40" w:after="10"/>
        <w:ind w:left="12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2"/>
          <w:sz w:val="12"/>
        </w:rPr>
        <w:t>desenvahimento</w:t>
      </w:r>
      <w:r>
        <w:rPr>
          <w:rFonts w:ascii="Times New Roman" w:hAnsi="Times New Roman" w:eastAsia="Times New Roman"/>
          <w:b w:val="0"/>
          <w:color w:val="FFFFFF"/>
          <w:spacing w:val="43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w w:val="101"/>
          <w:sz w:val="12"/>
        </w:rPr>
        <w:t>integral</w:t>
      </w:r>
      <w:r>
        <w:rPr>
          <w:rFonts w:ascii="Times New Roman" w:hAnsi="Times New Roman" w:eastAsia="Times New Roman"/>
          <w:b w:val="0"/>
          <w:color w:val="FFFFFF"/>
          <w:spacing w:val="-9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4"/>
          <w:sz w:val="12"/>
        </w:rPr>
        <w:t>de</w:t>
      </w:r>
    </w:p>
    <w:p>
      <w:pPr>
        <w:widowControl/>
        <w:wordWrap w:val="0"/>
        <w:autoSpaceDE w:val="0"/>
        <w:autoSpaceDN w:val="0"/>
        <w:spacing w:line="120" w:lineRule="exact" w:before="20" w:after="140"/>
        <w:ind w:left="12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3"/>
          <w:sz w:val="12"/>
        </w:rPr>
        <w:t>tôdas</w:t>
      </w:r>
      <w:r>
        <w:rPr>
          <w:rFonts w:ascii="Times New Roman" w:hAnsi="Times New Roman" w:eastAsia="Times New Roman"/>
          <w:b w:val="0"/>
          <w:color w:val="FFFFFF"/>
          <w:spacing w:val="-10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8"/>
          <w:sz w:val="12"/>
        </w:rPr>
        <w:t>as</w:t>
      </w:r>
      <w:r>
        <w:rPr>
          <w:rFonts w:ascii="Times New Roman" w:hAnsi="Times New Roman" w:eastAsia="Times New Roman"/>
          <w:b w:val="0"/>
          <w:color w:val="FFFFFF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4"/>
          <w:sz w:val="12"/>
        </w:rPr>
        <w:t>aiõnças</w:t>
      </w:r>
      <w:r>
        <w:rPr>
          <w:rFonts w:ascii="Times New Roman" w:hAnsi="Times New Roman" w:eastAsia="Times New Roman"/>
          <w:b w:val="0"/>
          <w:color w:val="FFFFFF"/>
          <w:spacing w:val="24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2"/>
          <w:sz w:val="12"/>
        </w:rPr>
        <w:t>atendidas</w:t>
      </w:r>
      <w:r>
        <w:rPr>
          <w:rFonts w:ascii="Arial" w:hAnsi="Arial" w:eastAsia="Arial"/>
          <w:b w:val="0"/>
          <w:i w:val="0"/>
          <w:color w:val="FFFFFF"/>
          <w:spacing w:val="-3"/>
          <w:sz w:val="12"/>
        </w:rPr>
        <w:t>;</w:t>
      </w:r>
    </w:p>
    <w:p>
      <w:pPr>
        <w:widowControl/>
        <w:wordWrap w:val="0"/>
        <w:autoSpaceDE w:val="0"/>
        <w:autoSpaceDN w:val="0"/>
        <w:spacing w:line="14" w:lineRule="exact" w:before="266" w:after="0"/>
        <w:ind w:left="0" w:right="0"/>
      </w:pPr>
    </w:p>
    <w:tbl>
      <w:tblPr>
        <w:tblW w:type="auto" w:w="0"/>
        <w:tblInd w:type="dxa" w:w="80"/>
        <w:tblLayout w:type="fixed"/>
        <w:tblLook w:firstColumn="1" w:firstRow="1" w:lastColumn="0" w:lastRow="0" w:noHBand="0" w:noVBand="1" w:val="04A0"/>
      </w:tblPr>
      <w:tblGrid>
        <w:gridCol w:w="3240"/>
        <w:gridCol w:w="3240"/>
        <w:gridCol w:w="3240"/>
      </w:tblGrid>
      <w:tr>
        <w:trPr>
          <w:trHeight w:hRule="exact" w:val="130"/>
        </w:trPr>
        <w:tc>
          <w:tcPr>
            <w:tcW w:type="dxa" w:w="1904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28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1"/>
              </w:rPr>
              <w:t>Implementar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69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1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3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101"/>
                <w:sz w:val="11"/>
              </w:rPr>
              <w:t>maiiler</w:t>
            </w:r>
          </w:p>
        </w:tc>
        <w:tc>
          <w:tcPr>
            <w:tcW w:type="dxa" w:w="264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0" w:after="0"/>
              <w:ind w:left="7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12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QIBanbeçãa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9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compromete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envolver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3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2"/>
              </w:rPr>
              <w:t>a</w:t>
            </w:r>
          </w:p>
        </w:tc>
        <w:tc>
          <w:tcPr>
            <w:tcW w:type="dxa" w:w="3676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40" w:after="0"/>
              <w:ind w:left="25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z w:val="12"/>
              </w:rPr>
              <w:t>conwlta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ao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8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gis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63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1"/>
                <w:sz w:val="12"/>
              </w:rPr>
              <w:t>DSr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9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8"/>
                <w:sz w:val="12"/>
              </w:rPr>
              <w:t>&amp;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ltzàda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9"/>
                <w:sz w:val="12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9"/>
                <w:sz w:val="12"/>
              </w:rPr>
              <w:t>p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3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ela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uNd8de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9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eSGotar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7"/>
                <w:sz w:val="12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6"/>
                <w:sz w:val="12"/>
              </w:rPr>
              <w:t>p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esquisa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de</w:t>
            </w:r>
          </w:p>
        </w:tc>
      </w:tr>
      <w:tr>
        <w:trPr>
          <w:trHeight w:hRule="exact" w:val="40"/>
        </w:trPr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646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10" w:after="0"/>
              <w:ind w:left="7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comunidade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8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süõs</w:t>
            </w:r>
            <w:r>
              <w:rPr>
                <w:rFonts w:ascii="Times New Roman" w:hAnsi="Times New Roman" w:eastAsia="Times New Roman"/>
                <w:b w:val="0"/>
                <w:color w:val="FFFFFF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BtfvidadH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a6m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de</w:t>
            </w:r>
          </w:p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3"/>
        </w:trPr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676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10" w:after="0"/>
              <w:ind w:left="27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w w:val="101"/>
                <w:sz w:val="12"/>
              </w:rPr>
              <w:t>ntislüç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7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z w:val="12"/>
              </w:rPr>
              <w:t>junho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aos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nspóósávus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7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2"/>
                <w:sz w:val="12"/>
              </w:rPr>
              <w:t>lórlt»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7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z w:val="12"/>
              </w:rPr>
              <w:t>âniiài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.</w:t>
            </w:r>
          </w:p>
        </w:tc>
      </w:tr>
      <w:tr>
        <w:trPr>
          <w:trHeight w:hRule="exact" w:val="93"/>
        </w:trPr>
        <w:tc>
          <w:tcPr>
            <w:tcW w:type="dxa" w:w="1904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45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1"/>
              </w:rPr>
              <w:t>hstFumentas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69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1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7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peíücipa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5"/>
                <w:sz w:val="11"/>
              </w:rPr>
              <w:t>@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ó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59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6"/>
                <w:sz w:val="11"/>
              </w:rPr>
              <w:t>&amp;</w:t>
            </w:r>
          </w:p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8"/>
        </w:trPr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646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16" w:after="0"/>
              <w:ind w:left="7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3"/>
              </w:rPr>
              <w:t>aproximare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3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3"/>
              </w:rPr>
              <w:t>fotnleceras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9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3"/>
              </w:rPr>
              <w:t>dnculas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3"/>
              </w:rPr>
              <w:t>anta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3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3"/>
              </w:rPr>
              <w:t>as</w:t>
            </w:r>
          </w:p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45"/>
        </w:trPr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676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4" w:after="0"/>
              <w:ind w:left="27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1"/>
              </w:rPr>
              <w:t>Nob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0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1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7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11"/>
              </w:rPr>
              <w:t>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3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1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8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1"/>
              </w:rPr>
              <w:t>IO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1"/>
              </w:rPr>
              <w:t>.</w:t>
            </w:r>
          </w:p>
        </w:tc>
      </w:tr>
      <w:tr>
        <w:trPr>
          <w:trHeight w:hRule="exact" w:val="106"/>
        </w:trPr>
        <w:tc>
          <w:tcPr>
            <w:tcW w:type="dxa" w:w="1904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11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z w:val="12"/>
              </w:rPr>
              <w:t>comtuitidüde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2"/>
                <w:sz w:val="12"/>
              </w:rPr>
              <w:t>gnmiititido</w:t>
            </w:r>
          </w:p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45"/>
        </w:trPr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646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33" w:after="0"/>
              <w:ind w:left="7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1"/>
              </w:rPr>
              <w:t>cHaitças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7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1"/>
              </w:rPr>
              <w:t>os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7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1"/>
              </w:rPr>
              <w:t>respartsáveis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9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1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7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1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2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1"/>
              </w:rPr>
              <w:t>escola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1"/>
              </w:rPr>
              <w:t>.</w:t>
            </w:r>
          </w:p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40"/>
        </w:trPr>
        <w:tc>
          <w:tcPr>
            <w:tcW w:type="dxa" w:w="1904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20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transparéildã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5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nos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anões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6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102"/>
                <w:sz w:val="12"/>
              </w:rPr>
              <w:t>uitiúõdú</w:t>
            </w:r>
          </w:p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</w:tr>
    </w:tbl>
    <w:p>
      <w:pPr>
        <w:widowControl/>
        <w:wordWrap w:val="0"/>
        <w:autoSpaceDE w:val="0"/>
        <w:autoSpaceDN w:val="0"/>
        <w:spacing w:line="140" w:lineRule="exact" w:before="24" w:after="158"/>
        <w:ind w:left="8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3"/>
          <w:sz w:val="14"/>
        </w:rPr>
        <w:t>Eduadainl</w:t>
      </w:r>
      <w:r>
        <w:rPr>
          <w:rFonts w:ascii="Arial" w:hAnsi="Arial" w:eastAsia="Arial"/>
          <w:b w:val="0"/>
          <w:i w:val="0"/>
          <w:color w:val="FFFFFF"/>
          <w:spacing w:val="-3"/>
          <w:sz w:val="14"/>
        </w:rPr>
        <w:t>;</w:t>
      </w:r>
    </w:p>
    <w:p>
      <w:pPr>
        <w:widowControl/>
        <w:wordWrap w:val="0"/>
        <w:autoSpaceDE w:val="0"/>
        <w:autoSpaceDN w:val="0"/>
        <w:spacing w:line="120" w:lineRule="exact" w:before="316" w:after="20"/>
        <w:ind w:left="8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z w:val="12"/>
        </w:rPr>
        <w:t>proponlonlar</w:t>
      </w:r>
      <w:r>
        <w:rPr>
          <w:rFonts w:ascii="Times New Roman" w:hAnsi="Times New Roman" w:eastAsia="Times New Roman"/>
          <w:b w:val="0"/>
          <w:color w:val="FFFFFF"/>
          <w:spacing w:val="5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3"/>
          <w:sz w:val="12"/>
        </w:rPr>
        <w:t>Wendl</w:t>
      </w:r>
      <w:r>
        <w:rPr>
          <w:rFonts w:ascii="Arial" w:hAnsi="Arial" w:eastAsia="Arial"/>
          <w:b w:val="0"/>
          <w:i w:val="0"/>
          <w:color w:val="FFFFFF"/>
          <w:spacing w:val="-7"/>
          <w:sz w:val="12"/>
        </w:rPr>
        <w:t>:</w:t>
      </w:r>
      <w:r>
        <w:rPr>
          <w:rFonts w:ascii="Arial" w:hAnsi="Arial" w:eastAsia="Arial"/>
          <w:b w:val="0"/>
          <w:i w:val="0"/>
          <w:color w:val="FFFFFF"/>
          <w:spacing w:val="-4"/>
          <w:sz w:val="12"/>
        </w:rPr>
        <w:t>agem</w:t>
      </w:r>
      <w:r>
        <w:rPr>
          <w:rFonts w:ascii="Times New Roman" w:hAnsi="Times New Roman" w:eastAsia="Times New Roman"/>
          <w:b w:val="0"/>
          <w:color w:val="FFFFFF"/>
          <w:spacing w:val="96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6"/>
          <w:sz w:val="12"/>
        </w:rPr>
        <w:t>e</w:t>
      </w:r>
      <w:r>
        <w:rPr>
          <w:rFonts w:ascii="Arial" w:hAnsi="Arial" w:eastAsia="Arial"/>
          <w:b w:val="0"/>
          <w:i w:val="0"/>
          <w:color w:val="FFFFFF"/>
          <w:spacing w:val="466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0"/>
          <w:sz w:val="12"/>
        </w:rPr>
        <w:t>A</w:t>
      </w:r>
      <w:r>
        <w:rPr>
          <w:rFonts w:ascii="Times New Roman" w:hAnsi="Times New Roman" w:eastAsia="Times New Roman"/>
          <w:b w:val="0"/>
          <w:color w:val="FFFFFF"/>
          <w:spacing w:val="0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4"/>
          <w:sz w:val="12"/>
        </w:rPr>
        <w:t>0tBnu23Çãa</w:t>
      </w:r>
      <w:r>
        <w:rPr>
          <w:rFonts w:ascii="Times New Roman" w:hAnsi="Times New Roman" w:eastAsia="Times New Roman"/>
          <w:b w:val="0"/>
          <w:color w:val="FFFFFF"/>
          <w:spacing w:val="5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8"/>
          <w:sz w:val="12"/>
        </w:rPr>
        <w:t>se</w:t>
      </w:r>
      <w:r>
        <w:rPr>
          <w:rFonts w:ascii="Times New Roman" w:hAnsi="Times New Roman" w:eastAsia="Times New Roman"/>
          <w:b w:val="0"/>
          <w:color w:val="FFFFFF"/>
          <w:spacing w:val="-1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3"/>
          <w:sz w:val="12"/>
        </w:rPr>
        <w:t>campramete</w:t>
      </w:r>
      <w:r>
        <w:rPr>
          <w:rFonts w:ascii="Times New Roman" w:hAnsi="Times New Roman" w:eastAsia="Times New Roman"/>
          <w:b w:val="0"/>
          <w:color w:val="FFFFFF"/>
          <w:spacing w:val="34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7"/>
          <w:sz w:val="12"/>
        </w:rPr>
        <w:t>a</w:t>
      </w:r>
      <w:r>
        <w:rPr>
          <w:rFonts w:ascii="Times New Roman" w:hAnsi="Times New Roman" w:eastAsia="Times New Roman"/>
          <w:b w:val="0"/>
          <w:color w:val="FFFFFF"/>
          <w:spacing w:val="-10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w w:val="99"/>
          <w:sz w:val="12"/>
        </w:rPr>
        <w:t>sentir</w:t>
      </w:r>
      <w:r>
        <w:rPr>
          <w:rFonts w:ascii="Times New Roman" w:hAnsi="Times New Roman" w:eastAsia="Times New Roman"/>
          <w:b w:val="0"/>
          <w:color w:val="FFFFFF"/>
          <w:spacing w:val="19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8"/>
          <w:sz w:val="12"/>
        </w:rPr>
        <w:t>as</w:t>
      </w:r>
    </w:p>
    <w:p>
      <w:pPr>
        <w:widowControl/>
        <w:wordWrap w:val="0"/>
        <w:autoSpaceDE w:val="0"/>
        <w:autoSpaceDN w:val="0"/>
        <w:spacing w:line="14" w:lineRule="exact" w:before="26" w:after="0"/>
        <w:ind w:left="0" w:right="0"/>
      </w:pPr>
    </w:p>
    <w:tbl>
      <w:tblPr>
        <w:tblW w:type="auto" w:w="0"/>
        <w:tblInd w:type="dxa" w:w="80"/>
        <w:tblLayout w:type="fixed"/>
        <w:tblLook w:firstColumn="1" w:firstRow="1" w:lastColumn="0" w:lastRow="0" w:noHBand="0" w:noVBand="1" w:val="04A0"/>
      </w:tblPr>
      <w:tblGrid>
        <w:gridCol w:w="1944"/>
        <w:gridCol w:w="1944"/>
        <w:gridCol w:w="1944"/>
        <w:gridCol w:w="1944"/>
        <w:gridCol w:w="1944"/>
      </w:tblGrid>
      <w:tr>
        <w:trPr>
          <w:trHeight w:hRule="exact" w:val="117"/>
        </w:trPr>
        <w:tc>
          <w:tcPr>
            <w:tcW w:type="dxa" w:w="441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90" w:lineRule="exact" w:before="23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9"/>
                <w:sz w:val="9"/>
              </w:rPr>
              <w:t>\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98"/>
                <w:sz w:val="9"/>
              </w:rPr>
              <w:t>rhrêncim</w:t>
            </w:r>
          </w:p>
        </w:tc>
        <w:tc>
          <w:tcPr>
            <w:tcW w:type="dxa" w:w="764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90" w:lineRule="exact" w:before="23" w:after="0"/>
              <w:ind w:left="3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9"/>
              </w:rPr>
              <w:t>enriquecüdoías</w:t>
            </w:r>
          </w:p>
        </w:tc>
        <w:tc>
          <w:tcPr>
            <w:tcW w:type="dxa" w:w="691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90" w:lineRule="exact" w:before="23" w:after="0"/>
              <w:ind w:left="11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9"/>
              </w:rPr>
              <w:t>pan</w:t>
            </w:r>
          </w:p>
        </w:tc>
        <w:tc>
          <w:tcPr>
            <w:tcW w:type="dxa" w:w="2715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0" w:after="0"/>
              <w:ind w:left="12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2"/>
              </w:rPr>
              <w:t>dirótrizes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6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secretaria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Educação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aRm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de</w:t>
            </w:r>
          </w:p>
        </w:tc>
        <w:tc>
          <w:tcPr>
            <w:tcW w:type="dxa" w:w="209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0" w:after="0"/>
              <w:ind w:left="15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PraÍetõ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102"/>
                <w:sz w:val="12"/>
              </w:rPr>
              <w:t>político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Pedagódcó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6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aprovado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.</w:t>
            </w:r>
          </w:p>
        </w:tc>
      </w:tr>
      <w:tr>
        <w:trPr>
          <w:trHeight w:hRule="exact" w:val="17"/>
        </w:trPr>
        <w:tc>
          <w:tcPr>
            <w:tcW w:type="dxa" w:w="1895"/>
            <w:gridSpan w:val="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70" w:lineRule="exact" w:before="3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4"/>
              </w:rPr>
              <w:t>lOaS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"/>
                <w:sz w:val="12"/>
              </w:rPr>
              <w:t>{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üem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7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13"/>
              </w:rPr>
              <w:t>PM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1"/>
                <w:sz w:val="14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4"/>
              </w:rPr>
              <w:t>aülo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2"/>
                <w:sz w:val="14"/>
              </w:rPr>
              <w:t>}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2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7"/>
              </w:rPr>
              <w:t>dn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3"/>
              </w:rPr>
              <w:t>crlançw</w:t>
            </w:r>
          </w:p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6"/>
        </w:trPr>
        <w:tc>
          <w:tcPr>
            <w:tcW w:type="dxa" w:w="5832"/>
            <w:gridSpan w:val="3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09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14" w:after="0"/>
              <w:ind w:left="17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1"/>
              </w:rPr>
              <w:t>CumpHlu</w:t>
            </w:r>
          </w:p>
        </w:tc>
      </w:tr>
      <w:tr>
        <w:trPr>
          <w:trHeight w:hRule="exact" w:val="125"/>
        </w:trPr>
        <w:tc>
          <w:tcPr>
            <w:tcW w:type="dxa" w:w="5832"/>
            <w:gridSpan w:val="3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715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20" w:after="0"/>
              <w:ind w:left="12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2"/>
              </w:rPr>
              <w:t>garantir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6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"/>
                <w:sz w:val="12"/>
              </w:rPr>
              <w:t>loo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4"/>
                <w:sz w:val="12"/>
              </w:rPr>
              <w:t>%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do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aprerükadç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"/>
                <w:sz w:val="12"/>
              </w:rPr>
              <w:t>}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9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proporaanntdo</w:t>
            </w:r>
          </w:p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30"/>
        </w:trPr>
        <w:tc>
          <w:tcPr>
            <w:tcW w:type="dxa" w:w="5832"/>
            <w:gridSpan w:val="3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09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7" w:after="0"/>
              <w:ind w:left="17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3"/>
              </w:rPr>
              <w:t>N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3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3"/>
              </w:rPr>
              <w:t>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3"/>
              </w:rPr>
              <w:t>Cumpíh</w:t>
            </w:r>
          </w:p>
        </w:tc>
      </w:tr>
      <w:tr>
        <w:trPr>
          <w:trHeight w:hRule="exact" w:val="5"/>
        </w:trPr>
        <w:tc>
          <w:tcPr>
            <w:tcW w:type="dxa" w:w="1895"/>
            <w:gridSpan w:val="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5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2"/>
              </w:rPr>
              <w:t>motridiladas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9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8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consonênch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9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cam</w:t>
            </w:r>
          </w:p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40"/>
        </w:trPr>
        <w:tc>
          <w:tcPr>
            <w:tcW w:type="dxa" w:w="5832"/>
            <w:gridSpan w:val="3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715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20" w:after="0"/>
              <w:ind w:left="12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vivêtidas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6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enriquecedafas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.</w:t>
            </w:r>
          </w:p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</w:tr>
    </w:tbl>
    <w:p>
      <w:pPr>
        <w:widowControl/>
        <w:wordWrap w:val="0"/>
        <w:autoSpaceDE w:val="0"/>
        <w:autoSpaceDN w:val="0"/>
        <w:spacing w:line="110" w:lineRule="exact" w:before="48" w:after="171"/>
        <w:ind w:left="8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8"/>
          <w:sz w:val="11"/>
        </w:rPr>
        <w:t>as</w:t>
      </w:r>
      <w:r>
        <w:rPr>
          <w:rFonts w:ascii="Times New Roman" w:hAnsi="Times New Roman" w:eastAsia="Times New Roman"/>
          <w:b w:val="0"/>
          <w:color w:val="FFFFFF"/>
          <w:spacing w:val="-8"/>
          <w:sz w:val="11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z w:val="11"/>
        </w:rPr>
        <w:t>diretrlze5</w:t>
      </w:r>
      <w:r>
        <w:rPr>
          <w:rFonts w:ascii="Times New Roman" w:hAnsi="Times New Roman" w:eastAsia="Times New Roman"/>
          <w:b w:val="0"/>
          <w:color w:val="FFFFFF"/>
          <w:spacing w:val="19"/>
          <w:sz w:val="11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6"/>
          <w:sz w:val="11"/>
        </w:rPr>
        <w:t>dB</w:t>
      </w:r>
      <w:r>
        <w:rPr>
          <w:rFonts w:ascii="Times New Roman" w:hAnsi="Times New Roman" w:eastAsia="Times New Roman"/>
          <w:b w:val="0"/>
          <w:color w:val="FFFFFF"/>
          <w:spacing w:val="9"/>
          <w:sz w:val="11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5"/>
          <w:sz w:val="11"/>
        </w:rPr>
        <w:t>SE</w:t>
      </w:r>
      <w:r>
        <w:rPr>
          <w:rFonts w:ascii="Arial" w:hAnsi="Arial" w:eastAsia="Arial"/>
          <w:b w:val="0"/>
          <w:i w:val="0"/>
          <w:color w:val="FFFFFF"/>
          <w:spacing w:val="-2"/>
          <w:sz w:val="11"/>
        </w:rPr>
        <w:t>;</w:t>
      </w:r>
    </w:p>
    <w:p>
      <w:pPr>
        <w:widowControl/>
        <w:wordWrap w:val="0"/>
        <w:autoSpaceDE w:val="0"/>
        <w:autoSpaceDN w:val="0"/>
        <w:spacing w:line="14" w:lineRule="exact" w:before="328" w:after="0"/>
        <w:ind w:left="0" w:right="0"/>
      </w:pPr>
    </w:p>
    <w:tbl>
      <w:tblPr>
        <w:tblW w:type="auto" w:w="0"/>
        <w:tblInd w:type="dxa" w:w="60"/>
        <w:tblLayout w:type="fixed"/>
        <w:tblLook w:firstColumn="1" w:firstRow="1" w:lastColumn="0" w:lastRow="0" w:noHBand="0" w:noVBand="1" w:val="04A0"/>
      </w:tblPr>
      <w:tblGrid>
        <w:gridCol w:w="3240"/>
        <w:gridCol w:w="3240"/>
        <w:gridCol w:w="3240"/>
      </w:tblGrid>
      <w:tr>
        <w:trPr>
          <w:trHeight w:hRule="exact" w:val="130"/>
        </w:trPr>
        <w:tc>
          <w:tcPr>
            <w:tcW w:type="dxa" w:w="1905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4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4"/>
              </w:rPr>
              <w:t>Ganittirã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56"/>
                <w:sz w:val="14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14"/>
              </w:rPr>
              <w:t>qualidaded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9"/>
                <w:sz w:val="14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2"/>
                <w:sz w:val="14"/>
              </w:rPr>
              <w:t>asü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7"/>
                <w:sz w:val="14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4"/>
              </w:rPr>
              <w:t>tMdadu</w:t>
            </w:r>
          </w:p>
        </w:tc>
        <w:tc>
          <w:tcPr>
            <w:tcW w:type="dxa" w:w="2823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0" w:after="0"/>
              <w:ind w:left="11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PbnÉjamento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8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6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eqlúpe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gestor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8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98"/>
                <w:sz w:val="12"/>
              </w:rPr>
              <w:t>conÍuqto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3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com</w:t>
            </w:r>
          </w:p>
        </w:tc>
        <w:tc>
          <w:tcPr>
            <w:tcW w:type="dxa" w:w="2398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80" w:after="0"/>
              <w:ind w:left="132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ompanhamenta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2"/>
              </w:rPr>
              <w:t>dunnte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8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FFFFFF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visitas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3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Periódicas</w:t>
            </w:r>
          </w:p>
        </w:tc>
      </w:tr>
      <w:tr>
        <w:trPr>
          <w:trHeight w:hRule="exact" w:val="28"/>
        </w:trPr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82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10" w:after="0"/>
              <w:ind w:left="9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2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equipe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pedagógica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dü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unidade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escalar</w:t>
            </w:r>
          </w:p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44"/>
        </w:trPr>
        <w:tc>
          <w:tcPr>
            <w:tcW w:type="dxa" w:w="1905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14" w:after="0"/>
              <w:ind w:left="24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3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3"/>
              </w:rPr>
              <w:t>pan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2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3"/>
              </w:rPr>
              <w:t>H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0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3"/>
              </w:rPr>
              <w:t>eiiangs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2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3"/>
              </w:rPr>
              <w:t>em</w:t>
            </w:r>
          </w:p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240"/>
            <w:vMerge/>
            <w:tcMar>
              <w:left w:type="dxa" w:w="0"/>
              <w:right w:type="dxa" w:w="0"/>
            </w:tcMar>
          </w:tcPr>
          <w:p/>
        </w:tc>
      </w:tr>
    </w:tbl>
    <w:p>
      <w:pPr>
        <w:widowControl/>
        <w:wordWrap w:val="0"/>
        <w:autoSpaceDE w:val="0"/>
        <w:autoSpaceDN w:val="0"/>
        <w:spacing w:line="142" w:lineRule="exact" w:before="18" w:after="259"/>
        <w:ind w:left="10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5"/>
          <w:sz w:val="12"/>
        </w:rPr>
        <w:t>onsOHãncia</w:t>
      </w:r>
      <w:r>
        <w:rPr>
          <w:rFonts w:ascii="Arial" w:hAnsi="Arial" w:eastAsia="Arial"/>
          <w:b w:val="0"/>
          <w:i w:val="0"/>
          <w:color w:val="FFFFFF"/>
          <w:spacing w:val="-4"/>
          <w:sz w:val="12"/>
        </w:rPr>
        <w:t>oam</w:t>
      </w:r>
      <w:r>
        <w:rPr>
          <w:rFonts w:ascii="Times New Roman" w:hAnsi="Times New Roman" w:eastAsia="Times New Roman"/>
          <w:b w:val="0"/>
          <w:color w:val="FFFFFF"/>
          <w:spacing w:val="-11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6"/>
          <w:sz w:val="12"/>
        </w:rPr>
        <w:t>H</w:t>
      </w:r>
      <w:r>
        <w:rPr>
          <w:rFonts w:ascii="Times New Roman" w:hAnsi="Times New Roman" w:eastAsia="Times New Roman"/>
          <w:b w:val="0"/>
          <w:color w:val="FFFFFF"/>
          <w:spacing w:val="29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3"/>
          <w:sz w:val="12"/>
        </w:rPr>
        <w:t>dlnErtzes</w:t>
      </w:r>
      <w:r>
        <w:rPr>
          <w:rFonts w:ascii="Times New Roman" w:hAnsi="Times New Roman" w:eastAsia="Times New Roman"/>
          <w:b w:val="0"/>
          <w:color w:val="FFFFFF"/>
          <w:spacing w:val="-6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5"/>
          <w:sz w:val="12"/>
        </w:rPr>
        <w:t>da</w:t>
      </w:r>
      <w:r>
        <w:rPr>
          <w:rFonts w:ascii="Times New Roman" w:hAnsi="Times New Roman" w:eastAsia="Times New Roman"/>
          <w:b w:val="0"/>
          <w:color w:val="FFFFFF"/>
          <w:spacing w:val="6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6"/>
          <w:sz w:val="12"/>
        </w:rPr>
        <w:t>SE</w:t>
      </w:r>
      <w:r>
        <w:rPr>
          <w:rFonts w:ascii="Times New Roman" w:hAnsi="Times New Roman" w:eastAsia="Times New Roman"/>
          <w:b w:val="0"/>
          <w:color w:val="FFFFFF"/>
          <w:spacing w:val="2939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"/>
          <w:sz w:val="13"/>
        </w:rPr>
        <w:t>#</w:t>
      </w:r>
      <w:r>
        <w:rPr>
          <w:rFonts w:ascii="Arial" w:hAnsi="Arial" w:eastAsia="Arial"/>
          <w:b w:val="0"/>
          <w:i w:val="0"/>
          <w:color w:val="FFFFFF"/>
          <w:spacing w:val="-35"/>
          <w:sz w:val="13"/>
        </w:rPr>
        <w:t>ãoC</w:t>
      </w:r>
      <w:r>
        <w:rPr>
          <w:rFonts w:ascii="Times New Roman" w:hAnsi="Times New Roman" w:eastAsia="Times New Roman"/>
          <w:b w:val="0"/>
          <w:color w:val="FFFFFF"/>
          <w:spacing w:val="17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3"/>
          <w:sz w:val="13"/>
        </w:rPr>
        <w:t>umpra</w:t>
      </w:r>
    </w:p>
    <w:p>
      <w:pPr>
        <w:widowControl/>
        <w:wordWrap w:val="0"/>
        <w:autoSpaceDE w:val="0"/>
        <w:autoSpaceDN w:val="0"/>
        <w:spacing w:line="14" w:lineRule="exact" w:before="504" w:after="0"/>
        <w:ind w:left="0" w:right="0"/>
      </w:pPr>
    </w:p>
    <w:tbl>
      <w:tblPr>
        <w:tblW w:type="auto" w:w="0"/>
        <w:tblInd w:type="dxa" w:w="40"/>
        <w:tblLayout w:type="fixed"/>
        <w:tblLook w:firstColumn="1" w:firstRow="1" w:lastColumn="0" w:lastRow="0" w:noHBand="0" w:noVBand="1" w:val="04A0"/>
      </w:tblPr>
      <w:tblGrid>
        <w:gridCol w:w="1944"/>
        <w:gridCol w:w="1944"/>
        <w:gridCol w:w="1944"/>
        <w:gridCol w:w="1944"/>
        <w:gridCol w:w="1944"/>
      </w:tblGrid>
      <w:tr>
        <w:trPr>
          <w:trHeight w:hRule="exact" w:val="120"/>
        </w:trPr>
        <w:tc>
          <w:tcPr>
            <w:tcW w:type="dxa" w:w="411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8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1"/>
              </w:rPr>
              <w:t>aaontir</w:t>
            </w:r>
          </w:p>
        </w:tc>
        <w:tc>
          <w:tcPr>
            <w:tcW w:type="dxa" w:w="1511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8" w:after="0"/>
              <w:ind w:left="4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1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2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1"/>
              </w:rPr>
              <w:t>baa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4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1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7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1"/>
              </w:rPr>
              <w:t>reBulõr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7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aplicaç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1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1"/>
              </w:rPr>
              <w:t>a</w:t>
            </w:r>
          </w:p>
        </w:tc>
        <w:tc>
          <w:tcPr>
            <w:tcW w:type="dxa" w:w="270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28" w:after="0"/>
              <w:ind w:left="21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1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8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1"/>
              </w:rPr>
              <w:t>OTBànlzüÇEa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0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piestürÚ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6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1"/>
              </w:rPr>
              <w:t>contas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6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1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7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1"/>
              </w:rPr>
              <w:t>todas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6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1"/>
              </w:rPr>
              <w:t>os</w:t>
            </w:r>
          </w:p>
        </w:tc>
        <w:tc>
          <w:tcPr>
            <w:tcW w:type="dxa" w:w="3533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0" w:after="0"/>
              <w:ind w:left="19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AcampBnhBmento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aquisição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101"/>
                <w:sz w:val="12"/>
              </w:rPr>
              <w:t>iun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neçenárlQS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2"/>
              </w:rPr>
              <w:t>ao</w:t>
            </w:r>
          </w:p>
        </w:tc>
      </w:tr>
      <w:tr>
        <w:trPr>
          <w:trHeight w:hRule="exact" w:val="23"/>
        </w:trPr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888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53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0" w:after="0"/>
              <w:ind w:left="19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z w:val="12"/>
              </w:rPr>
              <w:t>ntnidhnenta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3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aas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98"/>
                <w:sz w:val="12"/>
              </w:rPr>
              <w:t>ãtutias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2"/>
                <w:sz w:val="12"/>
              </w:rPr>
              <w:t>dtlmnte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ü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7"/>
                <w:sz w:val="12"/>
              </w:rPr>
              <w:t>#\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6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z w:val="12"/>
              </w:rPr>
              <w:t>risib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2"/>
              </w:rPr>
              <w:t>+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netiódÊceÉ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.</w:t>
            </w:r>
          </w:p>
        </w:tc>
      </w:tr>
      <w:tr>
        <w:trPr>
          <w:trHeight w:hRule="exact" w:val="6"/>
        </w:trPr>
        <w:tc>
          <w:tcPr>
            <w:tcW w:type="dxa" w:w="1168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25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1"/>
              </w:rPr>
              <w:t>dos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8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1"/>
              </w:rPr>
              <w:t>reourso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1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8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renhidas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1"/>
              </w:rPr>
              <w:t>.</w:t>
            </w:r>
          </w:p>
        </w:tc>
        <w:tc>
          <w:tcPr>
            <w:tcW w:type="dxa" w:w="754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25" w:after="0"/>
              <w:ind w:left="52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1"/>
              </w:rPr>
              <w:t>üe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7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aüatdo</w:t>
            </w:r>
          </w:p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97"/>
        </w:trPr>
        <w:tc>
          <w:tcPr>
            <w:tcW w:type="dxa" w:w="3888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70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11" w:after="0"/>
              <w:ind w:left="21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recwsa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Maebidas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9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onde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5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mesmas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6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2"/>
              </w:rPr>
              <w:t>famm</w:t>
            </w:r>
          </w:p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54"/>
        </w:trPr>
        <w:tc>
          <w:tcPr>
            <w:tcW w:type="dxa" w:w="3888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533"/>
            <w:vMerge w:val="restart"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3"/>
        </w:trPr>
        <w:tc>
          <w:tcPr>
            <w:tcW w:type="dxa" w:w="3888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70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20" w:after="0"/>
              <w:ind w:left="21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2"/>
              </w:rPr>
              <w:t>aplicadas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0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2"/>
              </w:rPr>
              <w:t>atraipésd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5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2"/>
              </w:rPr>
              <w:t>Planiltns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9"/>
                <w:sz w:val="1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dacurnencós</w:t>
            </w:r>
          </w:p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78"/>
        </w:trPr>
        <w:tc>
          <w:tcPr>
            <w:tcW w:type="dxa" w:w="1922"/>
            <w:gridSpan w:val="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25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nm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63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1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2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102"/>
                <w:sz w:val="11"/>
              </w:rPr>
              <w:t>Planilln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70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1"/>
              </w:rPr>
              <w:t>dê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3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1"/>
              </w:rPr>
              <w:t>AplicàÇ8o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1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1"/>
              </w:rPr>
              <w:t>de</w:t>
            </w:r>
          </w:p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68"/>
        </w:trPr>
        <w:tc>
          <w:tcPr>
            <w:tcW w:type="dxa" w:w="5832"/>
            <w:gridSpan w:val="3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533"/>
            <w:vMerge w:val="restart"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1"/>
        </w:trPr>
        <w:tc>
          <w:tcPr>
            <w:tcW w:type="dxa" w:w="1922"/>
            <w:gridSpan w:val="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11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2"/>
              </w:rPr>
              <w:t>Reair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2"/>
              </w:rPr>
              <w:t>os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.</w:t>
            </w:r>
          </w:p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54"/>
        </w:trPr>
        <w:tc>
          <w:tcPr>
            <w:tcW w:type="dxa" w:w="5832"/>
            <w:gridSpan w:val="3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70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20" w:after="0"/>
              <w:ind w:left="21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oomptabatófiâs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2"/>
              </w:rPr>
              <w:t>.</w:t>
            </w:r>
          </w:p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24"/>
        </w:trPr>
        <w:tc>
          <w:tcPr>
            <w:tcW w:type="dxa" w:w="5832"/>
            <w:gridSpan w:val="3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944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3533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14" w:after="0"/>
              <w:ind w:left="21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w w:val="98"/>
                <w:sz w:val="11"/>
              </w:rPr>
              <w:t>Aarláli9e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2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11"/>
              </w:rPr>
              <w:t>dRS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1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1"/>
              </w:rPr>
              <w:t>daninhas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8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101"/>
                <w:sz w:val="11"/>
              </w:rPr>
              <w:t>iêté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4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naiizadà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61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1"/>
              </w:rPr>
              <w:t>através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3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dü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4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1"/>
              </w:rPr>
              <w:t>DMõ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1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4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1"/>
              </w:rPr>
              <w:t>Téénlca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3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1"/>
              </w:rPr>
              <w:t>de</w:t>
            </w:r>
          </w:p>
        </w:tc>
      </w:tr>
    </w:tbl>
    <w:p>
      <w:pPr>
        <w:widowControl/>
        <w:wordWrap w:val="0"/>
        <w:autoSpaceDE w:val="0"/>
        <w:autoSpaceDN w:val="0"/>
        <w:spacing w:line="120" w:lineRule="exact" w:before="62" w:after="0"/>
        <w:ind w:left="486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5"/>
          <w:sz w:val="12"/>
        </w:rPr>
        <w:t>PteÉtação</w:t>
      </w:r>
      <w:r>
        <w:rPr>
          <w:rFonts w:ascii="Arial" w:hAnsi="Arial" w:eastAsia="Arial"/>
          <w:b w:val="0"/>
          <w:i w:val="0"/>
          <w:color w:val="FFFFFF"/>
          <w:spacing w:val="-4"/>
          <w:sz w:val="12"/>
        </w:rPr>
        <w:t>de</w:t>
      </w:r>
      <w:r>
        <w:rPr>
          <w:rFonts w:ascii="Arial" w:hAnsi="Arial" w:eastAsia="Arial"/>
          <w:b w:val="0"/>
          <w:i w:val="0"/>
          <w:color w:val="FFFFFF"/>
          <w:spacing w:val="-5"/>
          <w:sz w:val="12"/>
        </w:rPr>
        <w:t>Cantos</w:t>
      </w:r>
      <w:r>
        <w:rPr>
          <w:rFonts w:ascii="Arial" w:hAnsi="Arial" w:eastAsia="Arial"/>
          <w:b w:val="0"/>
          <w:i w:val="0"/>
          <w:color w:val="FFFFFF"/>
          <w:spacing w:val="-8"/>
          <w:sz w:val="12"/>
        </w:rPr>
        <w:t>.</w:t>
      </w:r>
    </w:p>
    <w:p>
      <w:pPr>
        <w:spacing w:after="0"/>
        <w:sectPr>
          <w:pgSz w:w="11900" w:h="16840"/>
          <w:pgMar w:top="488" w:right="1440" w:bottom="1440" w:left="740" w:header="720" w:footer="720" w:gutter="0"/>
          <w:cols w:space="720" w:num="1" w:equalWidth="0">
            <w:col w:w="972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283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30" w:lineRule="exact" w:before="594" w:after="104"/>
        <w:ind w:left="396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w w:val="98"/>
          <w:sz w:val="3"/>
        </w:rPr>
        <w:t>#</w:t>
      </w:r>
    </w:p>
    <w:p>
      <w:pPr>
        <w:spacing w:after="0"/>
        <w:sectPr>
          <w:pgSz w:w="11900" w:h="16840"/>
          <w:pgMar w:top="568" w:right="1440" w:bottom="1440" w:left="760" w:header="720" w:footer="720" w:gutter="0"/>
          <w:cols w:space="720" w:num="1" w:equalWidth="0">
            <w:col w:w="97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50" w:lineRule="exact" w:before="472" w:after="133"/>
        <w:ind w:left="8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3"/>
          <w:sz w:val="13"/>
        </w:rPr>
        <w:t>BERÇÁRIO</w:t>
      </w:r>
      <w:r>
        <w:rPr>
          <w:rFonts w:ascii="Times New Roman" w:hAnsi="Times New Roman" w:eastAsia="Times New Roman"/>
          <w:b w:val="0"/>
          <w:color w:val="FFFFFF"/>
          <w:spacing w:val="30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9"/>
          <w:sz w:val="13"/>
        </w:rPr>
        <w:t>l</w:t>
      </w:r>
      <w:r>
        <w:rPr>
          <w:rFonts w:ascii="Times New Roman" w:hAnsi="Times New Roman" w:eastAsia="Times New Roman"/>
          <w:b w:val="0"/>
          <w:color w:val="FFFFFF"/>
          <w:spacing w:val="785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2"/>
          <w:sz w:val="15"/>
        </w:rPr>
        <w:t>56</w:t>
      </w:r>
    </w:p>
    <w:p>
      <w:pPr>
        <w:widowControl/>
        <w:wordWrap w:val="0"/>
        <w:autoSpaceDE w:val="0"/>
        <w:autoSpaceDN w:val="0"/>
        <w:spacing w:line="130" w:lineRule="exact" w:before="266" w:after="127"/>
        <w:ind w:left="8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3"/>
          <w:sz w:val="13"/>
        </w:rPr>
        <w:t>BERÇÁRIO</w:t>
      </w:r>
      <w:r>
        <w:rPr>
          <w:rFonts w:ascii="Times New Roman" w:hAnsi="Times New Roman" w:eastAsia="Times New Roman"/>
          <w:b w:val="0"/>
          <w:color w:val="FFFFFF"/>
          <w:spacing w:val="10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8"/>
          <w:sz w:val="13"/>
        </w:rPr>
        <w:t>li</w:t>
      </w:r>
    </w:p>
    <w:p>
      <w:pPr>
        <w:widowControl/>
        <w:wordWrap w:val="0"/>
        <w:autoSpaceDE w:val="0"/>
        <w:autoSpaceDN w:val="0"/>
        <w:spacing w:line="150" w:lineRule="exact" w:before="254" w:after="125"/>
        <w:ind w:left="6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3"/>
          <w:sz w:val="15"/>
        </w:rPr>
        <w:t>TOTAL</w:t>
      </w:r>
      <w:r>
        <w:rPr>
          <w:rFonts w:ascii="Arial" w:hAnsi="Arial" w:eastAsia="Arial"/>
          <w:b w:val="0"/>
          <w:i w:val="0"/>
          <w:color w:val="FFFFFF"/>
          <w:spacing w:val="-27"/>
          <w:sz w:val="15"/>
        </w:rPr>
        <w:t>\</w:t>
      </w:r>
      <w:r>
        <w:rPr>
          <w:rFonts w:ascii="Times New Roman" w:hAnsi="Times New Roman" w:eastAsia="Times New Roman"/>
          <w:b w:val="0"/>
          <w:color w:val="FFFFFF"/>
          <w:spacing w:val="5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9"/>
          <w:sz w:val="15"/>
        </w:rPr>
        <w:t>fiGAS</w:t>
      </w:r>
      <w:r>
        <w:rPr>
          <w:rFonts w:ascii="Times New Roman" w:hAnsi="Times New Roman" w:eastAsia="Times New Roman"/>
          <w:b w:val="0"/>
          <w:color w:val="FFFFFF"/>
          <w:spacing w:val="643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"/>
          <w:sz w:val="13"/>
        </w:rPr>
        <w:t>143</w:t>
      </w:r>
    </w:p>
    <w:p>
      <w:pPr>
        <w:widowControl/>
        <w:wordWrap w:val="0"/>
        <w:autoSpaceDE w:val="0"/>
        <w:autoSpaceDN w:val="0"/>
        <w:spacing w:line="150" w:lineRule="exact" w:before="250" w:after="219"/>
        <w:ind w:left="6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7"/>
          <w:sz w:val="15"/>
        </w:rPr>
        <w:t>Per</w:t>
      </w:r>
      <w:r>
        <w:rPr>
          <w:rFonts w:ascii="Arial" w:hAnsi="Arial" w:eastAsia="Arial"/>
          <w:b w:val="0"/>
          <w:i w:val="0"/>
          <w:color w:val="FFFFFF"/>
          <w:spacing w:val="-2"/>
          <w:sz w:val="15"/>
        </w:rPr>
        <w:t>capita</w:t>
      </w:r>
      <w:r>
        <w:rPr>
          <w:rFonts w:ascii="Times New Roman" w:hAnsi="Times New Roman" w:eastAsia="Times New Roman"/>
          <w:b w:val="0"/>
          <w:color w:val="FFFFFF"/>
          <w:spacing w:val="559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7"/>
          <w:sz w:val="13"/>
        </w:rPr>
        <w:t>R</w:t>
      </w:r>
      <w:r>
        <w:rPr>
          <w:rFonts w:ascii="Arial" w:hAnsi="Arial" w:eastAsia="Arial"/>
          <w:b w:val="0"/>
          <w:i w:val="0"/>
          <w:color w:val="FFFFFF"/>
          <w:spacing w:val="-1"/>
          <w:sz w:val="13"/>
        </w:rPr>
        <w:t>$</w:t>
      </w:r>
      <w:r>
        <w:rPr>
          <w:rFonts w:ascii="Times New Roman" w:hAnsi="Times New Roman" w:eastAsia="Times New Roman"/>
          <w:b w:val="0"/>
          <w:color w:val="FFFFFF"/>
          <w:spacing w:val="-1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"/>
          <w:sz w:val="13"/>
        </w:rPr>
        <w:t>728</w:t>
      </w:r>
      <w:r>
        <w:rPr>
          <w:rFonts w:ascii="Arial" w:hAnsi="Arial" w:eastAsia="Arial"/>
          <w:b w:val="0"/>
          <w:i w:val="0"/>
          <w:color w:val="FFFFFF"/>
          <w:spacing w:val="-7"/>
          <w:sz w:val="13"/>
        </w:rPr>
        <w:t>,</w:t>
      </w:r>
      <w:r>
        <w:rPr>
          <w:rFonts w:ascii="Arial" w:hAnsi="Arial" w:eastAsia="Arial"/>
          <w:b w:val="0"/>
          <w:i w:val="0"/>
          <w:color w:val="FFFFFF"/>
          <w:spacing w:val="-1"/>
          <w:sz w:val="13"/>
        </w:rPr>
        <w:t>30</w:t>
      </w:r>
    </w:p>
    <w:p>
      <w:pPr>
        <w:widowControl/>
        <w:wordWrap w:val="0"/>
        <w:autoSpaceDE w:val="0"/>
        <w:autoSpaceDN w:val="0"/>
        <w:spacing w:line="140" w:lineRule="exact" w:before="438" w:after="28"/>
        <w:ind w:left="80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w w:val="99"/>
          <w:sz w:val="14"/>
        </w:rPr>
        <w:t>Subitdlo</w:t>
      </w:r>
    </w:p>
    <w:p>
      <w:pPr>
        <w:widowControl/>
        <w:wordWrap w:val="0"/>
        <w:autoSpaceDE w:val="0"/>
        <w:autoSpaceDN w:val="0"/>
        <w:spacing w:line="120" w:lineRule="exact" w:before="56" w:after="126"/>
        <w:ind w:left="70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5"/>
          <w:sz w:val="12"/>
        </w:rPr>
        <w:t>R</w:t>
      </w:r>
      <w:r>
        <w:rPr>
          <w:rFonts w:ascii="Arial" w:hAnsi="Arial" w:eastAsia="Arial"/>
          <w:b w:val="0"/>
          <w:i w:val="0"/>
          <w:color w:val="FFFFFF"/>
          <w:spacing w:val="-1"/>
          <w:sz w:val="12"/>
        </w:rPr>
        <w:t>$</w:t>
      </w:r>
      <w:r>
        <w:rPr>
          <w:rFonts w:ascii="Times New Roman" w:hAnsi="Times New Roman" w:eastAsia="Times New Roman"/>
          <w:b w:val="0"/>
          <w:color w:val="FFFFFF"/>
          <w:spacing w:val="-7"/>
          <w:sz w:val="1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6"/>
          <w:sz w:val="12"/>
        </w:rPr>
        <w:t>13S</w:t>
      </w:r>
      <w:r>
        <w:rPr>
          <w:rFonts w:ascii="Arial" w:hAnsi="Arial" w:eastAsia="Arial"/>
          <w:b w:val="0"/>
          <w:i w:val="0"/>
          <w:color w:val="FFFFFF"/>
          <w:spacing w:val="-5"/>
          <w:sz w:val="12"/>
        </w:rPr>
        <w:t>.$</w:t>
      </w:r>
      <w:r>
        <w:rPr>
          <w:rFonts w:ascii="Arial" w:hAnsi="Arial" w:eastAsia="Arial"/>
          <w:b w:val="0"/>
          <w:i w:val="0"/>
          <w:color w:val="FFFFFF"/>
          <w:spacing w:val="-9"/>
          <w:sz w:val="12"/>
        </w:rPr>
        <w:t>0S</w:t>
      </w:r>
      <w:r>
        <w:rPr>
          <w:rFonts w:ascii="Arial" w:hAnsi="Arial" w:eastAsia="Arial"/>
          <w:b w:val="0"/>
          <w:i w:val="0"/>
          <w:color w:val="FFFFFF"/>
          <w:spacing w:val="-6"/>
          <w:sz w:val="12"/>
        </w:rPr>
        <w:t>,</w:t>
      </w:r>
      <w:r>
        <w:rPr>
          <w:rFonts w:ascii="Arial" w:hAnsi="Arial" w:eastAsia="Arial"/>
          <w:b w:val="0"/>
          <w:i w:val="0"/>
          <w:color w:val="FFFFFF"/>
          <w:spacing w:val="-14"/>
          <w:sz w:val="12"/>
        </w:rPr>
        <w:t>SO</w:t>
      </w:r>
    </w:p>
    <w:p>
      <w:pPr>
        <w:widowControl/>
        <w:wordWrap w:val="0"/>
        <w:autoSpaceDE w:val="0"/>
        <w:autoSpaceDN w:val="0"/>
        <w:spacing w:line="130" w:lineRule="exact" w:before="252" w:after="43"/>
        <w:ind w:left="80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4"/>
          <w:sz w:val="13"/>
        </w:rPr>
        <w:t>Subsídio</w:t>
      </w:r>
    </w:p>
    <w:p>
      <w:pPr>
        <w:widowControl/>
        <w:wordWrap w:val="0"/>
        <w:autoSpaceDE w:val="0"/>
        <w:autoSpaceDN w:val="0"/>
        <w:spacing w:line="110" w:lineRule="exact" w:before="86" w:after="123"/>
        <w:ind w:left="74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4"/>
          <w:sz w:val="11"/>
        </w:rPr>
        <w:t>R</w:t>
      </w:r>
      <w:r>
        <w:rPr>
          <w:rFonts w:ascii="Arial" w:hAnsi="Arial" w:eastAsia="Arial"/>
          <w:b w:val="0"/>
          <w:i w:val="0"/>
          <w:color w:val="FFFFFF"/>
          <w:spacing w:val="-1"/>
          <w:sz w:val="11"/>
        </w:rPr>
        <w:t>$</w:t>
      </w:r>
      <w:r>
        <w:rPr>
          <w:rFonts w:ascii="Times New Roman" w:hAnsi="Times New Roman" w:eastAsia="Times New Roman"/>
          <w:b w:val="0"/>
          <w:color w:val="FFFFFF"/>
          <w:spacing w:val="-13"/>
          <w:sz w:val="11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"/>
          <w:sz w:val="11"/>
        </w:rPr>
        <w:t>54</w:t>
      </w:r>
      <w:r>
        <w:rPr>
          <w:rFonts w:ascii="Arial" w:hAnsi="Arial" w:eastAsia="Arial"/>
          <w:b w:val="0"/>
          <w:i w:val="0"/>
          <w:color w:val="FFFFFF"/>
          <w:spacing w:val="-7"/>
          <w:sz w:val="11"/>
        </w:rPr>
        <w:t>.</w:t>
      </w:r>
      <w:r>
        <w:rPr>
          <w:rFonts w:ascii="Arial" w:hAnsi="Arial" w:eastAsia="Arial"/>
          <w:b w:val="0"/>
          <w:i w:val="0"/>
          <w:color w:val="FFFFFF"/>
          <w:spacing w:val="-1"/>
          <w:sz w:val="11"/>
        </w:rPr>
        <w:t>202</w:t>
      </w:r>
      <w:r>
        <w:rPr>
          <w:rFonts w:ascii="Arial" w:hAnsi="Arial" w:eastAsia="Arial"/>
          <w:b w:val="0"/>
          <w:i w:val="0"/>
          <w:color w:val="FFFFFF"/>
          <w:spacing w:val="-6"/>
          <w:sz w:val="11"/>
        </w:rPr>
        <w:t>,</w:t>
      </w:r>
      <w:r>
        <w:rPr>
          <w:rFonts w:ascii="Arial" w:hAnsi="Arial" w:eastAsia="Arial"/>
          <w:b w:val="0"/>
          <w:i w:val="0"/>
          <w:color w:val="FFFFFF"/>
          <w:spacing w:val="-1"/>
          <w:sz w:val="11"/>
        </w:rPr>
        <w:t>76</w:t>
      </w:r>
    </w:p>
    <w:p>
      <w:pPr>
        <w:widowControl/>
        <w:wordWrap w:val="0"/>
        <w:autoSpaceDE w:val="0"/>
        <w:autoSpaceDN w:val="0"/>
        <w:spacing w:line="140" w:lineRule="exact" w:before="246" w:after="34"/>
        <w:ind w:left="78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8"/>
          <w:sz w:val="14"/>
        </w:rPr>
        <w:t>Sub</w:t>
      </w:r>
      <w:r>
        <w:rPr>
          <w:rFonts w:ascii="Arial" w:hAnsi="Arial" w:eastAsia="Arial"/>
          <w:b w:val="0"/>
          <w:i w:val="0"/>
          <w:color w:val="FFFFFF"/>
          <w:spacing w:val="-2"/>
          <w:sz w:val="14"/>
        </w:rPr>
        <w:t>$</w:t>
      </w:r>
      <w:r>
        <w:rPr>
          <w:rFonts w:ascii="Arial" w:hAnsi="Arial" w:eastAsia="Arial"/>
          <w:b w:val="0"/>
          <w:i w:val="0"/>
          <w:color w:val="FFFFFF"/>
          <w:spacing w:val="2"/>
          <w:sz w:val="14"/>
        </w:rPr>
        <w:t>idio</w:t>
      </w:r>
    </w:p>
    <w:p>
      <w:pPr>
        <w:widowControl/>
        <w:wordWrap w:val="0"/>
        <w:autoSpaceDE w:val="0"/>
        <w:autoSpaceDN w:val="0"/>
        <w:spacing w:line="130" w:lineRule="exact" w:before="68" w:after="107"/>
        <w:ind w:left="74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7"/>
          <w:sz w:val="13"/>
        </w:rPr>
        <w:t>R</w:t>
      </w:r>
      <w:r>
        <w:rPr>
          <w:rFonts w:ascii="Arial" w:hAnsi="Arial" w:eastAsia="Arial"/>
          <w:b w:val="0"/>
          <w:i w:val="0"/>
          <w:color w:val="FFFFFF"/>
          <w:spacing w:val="-10"/>
          <w:sz w:val="13"/>
        </w:rPr>
        <w:t>$</w:t>
      </w:r>
      <w:r>
        <w:rPr>
          <w:rFonts w:ascii="Arial" w:hAnsi="Arial" w:eastAsia="Arial"/>
          <w:b w:val="0"/>
          <w:i w:val="0"/>
          <w:color w:val="FFFFFF"/>
          <w:spacing w:val="-79"/>
          <w:sz w:val="13"/>
        </w:rPr>
        <w:t>S</w:t>
      </w:r>
      <w:r>
        <w:rPr>
          <w:rFonts w:ascii="Times New Roman" w:hAnsi="Times New Roman" w:eastAsia="Times New Roman"/>
          <w:b w:val="0"/>
          <w:color w:val="FFFFFF"/>
          <w:spacing w:val="28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"/>
          <w:sz w:val="13"/>
        </w:rPr>
        <w:t>4</w:t>
      </w:r>
      <w:r>
        <w:rPr>
          <w:rFonts w:ascii="Arial" w:hAnsi="Arial" w:eastAsia="Arial"/>
          <w:b w:val="0"/>
          <w:i w:val="0"/>
          <w:color w:val="FFFFFF"/>
          <w:spacing w:val="-8"/>
          <w:sz w:val="13"/>
        </w:rPr>
        <w:t>.</w:t>
      </w:r>
      <w:r>
        <w:rPr>
          <w:rFonts w:ascii="Arial" w:hAnsi="Arial" w:eastAsia="Arial"/>
          <w:b w:val="0"/>
          <w:i w:val="0"/>
          <w:color w:val="FFFFFF"/>
          <w:spacing w:val="-5"/>
          <w:sz w:val="13"/>
        </w:rPr>
        <w:t>2Ó1</w:t>
      </w:r>
      <w:r>
        <w:rPr>
          <w:rFonts w:ascii="Arial" w:hAnsi="Arial" w:eastAsia="Arial"/>
          <w:b w:val="0"/>
          <w:i w:val="0"/>
          <w:color w:val="FFFFFF"/>
          <w:spacing w:val="-7"/>
          <w:sz w:val="13"/>
        </w:rPr>
        <w:t>,</w:t>
      </w:r>
      <w:r>
        <w:rPr>
          <w:rFonts w:ascii="Arial" w:hAnsi="Arial" w:eastAsia="Arial"/>
          <w:b w:val="0"/>
          <w:i w:val="0"/>
          <w:color w:val="FFFFFF"/>
          <w:spacing w:val="-1"/>
          <w:sz w:val="13"/>
        </w:rPr>
        <w:t>76</w:t>
      </w:r>
    </w:p>
    <w:p>
      <w:pPr>
        <w:widowControl/>
        <w:wordWrap w:val="0"/>
        <w:autoSpaceDE w:val="0"/>
        <w:autoSpaceDN w:val="0"/>
        <w:spacing w:line="170" w:lineRule="exact" w:before="214" w:after="217"/>
        <w:ind w:left="4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5"/>
          <w:sz w:val="15"/>
        </w:rPr>
        <w:t>Data</w:t>
      </w:r>
      <w:r>
        <w:rPr>
          <w:rFonts w:ascii="Arial" w:hAnsi="Arial" w:eastAsia="Arial"/>
          <w:b w:val="0"/>
          <w:i w:val="0"/>
          <w:color w:val="FFFFFF"/>
          <w:spacing w:val="961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w w:val="99"/>
          <w:sz w:val="15"/>
        </w:rPr>
        <w:t>tVo©2024</w:t>
      </w:r>
    </w:p>
    <w:p>
      <w:pPr>
        <w:spacing w:after="0" w:before="0"/>
        <w:sectPr>
          <w:type w:val="continuous"/>
          <w:pgSz w:w="11900" w:h="16840"/>
          <w:pgMar w:top="568" w:right="1440" w:bottom="1440" w:left="760" w:header="720" w:footer="720" w:gutter="0"/>
          <w:cols w:space="720" w:num="2" w:equalWidth="0">
            <w:col w:w="2552" w:space="0"/>
            <w:col w:w="7148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60" w:lineRule="exact" w:before="104" w:after="118"/>
        <w:ind w:left="828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3"/>
          <w:sz w:val="16"/>
        </w:rPr>
        <w:t>li114</w:t>
      </w:r>
      <w:r>
        <w:rPr>
          <w:rFonts w:ascii="Arial" w:hAnsi="Arial" w:eastAsia="Arial"/>
          <w:b w:val="0"/>
          <w:i w:val="0"/>
          <w:color w:val="FFFFFF"/>
          <w:spacing w:val="-2"/>
          <w:sz w:val="16"/>
        </w:rPr>
        <w:t>$</w:t>
      </w:r>
      <w:r>
        <w:rPr>
          <w:rFonts w:ascii="Arial" w:hAnsi="Arial" w:eastAsia="Arial"/>
          <w:b w:val="0"/>
          <w:i w:val="0"/>
          <w:color w:val="FFFFFF"/>
          <w:spacing w:val="-3"/>
          <w:sz w:val="16"/>
        </w:rPr>
        <w:t>ü</w:t>
      </w:r>
      <w:r>
        <w:rPr>
          <w:rFonts w:ascii="Times New Roman" w:hAnsi="Times New Roman" w:eastAsia="Times New Roman"/>
          <w:b w:val="0"/>
          <w:color w:val="FFFFFF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7"/>
          <w:sz w:val="16"/>
        </w:rPr>
        <w:t>i</w:t>
      </w:r>
      <w:r>
        <w:rPr>
          <w:rFonts w:ascii="Times New Roman" w:hAnsi="Times New Roman" w:eastAsia="Times New Roman"/>
          <w:b w:val="0"/>
          <w:color w:val="FFFFFF"/>
          <w:spacing w:val="2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7"/>
          <w:sz w:val="16"/>
        </w:rPr>
        <w:t>i</w:t>
      </w:r>
    </w:p>
    <w:p>
      <w:pPr>
        <w:widowControl/>
        <w:wordWrap w:val="0"/>
        <w:autoSpaceDE w:val="0"/>
        <w:autoSpaceDN w:val="0"/>
        <w:spacing w:line="160" w:lineRule="exact" w:before="236" w:after="120"/>
        <w:ind w:left="2368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9"/>
          <w:sz w:val="14"/>
        </w:rPr>
        <w:t>MA</w:t>
      </w:r>
      <w:r>
        <w:rPr>
          <w:rFonts w:ascii="Arial" w:hAnsi="Arial" w:eastAsia="Arial"/>
          <w:b w:val="0"/>
          <w:i w:val="0"/>
          <w:color w:val="FFFFFF"/>
          <w:spacing w:val="-8"/>
          <w:sz w:val="14"/>
        </w:rPr>
        <w:t>:</w:t>
      </w:r>
      <w:r>
        <w:rPr>
          <w:rFonts w:ascii="Arial" w:hAnsi="Arial" w:eastAsia="Arial"/>
          <w:b w:val="0"/>
          <w:i w:val="0"/>
          <w:color w:val="FFFFFF"/>
          <w:spacing w:val="-10"/>
          <w:sz w:val="14"/>
        </w:rPr>
        <w:t>KRNAL</w:t>
      </w:r>
      <w:r>
        <w:rPr>
          <w:rFonts w:ascii="Arial" w:hAnsi="Arial" w:eastAsia="Arial"/>
          <w:b w:val="0"/>
          <w:i w:val="0"/>
          <w:color w:val="FFFFFF"/>
          <w:spacing w:val="1161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2"/>
          <w:sz w:val="14"/>
        </w:rPr>
        <w:t>15</w:t>
      </w:r>
    </w:p>
    <w:p>
      <w:pPr>
        <w:widowControl/>
        <w:wordWrap w:val="0"/>
        <w:autoSpaceDE w:val="0"/>
        <w:autoSpaceDN w:val="0"/>
        <w:spacing w:line="140" w:lineRule="exact" w:before="240" w:after="334"/>
        <w:ind w:left="2368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3"/>
          <w:sz w:val="14"/>
        </w:rPr>
        <w:t>ESTÁGIO</w:t>
      </w:r>
    </w:p>
    <w:p>
      <w:pPr>
        <w:widowControl/>
        <w:wordWrap w:val="0"/>
        <w:autoSpaceDE w:val="0"/>
        <w:autoSpaceDN w:val="0"/>
        <w:spacing w:line="130" w:lineRule="exact" w:before="668" w:after="29"/>
        <w:ind w:left="2348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7"/>
          <w:sz w:val="13"/>
        </w:rPr>
        <w:t>R</w:t>
      </w:r>
      <w:r>
        <w:rPr>
          <w:rFonts w:ascii="Arial" w:hAnsi="Arial" w:eastAsia="Arial"/>
          <w:b w:val="0"/>
          <w:i w:val="0"/>
          <w:color w:val="FFFFFF"/>
          <w:spacing w:val="-1"/>
          <w:sz w:val="13"/>
        </w:rPr>
        <w:t>$</w:t>
      </w:r>
      <w:r>
        <w:rPr>
          <w:rFonts w:ascii="Times New Roman" w:hAnsi="Times New Roman" w:eastAsia="Times New Roman"/>
          <w:b w:val="0"/>
          <w:color w:val="FFFFFF"/>
          <w:spacing w:val="-1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"/>
          <w:sz w:val="13"/>
        </w:rPr>
        <w:t>245</w:t>
      </w:r>
      <w:r>
        <w:rPr>
          <w:rFonts w:ascii="Arial" w:hAnsi="Arial" w:eastAsia="Arial"/>
          <w:b w:val="0"/>
          <w:i w:val="0"/>
          <w:color w:val="FFFFFF"/>
          <w:spacing w:val="-7"/>
          <w:sz w:val="13"/>
        </w:rPr>
        <w:t>,</w:t>
      </w:r>
      <w:r>
        <w:rPr>
          <w:rFonts w:ascii="Arial" w:hAnsi="Arial" w:eastAsia="Arial"/>
          <w:b w:val="0"/>
          <w:i w:val="0"/>
          <w:color w:val="FFFFFF"/>
          <w:spacing w:val="-1"/>
          <w:sz w:val="13"/>
        </w:rPr>
        <w:t>00</w:t>
      </w:r>
    </w:p>
    <w:p>
      <w:pPr>
        <w:widowControl/>
        <w:wordWrap w:val="0"/>
        <w:autoSpaceDE w:val="0"/>
        <w:autoSpaceDN w:val="0"/>
        <w:spacing w:line="170" w:lineRule="exact" w:before="58" w:after="99"/>
        <w:ind w:left="1328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6"/>
          <w:sz w:val="17"/>
        </w:rPr>
        <w:t>$:</w:t>
      </w:r>
      <w:r>
        <w:rPr>
          <w:rFonts w:ascii="Arial" w:hAnsi="Arial" w:eastAsia="Arial"/>
          <w:b w:val="0"/>
          <w:i w:val="0"/>
          <w:color w:val="FFFFFF"/>
          <w:spacing w:val="-18"/>
          <w:sz w:val="17"/>
        </w:rPr>
        <w:t>BÉ</w:t>
      </w:r>
      <w:r>
        <w:rPr>
          <w:rFonts w:ascii="Arial" w:hAnsi="Arial" w:eastAsia="Arial"/>
          <w:b w:val="0"/>
          <w:i w:val="0"/>
          <w:color w:val="FFFFFF"/>
          <w:spacing w:val="-20"/>
          <w:sz w:val="17"/>
        </w:rPr>
        <w:t>?</w:t>
      </w:r>
      <w:r>
        <w:rPr>
          <w:rFonts w:ascii="Arial" w:hAnsi="Arial" w:eastAsia="Arial"/>
          <w:b w:val="0"/>
          <w:i w:val="0"/>
          <w:color w:val="FFFFFF"/>
          <w:spacing w:val="-2"/>
          <w:sz w:val="17"/>
        </w:rPr>
        <w:t>4</w:t>
      </w:r>
      <w:r>
        <w:rPr>
          <w:rFonts w:ascii="Arial" w:hAnsi="Arial" w:eastAsia="Arial"/>
          <w:b w:val="0"/>
          <w:i w:val="0"/>
          <w:color w:val="FFFFFF"/>
          <w:spacing w:val="-2"/>
          <w:sz w:val="17"/>
        </w:rPr>
        <w:t>$$</w:t>
      </w:r>
      <w:r>
        <w:rPr>
          <w:rFonts w:ascii="Arial" w:hAnsi="Arial" w:eastAsia="Arial"/>
          <w:b w:val="0"/>
          <w:i w:val="0"/>
          <w:color w:val="FFFFFF"/>
          <w:spacing w:val="-14"/>
          <w:sz w:val="17"/>
        </w:rPr>
        <w:t>B</w:t>
      </w:r>
    </w:p>
    <w:p>
      <w:pPr>
        <w:widowControl/>
        <w:wordWrap w:val="0"/>
        <w:autoSpaceDE w:val="0"/>
        <w:autoSpaceDN w:val="0"/>
        <w:spacing w:line="14" w:lineRule="exact" w:before="184" w:after="0"/>
        <w:ind w:left="0" w:right="0"/>
      </w:pPr>
    </w:p>
    <w:tbl>
      <w:tblPr>
        <w:tblW w:type="auto" w:w="0"/>
        <w:tblInd w:type="dxa" w:w="968"/>
        <w:tblLayout w:type="fixed"/>
        <w:tblLook w:firstColumn="1" w:firstRow="1" w:lastColumn="0" w:lastRow="0" w:noHBand="0" w:noVBand="1" w:val="04A0"/>
      </w:tblPr>
      <w:tblGrid>
        <w:gridCol w:w="4850"/>
        <w:gridCol w:w="4850"/>
      </w:tblGrid>
      <w:tr>
        <w:trPr>
          <w:trHeight w:hRule="exact" w:val="160"/>
        </w:trPr>
        <w:tc>
          <w:tcPr>
            <w:tcW w:type="dxa" w:w="1109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39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3"/>
                <w:sz w:val="11"/>
              </w:rPr>
              <w:t>'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1"/>
              </w:rPr>
              <w:t>é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3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1"/>
              </w:rPr>
              <w:t>: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1"/>
              </w:rPr>
              <w:t>PTU</w:t>
            </w:r>
          </w:p>
        </w:tc>
        <w:tc>
          <w:tcPr>
            <w:tcW w:type="dxa" w:w="1084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0" w:lineRule="exact" w:before="0" w:after="0"/>
              <w:ind w:left="75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6"/>
              </w:rPr>
              <w:t>mM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2"/>
                <w:sz w:val="16"/>
              </w:rPr>
              <w:t>/</w:t>
            </w:r>
          </w:p>
        </w:tc>
      </w:tr>
    </w:tbl>
    <w:p>
      <w:pPr>
        <w:widowControl/>
        <w:wordWrap w:val="0"/>
        <w:autoSpaceDE w:val="0"/>
        <w:autoSpaceDN w:val="0"/>
        <w:spacing w:line="110" w:lineRule="exact" w:before="39" w:after="129"/>
        <w:ind w:left="608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4"/>
          <w:sz w:val="11"/>
        </w:rPr>
        <w:t>R</w:t>
      </w:r>
      <w:r>
        <w:rPr>
          <w:rFonts w:ascii="Arial" w:hAnsi="Arial" w:eastAsia="Arial"/>
          <w:b w:val="0"/>
          <w:i w:val="0"/>
          <w:color w:val="FFFFFF"/>
          <w:spacing w:val="-1"/>
          <w:sz w:val="11"/>
        </w:rPr>
        <w:t>$</w:t>
      </w:r>
      <w:r>
        <w:rPr>
          <w:rFonts w:ascii="Times New Roman" w:hAnsi="Times New Roman" w:eastAsia="Times New Roman"/>
          <w:b w:val="0"/>
          <w:color w:val="FFFFFF"/>
          <w:spacing w:val="-13"/>
          <w:sz w:val="11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"/>
          <w:sz w:val="11"/>
        </w:rPr>
        <w:t>14</w:t>
      </w:r>
      <w:r>
        <w:rPr>
          <w:rFonts w:ascii="Arial" w:hAnsi="Arial" w:eastAsia="Arial"/>
          <w:b w:val="0"/>
          <w:i w:val="0"/>
          <w:color w:val="FFFFFF"/>
          <w:spacing w:val="-7"/>
          <w:sz w:val="11"/>
        </w:rPr>
        <w:t>.</w:t>
      </w:r>
    </w:p>
    <w:p>
      <w:pPr>
        <w:widowControl/>
        <w:wordWrap w:val="0"/>
        <w:autoSpaceDE w:val="0"/>
        <w:autoSpaceDN w:val="0"/>
        <w:spacing w:line="168" w:lineRule="exact" w:before="258" w:after="22"/>
        <w:ind w:left="528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4"/>
          <w:sz w:val="15"/>
        </w:rPr>
        <w:t>Perhahente</w:t>
      </w:r>
      <w:r>
        <w:rPr>
          <w:rFonts w:ascii="Times New Roman" w:hAnsi="Times New Roman" w:eastAsia="Times New Roman"/>
          <w:b w:val="0"/>
          <w:color w:val="FFFFFF"/>
          <w:spacing w:val="1530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z w:val="14"/>
        </w:rPr>
        <w:t>Total</w:t>
      </w:r>
    </w:p>
    <w:p>
      <w:pPr>
        <w:widowControl/>
        <w:wordWrap w:val="0"/>
        <w:autoSpaceDE w:val="0"/>
        <w:autoSpaceDN w:val="0"/>
        <w:spacing w:line="14" w:lineRule="exact" w:before="30" w:after="0"/>
        <w:ind w:left="0" w:right="0"/>
      </w:pPr>
    </w:p>
    <w:tbl>
      <w:tblPr>
        <w:tblW w:type="auto" w:w="0"/>
        <w:tblInd w:type="dxa" w:w="608"/>
        <w:tblLayout w:type="fixed"/>
        <w:tblLook w:firstColumn="1" w:firstRow="1" w:lastColumn="0" w:lastRow="0" w:noHBand="0" w:noVBand="1" w:val="04A0"/>
      </w:tblPr>
      <w:tblGrid>
        <w:gridCol w:w="4850"/>
        <w:gridCol w:w="4850"/>
      </w:tblGrid>
      <w:tr>
        <w:trPr>
          <w:trHeight w:hRule="exact" w:val="154"/>
        </w:trPr>
        <w:tc>
          <w:tcPr>
            <w:tcW w:type="dxa" w:w="1331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0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8"/>
                <w:sz w:val="11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1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0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1"/>
              </w:rPr>
              <w:t>135S0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1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1"/>
              </w:rPr>
              <w:t>69</w:t>
            </w:r>
          </w:p>
        </w:tc>
        <w:tc>
          <w:tcPr>
            <w:tcW w:type="dxa" w:w="1408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24" w:after="0"/>
              <w:ind w:left="70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3"/>
              </w:rPr>
              <w:t>í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3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2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3"/>
              </w:rPr>
              <w:t>õz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4"/>
                <w:sz w:val="13"/>
              </w:rPr>
              <w:t>: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6"/>
                <w:sz w:val="13"/>
              </w:rPr>
              <w:t>7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2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13"/>
              </w:rPr>
              <w:t>S1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3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13"/>
              </w:rPr>
              <w:t>4S</w:t>
            </w:r>
          </w:p>
        </w:tc>
      </w:tr>
    </w:tbl>
    <w:p>
      <w:pPr>
        <w:widowControl/>
        <w:wordWrap w:val="0"/>
        <w:autoSpaceDE w:val="0"/>
        <w:autoSpaceDN w:val="0"/>
        <w:spacing w:line="130" w:lineRule="exact" w:before="250" w:after="45"/>
        <w:ind w:left="2828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5"/>
          <w:sz w:val="13"/>
        </w:rPr>
        <w:t>Rota</w:t>
      </w:r>
      <w:r>
        <w:rPr>
          <w:rFonts w:ascii="Arial" w:hAnsi="Arial" w:eastAsia="Arial"/>
          <w:b w:val="0"/>
          <w:i w:val="0"/>
          <w:color w:val="FFFFFF"/>
          <w:spacing w:val="10"/>
          <w:sz w:val="13"/>
        </w:rPr>
        <w:t>/</w:t>
      </w:r>
    </w:p>
    <w:p>
      <w:pPr>
        <w:widowControl/>
        <w:wordWrap w:val="0"/>
        <w:autoSpaceDE w:val="0"/>
        <w:autoSpaceDN w:val="0"/>
        <w:spacing w:line="130" w:lineRule="exact" w:before="90" w:after="217"/>
        <w:ind w:left="2648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2"/>
          <w:sz w:val="13"/>
        </w:rPr>
        <w:t>iB</w:t>
      </w:r>
      <w:r>
        <w:rPr>
          <w:rFonts w:ascii="Times New Roman" w:hAnsi="Times New Roman" w:eastAsia="Times New Roman"/>
          <w:b w:val="0"/>
          <w:color w:val="FFFFFF"/>
          <w:spacing w:val="-3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5"/>
          <w:sz w:val="13"/>
        </w:rPr>
        <w:t>õz</w:t>
      </w:r>
      <w:r>
        <w:rPr>
          <w:rFonts w:ascii="Arial" w:hAnsi="Arial" w:eastAsia="Arial"/>
          <w:b w:val="0"/>
          <w:i w:val="0"/>
          <w:color w:val="FFFFFF"/>
          <w:spacing w:val="-16"/>
          <w:sz w:val="13"/>
        </w:rPr>
        <w:t>?</w:t>
      </w:r>
      <w:r>
        <w:rPr>
          <w:rFonts w:ascii="Arial" w:hAnsi="Arial" w:eastAsia="Arial"/>
          <w:b w:val="0"/>
          <w:i w:val="0"/>
          <w:color w:val="FFFFFF"/>
          <w:spacing w:val="-10"/>
          <w:sz w:val="13"/>
        </w:rPr>
        <w:t>s</w:t>
      </w:r>
      <w:r>
        <w:rPr>
          <w:rFonts w:ascii="Arial" w:hAnsi="Arial" w:eastAsia="Arial"/>
          <w:b w:val="0"/>
          <w:i w:val="0"/>
          <w:color w:val="FFFFFF"/>
          <w:spacing w:val="-15"/>
          <w:sz w:val="13"/>
        </w:rPr>
        <w:t>%</w:t>
      </w:r>
      <w:r>
        <w:rPr>
          <w:rFonts w:ascii="Arial" w:hAnsi="Arial" w:eastAsia="Arial"/>
          <w:b w:val="0"/>
          <w:i w:val="0"/>
          <w:color w:val="FFFFFF"/>
          <w:spacing w:val="-1"/>
          <w:sz w:val="13"/>
        </w:rPr>
        <w:t>45</w:t>
      </w:r>
    </w:p>
    <w:p>
      <w:pPr>
        <w:spacing w:after="0"/>
        <w:sectPr>
          <w:type w:val="nextColumn"/>
          <w:pgSz w:w="11900" w:h="16840"/>
          <w:pgMar w:top="568" w:right="1440" w:bottom="1440" w:left="760" w:header="720" w:footer="720" w:gutter="0"/>
          <w:cols w:space="720" w:num="2" w:equalWidth="0">
            <w:col w:w="2552" w:space="0"/>
            <w:col w:w="7148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70" w:lineRule="exact" w:before="217" w:after="11"/>
        <w:ind w:left="252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20"/>
          <w:sz w:val="17"/>
        </w:rPr>
        <w:t>?</w:t>
      </w:r>
    </w:p>
    <w:p>
      <w:pPr>
        <w:widowControl/>
        <w:wordWrap w:val="0"/>
        <w:autoSpaceDE w:val="0"/>
        <w:autoSpaceDN w:val="0"/>
        <w:spacing w:line="130" w:lineRule="exact" w:before="21" w:after="25"/>
        <w:ind w:left="170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4"/>
          <w:sz w:val="13"/>
        </w:rPr>
        <w:t>Assina©râ</w:t>
      </w:r>
      <w:r>
        <w:rPr>
          <w:rFonts w:ascii="Times New Roman" w:hAnsi="Times New Roman" w:eastAsia="Times New Roman"/>
          <w:b w:val="0"/>
          <w:color w:val="FFFFFF"/>
          <w:spacing w:val="58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5"/>
          <w:sz w:val="13"/>
        </w:rPr>
        <w:t>da</w:t>
      </w:r>
      <w:r>
        <w:rPr>
          <w:rFonts w:ascii="Times New Roman" w:hAnsi="Times New Roman" w:eastAsia="Times New Roman"/>
          <w:b w:val="0"/>
          <w:color w:val="FFFFFF"/>
          <w:spacing w:val="33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2"/>
          <w:sz w:val="13"/>
        </w:rPr>
        <w:t>Prgkidente</w:t>
      </w:r>
    </w:p>
    <w:p>
      <w:pPr>
        <w:widowControl/>
        <w:wordWrap w:val="0"/>
        <w:autoSpaceDE w:val="0"/>
        <w:autoSpaceDN w:val="0"/>
        <w:spacing w:line="130" w:lineRule="exact" w:before="50" w:after="31"/>
        <w:ind w:left="176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3"/>
          <w:sz w:val="13"/>
        </w:rPr>
        <w:t>GRUMO</w:t>
      </w:r>
      <w:r>
        <w:rPr>
          <w:rFonts w:ascii="Times New Roman" w:hAnsi="Times New Roman" w:eastAsia="Times New Roman"/>
          <w:b w:val="0"/>
          <w:color w:val="FFFFFF"/>
          <w:spacing w:val="14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5"/>
          <w:sz w:val="13"/>
        </w:rPr>
        <w:t>DAgtÀa</w:t>
      </w:r>
      <w:r>
        <w:rPr>
          <w:rFonts w:ascii="Times New Roman" w:hAnsi="Times New Roman" w:eastAsia="Times New Roman"/>
          <w:b w:val="0"/>
          <w:color w:val="FFFFFF"/>
          <w:spacing w:val="112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8"/>
          <w:sz w:val="13"/>
        </w:rPr>
        <w:t>UMA</w:t>
      </w:r>
    </w:p>
    <w:p>
      <w:pPr>
        <w:widowControl/>
        <w:wordWrap w:val="0"/>
        <w:autoSpaceDE w:val="0"/>
        <w:autoSpaceDN w:val="0"/>
        <w:spacing w:line="140" w:lineRule="exact" w:before="62" w:after="0"/>
        <w:ind w:left="154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21"/>
          <w:sz w:val="14"/>
        </w:rPr>
        <w:t>RG</w:t>
      </w:r>
      <w:r>
        <w:rPr>
          <w:rFonts w:ascii="Times New Roman" w:hAnsi="Times New Roman" w:eastAsia="Times New Roman"/>
          <w:b w:val="0"/>
          <w:color w:val="FFFFFF"/>
          <w:spacing w:val="31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2"/>
          <w:sz w:val="14"/>
        </w:rPr>
        <w:t>450</w:t>
      </w:r>
      <w:r>
        <w:rPr>
          <w:rFonts w:ascii="Arial" w:hAnsi="Arial" w:eastAsia="Arial"/>
          <w:b w:val="0"/>
          <w:i w:val="0"/>
          <w:color w:val="FFFFFF"/>
          <w:spacing w:val="-3"/>
          <w:sz w:val="14"/>
        </w:rPr>
        <w:t>.'</w:t>
      </w:r>
      <w:r>
        <w:rPr>
          <w:rFonts w:ascii="Arial" w:hAnsi="Arial" w:eastAsia="Arial"/>
          <w:b w:val="0"/>
          <w:i w:val="0"/>
          <w:color w:val="FFFFFF"/>
          <w:spacing w:val="1"/>
          <w:sz w:val="14"/>
        </w:rPr>
        <w:t>i41</w:t>
      </w:r>
      <w:r>
        <w:rPr>
          <w:rFonts w:ascii="Arial" w:hAnsi="Arial" w:eastAsia="Arial"/>
          <w:b w:val="0"/>
          <w:i w:val="0"/>
          <w:color w:val="FFFFFF"/>
          <w:spacing w:val="-9"/>
          <w:sz w:val="14"/>
        </w:rPr>
        <w:t>.</w:t>
      </w:r>
      <w:r>
        <w:rPr>
          <w:rFonts w:ascii="Arial" w:hAnsi="Arial" w:eastAsia="Arial"/>
          <w:b w:val="0"/>
          <w:i w:val="0"/>
          <w:color w:val="FFFFFF"/>
          <w:spacing w:val="-10"/>
          <w:sz w:val="14"/>
        </w:rPr>
        <w:t>S9</w:t>
      </w:r>
      <w:r>
        <w:rPr>
          <w:rFonts w:ascii="Arial" w:hAnsi="Arial" w:eastAsia="Arial"/>
          <w:b w:val="0"/>
          <w:i w:val="0"/>
          <w:color w:val="FFFFFF"/>
          <w:spacing w:val="4"/>
          <w:sz w:val="14"/>
        </w:rPr>
        <w:t>-</w:t>
      </w:r>
      <w:r>
        <w:rPr>
          <w:rFonts w:ascii="Arial" w:hAnsi="Arial" w:eastAsia="Arial"/>
          <w:b w:val="0"/>
          <w:i w:val="0"/>
          <w:color w:val="FFFFFF"/>
          <w:spacing w:val="-2"/>
          <w:sz w:val="14"/>
        </w:rPr>
        <w:t>7</w:t>
      </w:r>
    </w:p>
    <w:p>
      <w:pPr>
        <w:spacing w:after="0"/>
        <w:sectPr>
          <w:type w:val="continuous"/>
          <w:pgSz w:w="11900" w:h="16840"/>
          <w:pgMar w:top="568" w:right="1440" w:bottom="1440" w:left="760" w:header="720" w:footer="720" w:gutter="0"/>
          <w:cols w:space="720" w:num="1" w:equalWidth="0">
            <w:col w:w="9700" w:space="0"/>
            <w:col w:w="7148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403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/>
                  </pic:spPr>
                </pic:pic>
              </a:graphicData>
            </a:graphic>
          </wp:anchor>
        </w:drawing>
      </w:r>
      <w:r>
        <w:pict>
          <v:shape path="m,l,1000r1000,l1000,xe" filled="f" stroked="f" style="margin-left:181.0pt;margin-top:67.53pt;width:109.1pt;height:10.5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9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1"/>
                      <w:sz w:val="19"/>
                    </w:rPr>
                    <w:t>$[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-9"/>
                      <w:sz w:val="19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4"/>
                      <w:sz w:val="19"/>
                    </w:rPr>
                    <w:t>q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5"/>
                      <w:sz w:val="19"/>
                    </w:rPr>
                    <w:t>]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4"/>
                      <w:sz w:val="19"/>
                    </w:rPr>
                    <w:t>q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5"/>
                      <w:sz w:val="19"/>
                    </w:rPr>
                    <w:t>]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13"/>
                      <w:sz w:val="19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4"/>
                      <w:sz w:val="19"/>
                    </w:rPr>
                    <w:t>q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5"/>
                      <w:sz w:val="19"/>
                    </w:rPr>
                    <w:t>]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24"/>
                      <w:sz w:val="19"/>
                    </w:rPr>
                    <w:t>R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5"/>
                      <w:sz w:val="19"/>
                    </w:rPr>
                    <w:t>]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2"/>
                      <w:sz w:val="19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4"/>
                      <w:sz w:val="19"/>
                    </w:rPr>
                    <w:t>q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5"/>
                      <w:sz w:val="19"/>
                    </w:rPr>
                    <w:t>]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4"/>
                      <w:sz w:val="19"/>
                    </w:rPr>
                    <w:t>q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5"/>
                      <w:sz w:val="19"/>
                    </w:rPr>
                    <w:t>]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3"/>
                      <w:sz w:val="19"/>
                    </w:rPr>
                    <w:t>qi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1"/>
                      <w:sz w:val="19"/>
                    </w:rPr>
                    <w:t>K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5"/>
                      <w:sz w:val="19"/>
                    </w:rPr>
                    <w:t>]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-21"/>
                      <w:sz w:val="19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3"/>
                      <w:sz w:val="19"/>
                    </w:rPr>
                    <w:t>gi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4"/>
                      <w:sz w:val="19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181.0pt;margin-top:90.13pt;width:86.46pt;height:11.0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20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5"/>
                      <w:sz w:val="20"/>
                    </w:rPr>
                    <w:t>gl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21"/>
                      <w:sz w:val="20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2"/>
                      <w:sz w:val="20"/>
                    </w:rPr>
                    <w:t>zl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39"/>
                      <w:sz w:val="20"/>
                    </w:rPr>
                    <w:t>919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35"/>
                      <w:sz w:val="20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3"/>
                      <w:sz w:val="20"/>
                    </w:rPr>
                    <w:t>1gl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21"/>
                      <w:sz w:val="20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w w:val="99"/>
                      <w:sz w:val="20"/>
                    </w:rPr>
                    <w:t>zi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2"/>
                      <w:sz w:val="20"/>
                    </w:rPr>
                    <w:t>zl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17"/>
                      <w:sz w:val="20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2"/>
                      <w:sz w:val="20"/>
                    </w:rPr>
                    <w:t>1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4"/>
                      <w:sz w:val="20"/>
                    </w:rPr>
                    <w:t>;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68"/>
                      <w:sz w:val="20"/>
                    </w:rPr>
                    <w:t>1B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180.0pt;margin-top:86.1pt;width:91.84pt;height:8.5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5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3"/>
                      <w:sz w:val="15"/>
                    </w:rPr>
                    <w:t>u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4"/>
                      <w:sz w:val="15"/>
                    </w:rPr>
                    <w:t>.}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7"/>
                      <w:sz w:val="15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4"/>
                      <w:sz w:val="15"/>
                    </w:rPr>
                    <w:t>'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5"/>
                      <w:sz w:val="15"/>
                    </w:rPr>
                    <w:t>nl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20"/>
                      <w:sz w:val="15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3"/>
                      <w:sz w:val="15"/>
                    </w:rPr>
                    <w:t>u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0"/>
                      <w:sz w:val="15"/>
                    </w:rPr>
                    <w:t>.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10"/>
                      <w:sz w:val="15"/>
                    </w:rPr>
                    <w:t>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2"/>
                      <w:sz w:val="15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3"/>
                      <w:sz w:val="15"/>
                    </w:rPr>
                    <w:t>u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0"/>
                      <w:sz w:val="15"/>
                    </w:rPr>
                    <w:t>.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10"/>
                      <w:sz w:val="15"/>
                    </w:rPr>
                    <w:t>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22"/>
                      <w:sz w:val="15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4"/>
                      <w:sz w:val="15"/>
                    </w:rPr>
                    <w:t>ol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34"/>
                      <w:sz w:val="15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3"/>
                      <w:sz w:val="15"/>
                    </w:rPr>
                    <w:t>u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8"/>
                      <w:sz w:val="15"/>
                    </w:rPr>
                    <w:t>,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9"/>
                      <w:sz w:val="15"/>
                    </w:rPr>
                    <w:t>t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7"/>
                      <w:sz w:val="15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4"/>
                      <w:sz w:val="15"/>
                    </w:rPr>
                    <w:t>ol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54"/>
                      <w:sz w:val="15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2"/>
                      <w:sz w:val="15"/>
                    </w:rPr>
                    <w:t>I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10"/>
                      <w:sz w:val="15"/>
                    </w:rPr>
                    <w:t>''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10"/>
                      <w:sz w:val="15"/>
                    </w:rPr>
                    <w:t>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5"/>
                      <w:sz w:val="15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3"/>
                      <w:sz w:val="15"/>
                    </w:rPr>
                    <w:t>u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0"/>
                      <w:sz w:val="15"/>
                    </w:rPr>
                    <w:t>.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10"/>
                      <w:sz w:val="15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181.0pt;margin-top:82.49pt;width:87.76pt;height:8.0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4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8"/>
                      <w:sz w:val="14"/>
                    </w:rPr>
                    <w:t>a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1"/>
                      <w:sz w:val="14"/>
                    </w:rPr>
                    <w:t>+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10"/>
                      <w:sz w:val="14"/>
                    </w:rPr>
                    <w:t>l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-16"/>
                      <w:sz w:val="14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4"/>
                      <w:sz w:val="14"/>
                    </w:rPr>
                    <w:t>iol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28"/>
                      <w:sz w:val="14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5"/>
                      <w:sz w:val="14"/>
                    </w:rPr>
                    <w:t>tol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3"/>
                      <w:sz w:val="14"/>
                    </w:rPr>
                    <w:t>ml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7"/>
                      <w:sz w:val="14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2"/>
                      <w:sz w:val="14"/>
                    </w:rPr>
                    <w:t>i6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67"/>
                      <w:sz w:val="14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3"/>
                      <w:sz w:val="14"/>
                    </w:rPr>
                    <w:t>rql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4"/>
                      <w:sz w:val="14"/>
                    </w:rPr>
                    <w:t>ül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45"/>
                      <w:sz w:val="14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w w:val="99"/>
                      <w:sz w:val="14"/>
                    </w:rPr>
                    <w:t>oal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0"/>
                      <w:sz w:val="14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3"/>
                      <w:sz w:val="14"/>
                    </w:rPr>
                    <w:t>q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253.0pt;margin-top:138.1pt;width:78.18pt;height:15.93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299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4"/>
                      <w:sz w:val="15"/>
                    </w:rPr>
                    <w:t>qAI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71"/>
                      <w:sz w:val="15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2"/>
                      <w:sz w:val="15"/>
                    </w:rPr>
                    <w:t>1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97"/>
                      <w:sz w:val="15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2"/>
                      <w:sz w:val="15"/>
                    </w:rPr>
                    <w:t>1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77"/>
                      <w:sz w:val="15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2"/>
                      <w:sz w:val="15"/>
                    </w:rPr>
                    <w:t>1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77"/>
                      <w:sz w:val="15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2"/>
                      <w:sz w:val="15"/>
                    </w:rPr>
                    <w:t>1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97"/>
                      <w:sz w:val="15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6"/>
                      <w:sz w:val="15"/>
                    </w:rPr>
                    <w:t>f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110"/>
                      <w:sz w:val="15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8"/>
                      <w:sz w:val="15"/>
                    </w:rPr>
                    <w:t>in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3"/>
                      <w:sz w:val="19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232.0pt;margin-top:300.2pt;width:100.01pt;height:16.0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30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3"/>
                      <w:sz w:val="25"/>
                    </w:rPr>
                    <w:t>}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17"/>
                      <w:sz w:val="25"/>
                    </w:rPr>
                    <w:t>l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33"/>
                      <w:sz w:val="24"/>
                    </w:rPr>
                    <w:t>S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7"/>
                      <w:sz w:val="24"/>
                    </w:rPr>
                    <w:t>'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53"/>
                      <w:sz w:val="24"/>
                    </w:rPr>
                    <w:t>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30"/>
                      <w:sz w:val="30"/>
                    </w:rPr>
                    <w:t>S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6"/>
                      <w:sz w:val="30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20"/>
                      <w:sz w:val="30"/>
                    </w:rPr>
                    <w:t>tl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8"/>
                      <w:sz w:val="30"/>
                    </w:rPr>
                    <w:t>'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21"/>
                      <w:sz w:val="30"/>
                    </w:rPr>
                    <w:t>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36"/>
                      <w:sz w:val="30"/>
                    </w:rPr>
                    <w:t>?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2"/>
                      <w:sz w:val="30"/>
                    </w:rPr>
                    <w:t>lBSllllB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138.0pt;margin-top:448.13pt;width:6.08pt;height:11.0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20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0"/>
                      <w:sz w:val="20"/>
                    </w:rPr>
                    <w:t>ê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201.0pt;margin-top:746.71pt;width:5.3pt;height:9.0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6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3"/>
                      <w:sz w:val="16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202.0pt;margin-top:741.67pt;width:4.14pt;height:6.5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1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7"/>
                      <w:sz w:val="11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168.0pt;margin-top:611.59pt;width:95.23pt;height:15.5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29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7"/>
                      <w:sz w:val="29"/>
                    </w:rPr>
                    <w:t>: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28"/>
                      <w:sz w:val="29"/>
                    </w:rPr>
                    <w:t>gleel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29"/>
                      <w:sz w:val="29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20"/>
                      <w:sz w:val="29"/>
                    </w:rPr>
                    <w:t>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27"/>
                      <w:sz w:val="29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20"/>
                      <w:sz w:val="29"/>
                    </w:rPr>
                    <w:t>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35"/>
                      <w:sz w:val="29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13"/>
                      <w:sz w:val="29"/>
                    </w:rPr>
                    <w:t>i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42"/>
                      <w:sz w:val="29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3"/>
                      <w:sz w:val="29"/>
                    </w:rPr>
                    <w:t>1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9"/>
                      <w:sz w:val="29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3"/>
                      <w:sz w:val="29"/>
                    </w:rPr>
                    <w:t>1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39"/>
                      <w:sz w:val="29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13"/>
                      <w:sz w:val="29"/>
                    </w:rPr>
                    <w:t>i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42"/>
                      <w:sz w:val="29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20"/>
                      <w:sz w:val="29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180.0pt;margin-top:686.1pt;width:88.46pt;height:8.5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5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9"/>
                      <w:sz w:val="15"/>
                    </w:rPr>
                    <w:t>R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2"/>
                      <w:sz w:val="15"/>
                    </w:rPr>
                    <w:t>}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41"/>
                      <w:sz w:val="15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0"/>
                      <w:sz w:val="15"/>
                    </w:rPr>
                    <w:t>R1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3"/>
                      <w:sz w:val="15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2"/>
                      <w:sz w:val="15"/>
                    </w:rPr>
                    <w:t>81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5"/>
                      <w:sz w:val="15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0"/>
                      <w:sz w:val="15"/>
                    </w:rPr>
                    <w:t>R1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12"/>
                      <w:sz w:val="15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2"/>
                      <w:sz w:val="15"/>
                    </w:rPr>
                    <w:t>81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-1"/>
                      <w:sz w:val="15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9"/>
                      <w:sz w:val="15"/>
                    </w:rPr>
                    <w:t>RI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25"/>
                      <w:sz w:val="15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0"/>
                      <w:sz w:val="15"/>
                    </w:rPr>
                    <w:t>R1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-8"/>
                      <w:sz w:val="15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2"/>
                      <w:sz w:val="15"/>
                    </w:rPr>
                    <w:t>81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15"/>
                      <w:sz w:val="15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9"/>
                      <w:sz w:val="15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180.0pt;margin-top:521.13pt;width:97.18pt;height:11.0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20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2"/>
                      <w:sz w:val="20"/>
                    </w:rPr>
                    <w:t>el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2"/>
                      <w:sz w:val="20"/>
                    </w:rPr>
                    <w:t>el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6"/>
                      <w:sz w:val="20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46"/>
                      <w:sz w:val="20"/>
                    </w:rPr>
                    <w:t>91B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43"/>
                      <w:sz w:val="20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3"/>
                      <w:sz w:val="20"/>
                    </w:rPr>
                    <w:t>I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1"/>
                      <w:sz w:val="20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5"/>
                      <w:sz w:val="20"/>
                    </w:rPr>
                    <w:t>gl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21"/>
                      <w:sz w:val="20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z w:val="20"/>
                    </w:rPr>
                    <w:t>KIBIRI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7"/>
                      <w:sz w:val="20"/>
                    </w:rPr>
                    <w:t>BI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5"/>
                      <w:sz w:val="20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325.0pt;margin-top:528.53pt;width:6.1pt;height:10.5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9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4"/>
                      <w:sz w:val="19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263.0pt;margin-top:773.28pt;width:5.26pt;height:7.0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2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7"/>
                      <w:sz w:val="12"/>
                    </w:rPr>
                    <w:t>a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8"/>
                      <w:sz w:val="12"/>
                    </w:rPr>
                    <w:t>.</w:t>
                  </w:r>
                </w:p>
              </w:txbxContent>
            </v:textbox>
            <w10:wrap type="none"/>
          </v:shape>
        </w:pict>
      </w:r>
    </w:p>
    <w:p>
      <w:pPr>
        <w:widowControl/>
        <w:wordWrap w:val="0"/>
        <w:autoSpaceDE w:val="0"/>
        <w:autoSpaceDN w:val="0"/>
        <w:spacing w:line="250" w:lineRule="exact" w:before="834" w:after="374"/>
        <w:ind w:left="302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14"/>
          <w:sz w:val="25"/>
        </w:rPr>
        <w:t>il</w:t>
      </w:r>
      <w:r>
        <w:rPr>
          <w:rFonts w:ascii="Times New Roman" w:hAnsi="Times New Roman" w:eastAsia="Times New Roman"/>
          <w:b w:val="0"/>
          <w:color w:val="FFFFFF"/>
          <w:spacing w:val="-2"/>
          <w:sz w:val="25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6"/>
          <w:sz w:val="25"/>
        </w:rPr>
        <w:t>gl</w:t>
      </w:r>
      <w:r>
        <w:rPr>
          <w:rFonts w:ascii="Times New Roman" w:hAnsi="Times New Roman" w:eastAsia="Times New Roman"/>
          <w:b w:val="0"/>
          <w:color w:val="FFFFFF"/>
          <w:spacing w:val="50"/>
          <w:sz w:val="25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3"/>
          <w:sz w:val="25"/>
        </w:rPr>
        <w:t>1</w:t>
      </w:r>
      <w:r>
        <w:rPr>
          <w:rFonts w:ascii="Times New Roman" w:hAnsi="Times New Roman" w:eastAsia="Times New Roman"/>
          <w:b w:val="0"/>
          <w:color w:val="FFFFFF"/>
          <w:spacing w:val="1"/>
          <w:sz w:val="25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37"/>
          <w:sz w:val="25"/>
        </w:rPr>
        <w:t>111g</w:t>
      </w:r>
      <w:r>
        <w:rPr>
          <w:rFonts w:ascii="Times New Roman" w:hAnsi="Times New Roman" w:eastAsia="Times New Roman"/>
          <w:b w:val="0"/>
          <w:color w:val="FFFFFF"/>
          <w:spacing w:val="-17"/>
          <w:sz w:val="25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6"/>
          <w:sz w:val="25"/>
        </w:rPr>
        <w:t>181i</w:t>
      </w:r>
      <w:r>
        <w:rPr>
          <w:rFonts w:ascii="Times New Roman" w:hAnsi="Times New Roman" w:eastAsia="Times New Roman"/>
          <w:b w:val="0"/>
          <w:color w:val="FFFFFF"/>
          <w:spacing w:val="115"/>
          <w:sz w:val="25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z w:val="25"/>
        </w:rPr>
        <w:t>lãlB</w:t>
      </w:r>
    </w:p>
    <w:p>
      <w:pPr>
        <w:widowControl/>
        <w:wordWrap w:val="0"/>
        <w:autoSpaceDE w:val="0"/>
        <w:autoSpaceDN w:val="0"/>
        <w:spacing w:line="380" w:lineRule="exact" w:before="748" w:after="995"/>
        <w:ind w:left="384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64"/>
          <w:sz w:val="38"/>
        </w:rPr>
        <w:t>gãl</w:t>
      </w:r>
      <w:r>
        <w:rPr>
          <w:rFonts w:ascii="Times New Roman" w:hAnsi="Times New Roman" w:eastAsia="Times New Roman"/>
          <w:b w:val="0"/>
          <w:color w:val="FFFFFF"/>
          <w:spacing w:val="-22"/>
          <w:sz w:val="38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57"/>
          <w:sz w:val="38"/>
        </w:rPr>
        <w:t>lÊgI</w:t>
      </w:r>
      <w:r>
        <w:rPr>
          <w:rFonts w:ascii="Arial" w:hAnsi="Arial" w:eastAsia="Arial"/>
          <w:b w:val="0"/>
          <w:i w:val="0"/>
          <w:color w:val="FFFFFF"/>
          <w:spacing w:val="27"/>
          <w:sz w:val="38"/>
        </w:rPr>
        <w:t>l</w:t>
      </w:r>
      <w:r>
        <w:rPr>
          <w:rFonts w:ascii="Arial" w:hAnsi="Arial" w:eastAsia="Arial"/>
          <w:b w:val="0"/>
          <w:i w:val="0"/>
          <w:color w:val="FFFFFF"/>
          <w:spacing w:val="27"/>
          <w:sz w:val="38"/>
        </w:rPr>
        <w:t>l</w:t>
      </w:r>
      <w:r>
        <w:rPr>
          <w:rFonts w:ascii="Times New Roman" w:hAnsi="Times New Roman" w:eastAsia="Times New Roman"/>
          <w:b w:val="0"/>
          <w:color w:val="FFFFFF"/>
          <w:spacing w:val="14"/>
          <w:sz w:val="38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27"/>
          <w:sz w:val="38"/>
        </w:rPr>
        <w:t>l</w:t>
      </w:r>
      <w:r>
        <w:rPr>
          <w:rFonts w:ascii="Times New Roman" w:hAnsi="Times New Roman" w:eastAsia="Times New Roman"/>
          <w:b w:val="0"/>
          <w:color w:val="FFFFFF"/>
          <w:spacing w:val="-6"/>
          <w:sz w:val="38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27"/>
          <w:sz w:val="38"/>
        </w:rPr>
        <w:t>l</w:t>
      </w:r>
      <w:r>
        <w:rPr>
          <w:rFonts w:ascii="Times New Roman" w:hAnsi="Times New Roman" w:eastAsia="Times New Roman"/>
          <w:b w:val="0"/>
          <w:color w:val="FFFFFF"/>
          <w:spacing w:val="-6"/>
          <w:sz w:val="38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27"/>
          <w:sz w:val="38"/>
        </w:rPr>
        <w:t>l</w:t>
      </w:r>
      <w:r>
        <w:rPr>
          <w:rFonts w:ascii="Times New Roman" w:hAnsi="Times New Roman" w:eastAsia="Times New Roman"/>
          <w:b w:val="0"/>
          <w:color w:val="FFFFFF"/>
          <w:spacing w:val="14"/>
          <w:sz w:val="38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27"/>
          <w:sz w:val="38"/>
        </w:rPr>
        <w:t>l</w:t>
      </w:r>
      <w:r>
        <w:rPr>
          <w:rFonts w:ascii="Times New Roman" w:hAnsi="Times New Roman" w:eastAsia="Times New Roman"/>
          <w:b w:val="0"/>
          <w:color w:val="FFFFFF"/>
          <w:spacing w:val="-6"/>
          <w:sz w:val="38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10"/>
          <w:sz w:val="38"/>
        </w:rPr>
        <w:t>lg</w:t>
      </w:r>
    </w:p>
    <w:p>
      <w:pPr>
        <w:widowControl/>
        <w:wordWrap w:val="0"/>
        <w:autoSpaceDE w:val="0"/>
        <w:autoSpaceDN w:val="0"/>
        <w:spacing w:line="190" w:lineRule="exact" w:before="1989" w:after="1"/>
        <w:ind w:left="632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2"/>
          <w:sz w:val="19"/>
        </w:rPr>
        <w:t>9</w:t>
      </w:r>
    </w:p>
    <w:p>
      <w:pPr>
        <w:widowControl/>
        <w:wordWrap w:val="0"/>
        <w:autoSpaceDE w:val="0"/>
        <w:autoSpaceDN w:val="0"/>
        <w:spacing w:line="150" w:lineRule="exact" w:before="1" w:after="26"/>
        <w:ind w:left="630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4"/>
          <w:sz w:val="15"/>
        </w:rPr>
        <w:t>Q</w:t>
      </w:r>
    </w:p>
    <w:p>
      <w:pPr>
        <w:widowControl/>
        <w:wordWrap w:val="0"/>
        <w:autoSpaceDE w:val="0"/>
        <w:autoSpaceDN w:val="0"/>
        <w:spacing w:line="400" w:lineRule="exact" w:before="53" w:after="246"/>
        <w:ind w:left="238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2"/>
          <w:sz w:val="40"/>
        </w:rPr>
        <w:t>gM</w:t>
      </w:r>
    </w:p>
    <w:p>
      <w:pPr>
        <w:widowControl/>
        <w:wordWrap w:val="0"/>
        <w:autoSpaceDE w:val="0"/>
        <w:autoSpaceDN w:val="0"/>
        <w:spacing w:line="360" w:lineRule="exact" w:before="491" w:after="761"/>
        <w:ind w:left="416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25"/>
          <w:sz w:val="36"/>
        </w:rPr>
        <w:t>l</w:t>
      </w:r>
      <w:r>
        <w:rPr>
          <w:rFonts w:ascii="Times New Roman" w:hAnsi="Times New Roman" w:eastAsia="Times New Roman"/>
          <w:b w:val="0"/>
          <w:color w:val="FFFFFF"/>
          <w:spacing w:val="25"/>
          <w:sz w:val="36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64"/>
          <w:sz w:val="36"/>
        </w:rPr>
        <w:t>l9s1lz</w:t>
      </w:r>
      <w:r>
        <w:rPr>
          <w:rFonts w:ascii="Times New Roman" w:hAnsi="Times New Roman" w:eastAsia="Times New Roman"/>
          <w:b w:val="0"/>
          <w:color w:val="FFFFFF"/>
          <w:spacing w:val="14"/>
          <w:sz w:val="36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77"/>
          <w:sz w:val="36"/>
        </w:rPr>
        <w:t>lz</w:t>
      </w:r>
      <w:r>
        <w:rPr>
          <w:rFonts w:ascii="Times New Roman" w:hAnsi="Times New Roman" w:eastAsia="Times New Roman"/>
          <w:b w:val="0"/>
          <w:color w:val="FFFFFF"/>
          <w:spacing w:val="25"/>
          <w:sz w:val="36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88"/>
          <w:sz w:val="36"/>
        </w:rPr>
        <w:t>lp</w:t>
      </w:r>
      <w:r>
        <w:rPr>
          <w:rFonts w:ascii="Times New Roman" w:hAnsi="Times New Roman" w:eastAsia="Times New Roman"/>
          <w:b w:val="0"/>
          <w:color w:val="FFFFFF"/>
          <w:spacing w:val="39"/>
          <w:sz w:val="36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25"/>
          <w:sz w:val="36"/>
        </w:rPr>
        <w:t>l</w:t>
      </w:r>
      <w:r>
        <w:rPr>
          <w:rFonts w:ascii="Arial" w:hAnsi="Arial" w:eastAsia="Arial"/>
          <w:b w:val="0"/>
          <w:i w:val="0"/>
          <w:color w:val="FFFFFF"/>
          <w:spacing w:val="25"/>
          <w:sz w:val="36"/>
        </w:rPr>
        <w:t>l</w:t>
      </w:r>
      <w:r>
        <w:rPr>
          <w:rFonts w:ascii="Times New Roman" w:hAnsi="Times New Roman" w:eastAsia="Times New Roman"/>
          <w:b w:val="0"/>
          <w:color w:val="FFFFFF"/>
          <w:spacing w:val="5"/>
          <w:sz w:val="36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25"/>
          <w:sz w:val="36"/>
        </w:rPr>
        <w:t>l</w:t>
      </w:r>
    </w:p>
    <w:p>
      <w:pPr>
        <w:widowControl/>
        <w:wordWrap w:val="0"/>
        <w:autoSpaceDE w:val="0"/>
        <w:autoSpaceDN w:val="0"/>
        <w:spacing w:line="230" w:lineRule="exact" w:before="1522" w:after="33"/>
        <w:ind w:left="216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3"/>
          <w:sz w:val="23"/>
        </w:rPr>
        <w:t>8</w:t>
      </w:r>
    </w:p>
    <w:p>
      <w:pPr>
        <w:widowControl/>
        <w:wordWrap w:val="0"/>
        <w:autoSpaceDE w:val="0"/>
        <w:autoSpaceDN w:val="0"/>
        <w:spacing w:line="260" w:lineRule="exact" w:before="66" w:after="60"/>
        <w:ind w:left="216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3"/>
          <w:sz w:val="26"/>
        </w:rPr>
        <w:t>ê</w:t>
      </w:r>
    </w:p>
    <w:p>
      <w:pPr>
        <w:widowControl/>
        <w:wordWrap w:val="0"/>
        <w:autoSpaceDE w:val="0"/>
        <w:autoSpaceDN w:val="0"/>
        <w:spacing w:line="30" w:lineRule="exact" w:before="121" w:after="6"/>
        <w:ind w:left="216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2"/>
          <w:sz w:val="3"/>
        </w:rPr>
        <w:t>:</w:t>
      </w:r>
    </w:p>
    <w:p>
      <w:pPr>
        <w:spacing w:after="0"/>
        <w:sectPr>
          <w:pgSz w:w="11900" w:h="16840"/>
          <w:pgMar w:top="655" w:right="1440" w:bottom="550" w:left="600" w:header="720" w:footer="720" w:gutter="0"/>
          <w:cols w:space="720" w:num="1" w:equalWidth="0">
            <w:col w:w="9860" w:space="0"/>
            <w:col w:w="7148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230" w:lineRule="exact" w:before="6" w:after="105"/>
        <w:ind w:left="216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3"/>
          <w:sz w:val="23"/>
        </w:rPr>
        <w:t>8</w:t>
      </w:r>
    </w:p>
    <w:p>
      <w:pPr>
        <w:widowControl/>
        <w:wordWrap w:val="0"/>
        <w:autoSpaceDE w:val="0"/>
        <w:autoSpaceDN w:val="0"/>
        <w:spacing w:line="319" w:lineRule="exact" w:before="210" w:after="253"/>
        <w:ind w:left="216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28"/>
          <w:sz w:val="23"/>
        </w:rPr>
        <w:t>g</w:t>
      </w:r>
      <w:r>
        <w:rPr>
          <w:rFonts w:ascii="Arial" w:hAnsi="Arial" w:eastAsia="Arial"/>
          <w:b w:val="0"/>
          <w:i w:val="0"/>
          <w:color w:val="FFFFFF"/>
          <w:spacing w:val="-14"/>
          <w:sz w:val="18"/>
        </w:rPr>
        <w:t>«</w:t>
      </w:r>
      <w:r>
        <w:rPr>
          <w:rFonts w:ascii="Arial" w:hAnsi="Arial" w:eastAsia="Arial"/>
          <w:b w:val="0"/>
          <w:i w:val="0"/>
          <w:color w:val="FFFFFF"/>
          <w:spacing w:val="5"/>
          <w:sz w:val="18"/>
        </w:rPr>
        <w:t>'</w:t>
      </w:r>
    </w:p>
    <w:p>
      <w:pPr>
        <w:spacing w:after="0" w:before="29"/>
        <w:sectPr>
          <w:type w:val="continuous"/>
          <w:pgSz w:w="11900" w:h="16840"/>
          <w:pgMar w:top="655" w:right="1440" w:bottom="550" w:left="600" w:header="720" w:footer="720" w:gutter="0"/>
          <w:cols w:space="720" w:num="2" w:equalWidth="0">
            <w:col w:w="4923" w:space="0"/>
            <w:col w:w="4937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50" w:lineRule="exact" w:before="49" w:after="15"/>
        <w:ind w:left="2617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2"/>
          <w:sz w:val="15"/>
        </w:rPr>
        <w:t>8</w:t>
      </w:r>
    </w:p>
    <w:p>
      <w:pPr>
        <w:widowControl/>
        <w:wordWrap w:val="0"/>
        <w:autoSpaceDE w:val="0"/>
        <w:autoSpaceDN w:val="0"/>
        <w:spacing w:line="150" w:lineRule="exact" w:before="30" w:after="62"/>
        <w:ind w:left="2617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3"/>
          <w:sz w:val="15"/>
        </w:rPr>
        <w:t>g</w:t>
      </w:r>
    </w:p>
    <w:p>
      <w:pPr>
        <w:widowControl/>
        <w:wordWrap w:val="0"/>
        <w:autoSpaceDE w:val="0"/>
        <w:autoSpaceDN w:val="0"/>
        <w:spacing w:line="30" w:lineRule="exact" w:before="124" w:after="253"/>
        <w:ind w:left="2617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w w:val="92"/>
          <w:sz w:val="3"/>
        </w:rPr>
        <w:t>;</w:t>
      </w:r>
    </w:p>
    <w:p>
      <w:pPr>
        <w:spacing w:after="0"/>
        <w:sectPr>
          <w:type w:val="nextColumn"/>
          <w:pgSz w:w="11900" w:h="16840"/>
          <w:pgMar w:top="655" w:right="1440" w:bottom="550" w:left="600" w:header="720" w:footer="720" w:gutter="0"/>
          <w:cols w:space="720" w:num="2" w:equalWidth="0">
            <w:col w:w="4923" w:space="0"/>
            <w:col w:w="4937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239" w:after="0"/>
        <w:ind w:left="0" w:right="0"/>
      </w:pPr>
    </w:p>
    <w:tbl>
      <w:tblPr>
        <w:tblW w:type="auto" w:w="0"/>
        <w:tblInd w:type="dxa" w:w="40"/>
        <w:tblLayout w:type="fixed"/>
        <w:tblLook w:firstColumn="1" w:firstRow="1" w:lastColumn="0" w:lastRow="0" w:noHBand="0" w:noVBand="1" w:val="04A0"/>
      </w:tblPr>
      <w:tblGrid>
        <w:gridCol w:w="3287"/>
        <w:gridCol w:w="3287"/>
        <w:gridCol w:w="3287"/>
      </w:tblGrid>
      <w:tr>
        <w:trPr>
          <w:trHeight w:hRule="exact" w:val="767"/>
        </w:trPr>
        <w:tc>
          <w:tcPr>
            <w:tcW w:type="dxa" w:w="1594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617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4"/>
                <w:sz w:val="15"/>
              </w:rPr>
              <w:t>-''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2"/>
                <w:sz w:val="15"/>
              </w:rPr>
              <w:t>x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15"/>
              </w:rPr>
              <w:t>.</w:t>
            </w:r>
          </w:p>
        </w:tc>
        <w:tc>
          <w:tcPr>
            <w:tcW w:type="dxa" w:w="3681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360" w:lineRule="exact" w:before="132" w:after="0"/>
              <w:ind w:left="136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10"/>
                <w:sz w:val="36"/>
              </w:rPr>
              <w:t>'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36"/>
              </w:rPr>
              <w:t>ÍÍÜBI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0"/>
                <w:sz w:val="36"/>
              </w:rPr>
              <w:t>'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1"/>
                <w:sz w:val="36"/>
              </w:rPr>
              <w:t>ÍR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0"/>
                <w:sz w:val="36"/>
              </w:rPr>
              <w:t>'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6"/>
                <w:sz w:val="36"/>
              </w:rPr>
              <w:t>RR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0"/>
                <w:sz w:val="36"/>
              </w:rPr>
              <w:t>'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0"/>
                <w:sz w:val="36"/>
              </w:rPr>
              <w:t>B</w:t>
            </w:r>
          </w:p>
        </w:tc>
        <w:tc>
          <w:tcPr>
            <w:tcW w:type="dxa" w:w="82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680" w:lineRule="exact" w:before="0" w:after="0"/>
              <w:ind w:left="26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9"/>
                <w:sz w:val="68"/>
              </w:rPr>
              <w:t>M</w:t>
            </w:r>
          </w:p>
        </w:tc>
      </w:tr>
    </w:tbl>
    <w:p>
      <w:pPr>
        <w:widowControl/>
        <w:wordWrap w:val="0"/>
        <w:autoSpaceDE w:val="0"/>
        <w:autoSpaceDN w:val="0"/>
        <w:spacing w:line="580" w:lineRule="exact" w:before="1012" w:after="218"/>
        <w:ind w:left="278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1"/>
          <w:sz w:val="58"/>
        </w:rPr>
        <w:t>d</w:t>
      </w:r>
      <w:r>
        <w:rPr>
          <w:rFonts w:ascii="Arial" w:hAnsi="Arial" w:eastAsia="Arial"/>
          <w:b w:val="0"/>
          <w:i w:val="0"/>
          <w:color w:val="FFFFFF"/>
          <w:spacing w:val="16"/>
          <w:sz w:val="58"/>
        </w:rPr>
        <w:t>'</w:t>
      </w:r>
      <w:r>
        <w:rPr>
          <w:rFonts w:ascii="Arial" w:hAnsi="Arial" w:eastAsia="Arial"/>
          <w:b w:val="0"/>
          <w:i w:val="0"/>
          <w:color w:val="FFFFFF"/>
          <w:spacing w:val="-12"/>
          <w:sz w:val="58"/>
        </w:rPr>
        <w:t>m</w:t>
      </w:r>
      <w:r>
        <w:rPr>
          <w:rFonts w:ascii="Arial" w:hAnsi="Arial" w:eastAsia="Arial"/>
          <w:b w:val="0"/>
          <w:i w:val="0"/>
          <w:color w:val="FFFFFF"/>
          <w:spacing w:val="16"/>
          <w:sz w:val="58"/>
        </w:rPr>
        <w:t>'</w:t>
      </w:r>
      <w:r>
        <w:rPr>
          <w:rFonts w:ascii="Arial" w:hAnsi="Arial" w:eastAsia="Arial"/>
          <w:b w:val="0"/>
          <w:i w:val="0"/>
          <w:color w:val="FFFFFF"/>
          <w:spacing w:val="-35"/>
          <w:sz w:val="58"/>
        </w:rPr>
        <w:t>ã</w:t>
      </w:r>
      <w:r>
        <w:rPr>
          <w:rFonts w:ascii="Arial" w:hAnsi="Arial" w:eastAsia="Arial"/>
          <w:b w:val="0"/>
          <w:i w:val="0"/>
          <w:color w:val="FFFFFF"/>
          <w:spacing w:val="85"/>
          <w:sz w:val="58"/>
        </w:rPr>
        <w:t>&amp;</w:t>
      </w:r>
      <w:r>
        <w:rPr>
          <w:rFonts w:ascii="Arial" w:hAnsi="Arial" w:eastAsia="Arial"/>
          <w:b w:val="0"/>
          <w:i w:val="0"/>
          <w:color w:val="FFFFFF"/>
          <w:spacing w:val="-1"/>
          <w:sz w:val="58"/>
        </w:rPr>
        <w:t>wü</w:t>
      </w:r>
    </w:p>
    <w:p>
      <w:pPr>
        <w:widowControl/>
        <w:wordWrap w:val="0"/>
        <w:autoSpaceDE w:val="0"/>
        <w:autoSpaceDN w:val="0"/>
        <w:spacing w:line="330" w:lineRule="exact" w:before="436" w:after="18"/>
        <w:ind w:left="312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4"/>
          <w:sz w:val="33"/>
        </w:rPr>
        <w:t>1</w:t>
      </w:r>
      <w:r>
        <w:rPr>
          <w:rFonts w:ascii="Arial" w:hAnsi="Arial" w:eastAsia="Arial"/>
          <w:b w:val="0"/>
          <w:i w:val="0"/>
          <w:color w:val="FFFFFF"/>
          <w:spacing w:val="-4"/>
          <w:sz w:val="33"/>
        </w:rPr>
        <w:t>1</w:t>
      </w:r>
      <w:r>
        <w:rPr>
          <w:rFonts w:ascii="Arial" w:hAnsi="Arial" w:eastAsia="Arial"/>
          <w:b w:val="0"/>
          <w:i w:val="0"/>
          <w:color w:val="FFFFFF"/>
          <w:spacing w:val="-4"/>
          <w:sz w:val="33"/>
        </w:rPr>
        <w:t>1</w:t>
      </w:r>
      <w:r>
        <w:rPr>
          <w:rFonts w:ascii="Arial" w:hAnsi="Arial" w:eastAsia="Arial"/>
          <w:b w:val="0"/>
          <w:i w:val="0"/>
          <w:color w:val="FFFFFF"/>
          <w:spacing w:val="15"/>
          <w:sz w:val="33"/>
        </w:rPr>
        <w:t>i</w:t>
      </w:r>
      <w:r>
        <w:rPr>
          <w:rFonts w:ascii="Times New Roman" w:hAnsi="Times New Roman" w:eastAsia="Times New Roman"/>
          <w:b w:val="0"/>
          <w:color w:val="FFFFFF"/>
          <w:spacing w:val="29"/>
          <w:sz w:val="3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23"/>
          <w:sz w:val="33"/>
        </w:rPr>
        <w:t>l</w:t>
      </w:r>
      <w:r>
        <w:rPr>
          <w:rFonts w:ascii="Times New Roman" w:hAnsi="Times New Roman" w:eastAsia="Times New Roman"/>
          <w:b w:val="0"/>
          <w:color w:val="FFFFFF"/>
          <w:spacing w:val="41"/>
          <w:sz w:val="3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23"/>
          <w:sz w:val="33"/>
        </w:rPr>
        <w:t>l</w:t>
      </w:r>
      <w:r>
        <w:rPr>
          <w:rFonts w:ascii="Times New Roman" w:hAnsi="Times New Roman" w:eastAsia="Times New Roman"/>
          <w:b w:val="0"/>
          <w:color w:val="FFFFFF"/>
          <w:spacing w:val="21"/>
          <w:sz w:val="33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23"/>
          <w:sz w:val="33"/>
        </w:rPr>
        <w:t>l</w:t>
      </w:r>
      <w:r>
        <w:rPr>
          <w:rFonts w:ascii="Arial" w:hAnsi="Arial" w:eastAsia="Arial"/>
          <w:b w:val="0"/>
          <w:i w:val="0"/>
          <w:color w:val="FFFFFF"/>
          <w:spacing w:val="-19"/>
          <w:sz w:val="33"/>
        </w:rPr>
        <w:t>:</w:t>
      </w:r>
      <w:r>
        <w:rPr>
          <w:rFonts w:ascii="Arial" w:hAnsi="Arial" w:eastAsia="Arial"/>
          <w:b w:val="0"/>
          <w:i w:val="0"/>
          <w:color w:val="FFFFFF"/>
          <w:spacing w:val="23"/>
          <w:sz w:val="33"/>
        </w:rPr>
        <w:t>l</w:t>
      </w:r>
    </w:p>
    <w:p>
      <w:pPr>
        <w:widowControl/>
        <w:wordWrap w:val="0"/>
        <w:autoSpaceDE w:val="0"/>
        <w:autoSpaceDN w:val="0"/>
        <w:spacing w:line="220" w:lineRule="exact" w:before="36" w:after="182"/>
        <w:ind w:left="302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3"/>
          <w:sz w:val="22"/>
        </w:rPr>
        <w:t>ÊI</w:t>
      </w:r>
      <w:r>
        <w:rPr>
          <w:rFonts w:ascii="Times New Roman" w:hAnsi="Times New Roman" w:eastAsia="Times New Roman"/>
          <w:b w:val="0"/>
          <w:color w:val="FFFFFF"/>
          <w:spacing w:val="-17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3"/>
          <w:sz w:val="22"/>
        </w:rPr>
        <w:t>ÊI</w:t>
      </w:r>
      <w:r>
        <w:rPr>
          <w:rFonts w:ascii="Arial" w:hAnsi="Arial" w:eastAsia="Arial"/>
          <w:b w:val="0"/>
          <w:i w:val="0"/>
          <w:color w:val="FFFFFF"/>
          <w:spacing w:val="-13"/>
          <w:sz w:val="22"/>
        </w:rPr>
        <w:t>ÊI</w:t>
      </w:r>
      <w:r>
        <w:rPr>
          <w:rFonts w:ascii="Arial" w:hAnsi="Arial" w:eastAsia="Arial"/>
          <w:b w:val="0"/>
          <w:i w:val="0"/>
          <w:color w:val="FFFFFF"/>
          <w:spacing w:val="-13"/>
          <w:sz w:val="22"/>
        </w:rPr>
        <w:t>ÊI</w:t>
      </w:r>
      <w:r>
        <w:rPr>
          <w:rFonts w:ascii="Arial" w:hAnsi="Arial" w:eastAsia="Arial"/>
          <w:b w:val="0"/>
          <w:i w:val="0"/>
          <w:color w:val="FFFFFF"/>
          <w:spacing w:val="-13"/>
          <w:sz w:val="22"/>
        </w:rPr>
        <w:t>ÊI</w:t>
      </w:r>
      <w:r>
        <w:rPr>
          <w:rFonts w:ascii="Times New Roman" w:hAnsi="Times New Roman" w:eastAsia="Times New Roman"/>
          <w:b w:val="0"/>
          <w:color w:val="FFFFFF"/>
          <w:spacing w:val="-17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3"/>
          <w:sz w:val="22"/>
        </w:rPr>
        <w:t>ÊI</w:t>
      </w:r>
      <w:r>
        <w:rPr>
          <w:rFonts w:ascii="Arial" w:hAnsi="Arial" w:eastAsia="Arial"/>
          <w:b w:val="0"/>
          <w:i w:val="0"/>
          <w:color w:val="FFFFFF"/>
          <w:spacing w:val="-13"/>
          <w:sz w:val="22"/>
        </w:rPr>
        <w:t>ÊI</w:t>
      </w:r>
      <w:r>
        <w:rPr>
          <w:rFonts w:ascii="Arial" w:hAnsi="Arial" w:eastAsia="Arial"/>
          <w:b w:val="0"/>
          <w:i w:val="0"/>
          <w:color w:val="FFFFFF"/>
          <w:spacing w:val="-13"/>
          <w:sz w:val="22"/>
        </w:rPr>
        <w:t>ÊI</w:t>
      </w:r>
      <w:r>
        <w:rPr>
          <w:rFonts w:ascii="Times New Roman" w:hAnsi="Times New Roman" w:eastAsia="Times New Roman"/>
          <w:b w:val="0"/>
          <w:color w:val="FFFFFF"/>
          <w:spacing w:val="-17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29"/>
          <w:sz w:val="22"/>
        </w:rPr>
        <w:t>Ê</w:t>
      </w:r>
    </w:p>
    <w:p>
      <w:pPr>
        <w:widowControl/>
        <w:wordWrap w:val="0"/>
        <w:autoSpaceDE w:val="0"/>
        <w:autoSpaceDN w:val="0"/>
        <w:spacing w:line="190" w:lineRule="exact" w:before="363" w:after="249"/>
        <w:ind w:left="300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5"/>
          <w:sz w:val="19"/>
        </w:rPr>
        <w:t>ul</w:t>
      </w:r>
      <w:r>
        <w:rPr>
          <w:rFonts w:ascii="Times New Roman" w:hAnsi="Times New Roman" w:eastAsia="Times New Roman"/>
          <w:b w:val="0"/>
          <w:color w:val="FFFFFF"/>
          <w:spacing w:val="15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3"/>
          <w:sz w:val="19"/>
        </w:rPr>
        <w:t>NI</w:t>
      </w:r>
      <w:r>
        <w:rPr>
          <w:rFonts w:ascii="Arial" w:hAnsi="Arial" w:eastAsia="Arial"/>
          <w:b w:val="0"/>
          <w:i w:val="0"/>
          <w:color w:val="FFFFFF"/>
          <w:spacing w:val="-12"/>
          <w:sz w:val="19"/>
        </w:rPr>
        <w:t>.</w:t>
      </w:r>
      <w:r>
        <w:rPr>
          <w:rFonts w:ascii="Arial" w:hAnsi="Arial" w:eastAsia="Arial"/>
          <w:b w:val="0"/>
          <w:i w:val="0"/>
          <w:color w:val="FFFFFF"/>
          <w:spacing w:val="6"/>
          <w:sz w:val="19"/>
        </w:rPr>
        <w:t>nl</w:t>
      </w:r>
      <w:r>
        <w:rPr>
          <w:rFonts w:ascii="Arial" w:hAnsi="Arial" w:eastAsia="Arial"/>
          <w:b w:val="0"/>
          <w:i w:val="0"/>
          <w:color w:val="FFFFFF"/>
          <w:spacing w:val="6"/>
          <w:sz w:val="19"/>
        </w:rPr>
        <w:t>nl</w:t>
      </w:r>
      <w:r>
        <w:rPr>
          <w:rFonts w:ascii="Times New Roman" w:hAnsi="Times New Roman" w:eastAsia="Times New Roman"/>
          <w:b w:val="0"/>
          <w:color w:val="FFFFFF"/>
          <w:spacing w:val="-7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9"/>
          <w:sz w:val="19"/>
        </w:rPr>
        <w:t>N</w:t>
      </w:r>
      <w:r>
        <w:rPr>
          <w:rFonts w:ascii="Arial" w:hAnsi="Arial" w:eastAsia="Arial"/>
          <w:b w:val="0"/>
          <w:i w:val="0"/>
          <w:color w:val="FFFFFF"/>
          <w:spacing w:val="5"/>
          <w:sz w:val="19"/>
        </w:rPr>
        <w:t>!</w:t>
      </w:r>
      <w:r>
        <w:rPr>
          <w:rFonts w:ascii="Times New Roman" w:hAnsi="Times New Roman" w:eastAsia="Times New Roman"/>
          <w:b w:val="0"/>
          <w:color w:val="FFFFFF"/>
          <w:spacing w:val="-13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6"/>
          <w:sz w:val="19"/>
        </w:rPr>
        <w:t>nl</w:t>
      </w:r>
      <w:r>
        <w:rPr>
          <w:rFonts w:ascii="Times New Roman" w:hAnsi="Times New Roman" w:eastAsia="Times New Roman"/>
          <w:b w:val="0"/>
          <w:color w:val="FFFFFF"/>
          <w:spacing w:val="-7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6"/>
          <w:sz w:val="19"/>
        </w:rPr>
        <w:t>nl</w:t>
      </w:r>
      <w:r>
        <w:rPr>
          <w:rFonts w:ascii="Times New Roman" w:hAnsi="Times New Roman" w:eastAsia="Times New Roman"/>
          <w:b w:val="0"/>
          <w:color w:val="FFFFFF"/>
          <w:spacing w:val="-7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3"/>
          <w:sz w:val="19"/>
        </w:rPr>
        <w:t>NI</w:t>
      </w:r>
      <w:r>
        <w:rPr>
          <w:rFonts w:ascii="Times New Roman" w:hAnsi="Times New Roman" w:eastAsia="Times New Roman"/>
          <w:b w:val="0"/>
          <w:color w:val="FFFFFF"/>
          <w:spacing w:val="-11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9"/>
          <w:sz w:val="19"/>
        </w:rPr>
        <w:t>N</w:t>
      </w:r>
    </w:p>
    <w:p>
      <w:pPr>
        <w:widowControl/>
        <w:wordWrap w:val="0"/>
        <w:autoSpaceDE w:val="0"/>
        <w:autoSpaceDN w:val="0"/>
        <w:spacing w:line="14" w:lineRule="exact" w:before="484" w:after="0"/>
        <w:ind w:left="0" w:right="0"/>
      </w:pPr>
    </w:p>
    <w:tbl>
      <w:tblPr>
        <w:tblW w:type="auto" w:w="0"/>
        <w:tblInd w:type="dxa" w:w="2780"/>
        <w:tblLayout w:type="fixed"/>
        <w:tblLook w:firstColumn="1" w:firstRow="1" w:lastColumn="0" w:lastRow="0" w:noHBand="0" w:noVBand="1" w:val="04A0"/>
      </w:tblPr>
      <w:tblGrid>
        <w:gridCol w:w="1096"/>
        <w:gridCol w:w="1096"/>
        <w:gridCol w:w="1096"/>
        <w:gridCol w:w="1096"/>
        <w:gridCol w:w="1096"/>
        <w:gridCol w:w="1096"/>
        <w:gridCol w:w="1096"/>
        <w:gridCol w:w="1096"/>
        <w:gridCol w:w="1096"/>
      </w:tblGrid>
      <w:tr>
        <w:trPr>
          <w:trHeight w:hRule="exact" w:val="264"/>
        </w:trPr>
        <w:tc>
          <w:tcPr>
            <w:tcW w:type="dxa" w:w="19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330" w:lineRule="exact" w:before="302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0"/>
                <w:sz w:val="33"/>
              </w:rPr>
              <w:t>ã</w:t>
            </w:r>
          </w:p>
        </w:tc>
        <w:tc>
          <w:tcPr>
            <w:tcW w:type="dxa" w:w="16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89" w:lineRule="exact" w:before="844" w:after="0"/>
              <w:ind w:left="2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11"/>
                <w:sz w:val="20"/>
              </w:rPr>
              <w:t>ê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4"/>
                <w:sz w:val="15"/>
              </w:rPr>
              <w:t>Q</w:t>
            </w:r>
          </w:p>
        </w:tc>
        <w:tc>
          <w:tcPr>
            <w:tcW w:type="dxa" w:w="74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30" w:lineRule="exact" w:before="218" w:after="0"/>
              <w:ind w:left="3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w w:val="103"/>
                <w:sz w:val="3"/>
              </w:rPr>
              <w:t>{</w:t>
            </w:r>
          </w:p>
        </w:tc>
        <w:tc>
          <w:tcPr>
            <w:tcW w:type="dxa" w:w="14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243" w:after="0"/>
              <w:ind w:left="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5"/>
              </w:rPr>
              <w:t>®</w:t>
            </w:r>
          </w:p>
        </w:tc>
        <w:tc>
          <w:tcPr>
            <w:tcW w:type="dxa" w:w="236"/>
            <w:gridSpan w:val="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4" w:after="0"/>
              <w:ind w:left="6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5"/>
              </w:rPr>
              <w:t>2</w:t>
            </w:r>
          </w:p>
        </w:tc>
        <w:tc>
          <w:tcPr>
            <w:tcW w:type="dxa" w:w="17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567" w:after="0"/>
              <w:ind w:left="4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0</w:t>
            </w:r>
          </w:p>
        </w:tc>
        <w:tc>
          <w:tcPr>
            <w:tcW w:type="dxa" w:w="841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10" w:lineRule="exact" w:before="376" w:after="0"/>
              <w:ind w:left="5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1"/>
                <w:sz w:val="21"/>
              </w:rPr>
              <w:t>Xt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3"/>
                <w:sz w:val="21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21"/>
              </w:rPr>
              <w:t>p</w:t>
            </w:r>
          </w:p>
        </w:tc>
        <w:tc>
          <w:tcPr>
            <w:tcW w:type="dxa" w:w="158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80" w:lineRule="exact" w:before="0" w:after="0"/>
              <w:ind w:left="2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8"/>
              </w:rPr>
              <w:t>e</w:t>
            </w:r>
          </w:p>
        </w:tc>
      </w:tr>
      <w:tr>
        <w:trPr>
          <w:trHeight w:hRule="exact" w:val="35"/>
        </w:trPr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8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30" w:lineRule="exact" w:before="113" w:after="0"/>
              <w:ind w:left="4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w w:val="110"/>
                <w:sz w:val="3"/>
              </w:rPr>
              <w:t>!</w:t>
            </w:r>
          </w:p>
        </w:tc>
        <w:tc>
          <w:tcPr>
            <w:tcW w:type="dxa" w:w="157"/>
            <w:vMerge w:val="restart"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81"/>
        </w:trPr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58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30" w:lineRule="exact" w:before="119" w:after="0"/>
              <w:ind w:left="4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w w:val="98"/>
                <w:sz w:val="3"/>
              </w:rPr>
              <w:t>$</w:t>
            </w:r>
          </w:p>
        </w:tc>
      </w:tr>
      <w:tr>
        <w:trPr>
          <w:trHeight w:hRule="exact" w:val="57"/>
        </w:trPr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"/>
            <w:gridSpan w:val="2"/>
            <w:vMerge w:val="restart"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2"/>
        </w:trPr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14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560" w:lineRule="exact" w:before="144" w:after="0"/>
              <w:ind w:left="3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26"/>
                <w:sz w:val="56"/>
              </w:rPr>
              <w:t>i</w:t>
            </w:r>
          </w:p>
        </w:tc>
        <w:tc>
          <w:tcPr>
            <w:tcW w:type="dxa" w:w="219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92"/>
        </w:trPr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19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19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58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12" w:after="0"/>
              <w:ind w:left="4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4"/>
              </w:rPr>
              <w:t>g</w:t>
            </w:r>
          </w:p>
        </w:tc>
      </w:tr>
      <w:tr>
        <w:trPr>
          <w:trHeight w:hRule="exact" w:val="25"/>
        </w:trPr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19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19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841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30" w:lineRule="exact" w:before="66" w:after="0"/>
              <w:ind w:left="5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w w:val="103"/>
                <w:sz w:val="3"/>
              </w:rPr>
              <w:t>{</w:t>
            </w:r>
          </w:p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9"/>
        </w:trPr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19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30" w:lineRule="exact" w:before="41" w:after="0"/>
              <w:ind w:left="6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3"/>
              </w:rPr>
              <w:t>:</w:t>
            </w:r>
          </w:p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65"/>
        </w:trPr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19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19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7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8" w:after="0"/>
              <w:ind w:left="4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5"/>
              </w:rPr>
              <w:t>g</w:t>
            </w:r>
          </w:p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3"/>
        </w:trPr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19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470" w:lineRule="exact" w:before="12" w:after="0"/>
              <w:ind w:left="2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6"/>
                <w:sz w:val="47"/>
              </w:rPr>
              <w:t>}</w:t>
            </w:r>
          </w:p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40"/>
        </w:trPr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19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19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841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327" w:lineRule="exact" w:before="34" w:after="0"/>
              <w:ind w:left="7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2"/>
                <w:sz w:val="20"/>
              </w:rPr>
              <w:t>ã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4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2"/>
                <w:sz w:val="20"/>
              </w:rPr>
              <w:t>ã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56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1"/>
                <w:sz w:val="18"/>
              </w:rPr>
              <w:t>ã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6"/>
                <w:sz w:val="26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44"/>
                <w:sz w:val="26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1"/>
                <w:sz w:val="13"/>
              </w:rPr>
              <w:t>B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3"/>
              </w:rPr>
              <w:t>.</w:t>
            </w:r>
          </w:p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420"/>
        </w:trPr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19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19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096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58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11" w:after="0"/>
              <w:ind w:left="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24"/>
              </w:rPr>
              <w:t>g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type w:val="continuous"/>
          <w:pgSz w:w="11900" w:h="16840"/>
          <w:pgMar w:top="655" w:right="1440" w:bottom="550" w:left="600" w:header="720" w:footer="720" w:gutter="0"/>
          <w:cols w:space="720" w:num="1" w:equalWidth="0">
            <w:col w:w="9860" w:space="0"/>
            <w:col w:w="4937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12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50" w:lineRule="exact" w:before="277" w:after="11"/>
        <w:ind w:left="880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7"/>
          <w:sz w:val="15"/>
        </w:rPr>
        <w:t>i</w:t>
      </w:r>
      <w:r>
        <w:rPr>
          <w:rFonts w:ascii="Arial" w:hAnsi="Arial" w:eastAsia="Arial"/>
          <w:b w:val="0"/>
          <w:i w:val="0"/>
          <w:color w:val="FFFFFF"/>
          <w:spacing w:val="-9"/>
          <w:sz w:val="15"/>
        </w:rPr>
        <w:t>::,</w:t>
      </w:r>
      <w:r>
        <w:rPr>
          <w:rFonts w:ascii="Arial" w:hAnsi="Arial" w:eastAsia="Arial"/>
          <w:b w:val="0"/>
          <w:i w:val="0"/>
          <w:color w:val="FFFFFF"/>
          <w:spacing w:val="-3"/>
          <w:sz w:val="15"/>
        </w:rPr>
        <w:t>ü</w:t>
      </w:r>
      <w:r>
        <w:rPr>
          <w:rFonts w:ascii="Times New Roman" w:hAnsi="Times New Roman" w:eastAsia="Times New Roman"/>
          <w:b w:val="0"/>
          <w:color w:val="FFFFFF"/>
          <w:spacing w:val="162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9"/>
          <w:sz w:val="15"/>
        </w:rPr>
        <w:t>::.</w:t>
      </w:r>
      <w:r>
        <w:rPr>
          <w:rFonts w:ascii="Times New Roman" w:hAnsi="Times New Roman" w:eastAsia="Times New Roman"/>
          <w:b w:val="0"/>
          <w:color w:val="FFFFFF"/>
          <w:spacing w:val="205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11"/>
          <w:sz w:val="15"/>
        </w:rPr>
        <w:t>/</w:t>
      </w:r>
      <w:r>
        <w:rPr>
          <w:rFonts w:ascii="Arial" w:hAnsi="Arial" w:eastAsia="Arial"/>
          <w:b w:val="0"/>
          <w:i w:val="0"/>
          <w:color w:val="FFFFFF"/>
          <w:spacing w:val="-3"/>
          <w:sz w:val="15"/>
        </w:rPr>
        <w:t>3ZI</w:t>
      </w:r>
    </w:p>
    <w:p>
      <w:pPr>
        <w:widowControl/>
        <w:wordWrap w:val="0"/>
        <w:autoSpaceDE w:val="0"/>
        <w:autoSpaceDN w:val="0"/>
        <w:spacing w:line="110" w:lineRule="exact" w:before="21" w:after="75"/>
        <w:ind w:left="844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5"/>
          <w:sz w:val="11"/>
        </w:rPr>
        <w:t>M</w:t>
      </w:r>
    </w:p>
    <w:p>
      <w:pPr>
        <w:widowControl/>
        <w:wordWrap w:val="0"/>
        <w:autoSpaceDE w:val="0"/>
        <w:autoSpaceDN w:val="0"/>
        <w:spacing w:line="110" w:lineRule="exact" w:before="150" w:after="881"/>
        <w:ind w:left="844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9"/>
          <w:sz w:val="11"/>
        </w:rPr>
        <w:t>B</w:t>
      </w:r>
    </w:p>
    <w:p>
      <w:pPr>
        <w:widowControl/>
        <w:wordWrap w:val="0"/>
        <w:autoSpaceDE w:val="0"/>
        <w:autoSpaceDN w:val="0"/>
        <w:spacing w:line="14" w:lineRule="exact" w:before="1749" w:after="0"/>
        <w:ind w:left="0" w:right="0"/>
      </w:pPr>
    </w:p>
    <w:tbl>
      <w:tblPr>
        <w:tblW w:type="auto" w:w="0"/>
        <w:tblInd w:type="dxa" w:w="2680"/>
        <w:tblLayout w:type="fixed"/>
        <w:tblLook w:firstColumn="1" w:firstRow="1" w:lastColumn="0" w:lastRow="0" w:noHBand="0" w:noVBand="1" w:val="04A0"/>
      </w:tblPr>
      <w:tblGrid>
        <w:gridCol w:w="4940"/>
        <w:gridCol w:w="4940"/>
      </w:tblGrid>
      <w:tr>
        <w:trPr>
          <w:trHeight w:hRule="exact" w:val="634"/>
        </w:trPr>
        <w:tc>
          <w:tcPr>
            <w:tcW w:type="dxa" w:w="5045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455" w:lineRule="exact" w:before="0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8"/>
                <w:sz w:val="38"/>
                <w:vertAlign w:val="superscript"/>
              </w:rPr>
              <w:t>@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64"/>
                <w:sz w:val="3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2"/>
                <w:sz w:val="38"/>
              </w:rPr>
              <w:t>::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2"/>
                <w:sz w:val="38"/>
              </w:rPr>
              <w:t>: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27"/>
                <w:sz w:val="38"/>
              </w:rPr>
              <w:t>lll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2"/>
                <w:sz w:val="38"/>
              </w:rPr>
              <w:t>: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286"/>
                <w:sz w:val="3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7"/>
                <w:sz w:val="38"/>
              </w:rPr>
              <w:t>i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83"/>
                <w:sz w:val="3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38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5"/>
                <w:sz w:val="38"/>
              </w:rPr>
              <w:t>úi</w:t>
            </w:r>
            <w:r>
              <w:rPr>
                <w:rFonts w:ascii="Arial" w:hAnsi="Arial" w:eastAsia="Arial"/>
                <w:b w:val="0"/>
                <w:i w:val="0"/>
                <w:color w:val="FFFFFF"/>
                <w:sz w:val="38"/>
              </w:rPr>
              <w:t>+@'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5"/>
                <w:sz w:val="38"/>
              </w:rPr>
              <w:t>w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93"/>
                <w:sz w:val="3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2"/>
                <w:sz w:val="38"/>
              </w:rPr>
              <w:t>:</w:t>
            </w:r>
          </w:p>
          <w:p>
            <w:pPr>
              <w:widowControl/>
              <w:wordWrap w:val="0"/>
              <w:autoSpaceDE w:val="0"/>
              <w:autoSpaceDN w:val="0"/>
              <w:spacing w:line="179" w:lineRule="exact" w:before="0" w:after="0"/>
              <w:ind w:left="126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2"/>
                <w:sz w:val="19"/>
              </w:rPr>
              <w:t>?$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1"/>
                <w:sz w:val="19"/>
              </w:rPr>
              <w:t>ÂNêe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1"/>
                <w:sz w:val="19"/>
              </w:rPr>
              <w:t>@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6"/>
                <w:sz w:val="19"/>
              </w:rPr>
              <w:t>BÃE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9"/>
              </w:rPr>
              <w:t>ÃPtêe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28"/>
                <w:sz w:val="19"/>
              </w:rPr>
              <w:t>&amp;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8"/>
                <w:sz w:val="19"/>
              </w:rPr>
              <w:t>çÀaF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0"/>
                <w:sz w:val="1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4"/>
                <w:sz w:val="19"/>
              </w:rPr>
              <w:t>INANCEIRA</w:t>
            </w:r>
          </w:p>
        </w:tc>
        <w:tc>
          <w:tcPr>
            <w:tcW w:type="dxa" w:w="1878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380" w:lineRule="exact" w:before="35" w:after="0"/>
              <w:ind w:left="91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4"/>
                <w:sz w:val="34"/>
              </w:rPr>
              <w:t>I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34"/>
              </w:rPr>
              <w:t>':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6"/>
                <w:sz w:val="34"/>
              </w:rPr>
              <w:t>i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0"/>
                <w:sz w:val="34"/>
              </w:rPr>
              <w:t>: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8"/>
                <w:sz w:val="3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1"/>
                <w:sz w:val="38"/>
              </w:rPr>
              <w:t>:':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27"/>
                <w:sz w:val="38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0"/>
                <w:sz w:val="38"/>
              </w:rPr>
              <w:t>'</w:t>
            </w:r>
          </w:p>
        </w:tc>
      </w:tr>
    </w:tbl>
    <w:p>
      <w:pPr>
        <w:widowControl/>
        <w:wordWrap w:val="0"/>
        <w:autoSpaceDE w:val="0"/>
        <w:autoSpaceDN w:val="0"/>
        <w:spacing w:line="170" w:lineRule="exact" w:before="2646" w:after="1217"/>
        <w:ind w:left="4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2"/>
          <w:sz w:val="17"/>
        </w:rPr>
        <w:t>.'''\.</w:t>
      </w:r>
    </w:p>
    <w:p>
      <w:pPr>
        <w:widowControl/>
        <w:wordWrap w:val="0"/>
        <w:autoSpaceDE w:val="0"/>
        <w:autoSpaceDN w:val="0"/>
        <w:spacing w:line="190" w:lineRule="exact" w:before="2434" w:after="887"/>
        <w:ind w:left="720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24"/>
          <w:sz w:val="19"/>
        </w:rPr>
        <w:t>R</w:t>
      </w:r>
      <w:r>
        <w:rPr>
          <w:rFonts w:ascii="Arial" w:hAnsi="Arial" w:eastAsia="Arial"/>
          <w:b w:val="0"/>
          <w:i w:val="0"/>
          <w:color w:val="FFFFFF"/>
          <w:spacing w:val="-2"/>
          <w:sz w:val="19"/>
        </w:rPr>
        <w:t>$</w:t>
      </w:r>
      <w:r>
        <w:rPr>
          <w:rFonts w:ascii="Times New Roman" w:hAnsi="Times New Roman" w:eastAsia="Times New Roman"/>
          <w:b w:val="0"/>
          <w:color w:val="FFFFFF"/>
          <w:spacing w:val="-4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0"/>
          <w:sz w:val="19"/>
        </w:rPr>
        <w:t>z</w:t>
      </w:r>
      <w:r>
        <w:rPr>
          <w:rFonts w:ascii="Arial" w:hAnsi="Arial" w:eastAsia="Arial"/>
          <w:b w:val="0"/>
          <w:i w:val="0"/>
          <w:color w:val="FFFFFF"/>
          <w:spacing w:val="-12"/>
          <w:sz w:val="19"/>
        </w:rPr>
        <w:t>.</w:t>
      </w:r>
      <w:r>
        <w:rPr>
          <w:rFonts w:ascii="Arial" w:hAnsi="Arial" w:eastAsia="Arial"/>
          <w:b w:val="0"/>
          <w:i w:val="0"/>
          <w:color w:val="FFFFFF"/>
          <w:spacing w:val="-2"/>
          <w:sz w:val="19"/>
        </w:rPr>
        <w:t>225</w:t>
      </w:r>
      <w:r>
        <w:rPr>
          <w:rFonts w:ascii="Arial" w:hAnsi="Arial" w:eastAsia="Arial"/>
          <w:b w:val="0"/>
          <w:i w:val="0"/>
          <w:color w:val="FFFFFF"/>
          <w:spacing w:val="-12"/>
          <w:sz w:val="19"/>
        </w:rPr>
        <w:t>.</w:t>
      </w:r>
      <w:r>
        <w:rPr>
          <w:rFonts w:ascii="Arial" w:hAnsi="Arial" w:eastAsia="Arial"/>
          <w:b w:val="0"/>
          <w:i w:val="0"/>
          <w:color w:val="FFFFFF"/>
          <w:spacing w:val="-2"/>
          <w:sz w:val="19"/>
        </w:rPr>
        <w:t>7n</w:t>
      </w:r>
      <w:r>
        <w:rPr>
          <w:rFonts w:ascii="Arial" w:hAnsi="Arial" w:eastAsia="Arial"/>
          <w:b w:val="0"/>
          <w:i w:val="0"/>
          <w:color w:val="FFFFFF"/>
          <w:spacing w:val="-11"/>
          <w:sz w:val="19"/>
        </w:rPr>
        <w:t>:</w:t>
      </w:r>
      <w:r>
        <w:rPr>
          <w:rFonts w:ascii="Arial" w:hAnsi="Arial" w:eastAsia="Arial"/>
          <w:b w:val="0"/>
          <w:i w:val="0"/>
          <w:color w:val="FFFFFF"/>
          <w:spacing w:val="-2"/>
          <w:sz w:val="19"/>
        </w:rPr>
        <w:t>78</w:t>
      </w:r>
    </w:p>
    <w:p>
      <w:pPr>
        <w:widowControl/>
        <w:wordWrap w:val="0"/>
        <w:autoSpaceDE w:val="0"/>
        <w:autoSpaceDN w:val="0"/>
        <w:spacing w:line="160" w:lineRule="exact" w:before="1773" w:after="1188"/>
        <w:ind w:left="8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9"/>
          <w:sz w:val="16"/>
        </w:rPr>
        <w:t>'''\\</w:t>
      </w:r>
    </w:p>
    <w:p>
      <w:pPr>
        <w:widowControl/>
        <w:wordWrap w:val="0"/>
        <w:autoSpaceDE w:val="0"/>
        <w:autoSpaceDN w:val="0"/>
        <w:spacing w:line="190" w:lineRule="exact" w:before="2376" w:after="225"/>
        <w:ind w:left="214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5"/>
          <w:sz w:val="19"/>
        </w:rPr>
        <w:t>IV06</w:t>
      </w:r>
      <w:r>
        <w:rPr>
          <w:rFonts w:ascii="Arial" w:hAnsi="Arial" w:eastAsia="Arial"/>
          <w:b w:val="0"/>
          <w:i w:val="0"/>
          <w:color w:val="FFFFFF"/>
          <w:spacing w:val="14"/>
          <w:sz w:val="19"/>
        </w:rPr>
        <w:t>/</w:t>
      </w:r>
      <w:r>
        <w:rPr>
          <w:rFonts w:ascii="Arial" w:hAnsi="Arial" w:eastAsia="Arial"/>
          <w:b w:val="0"/>
          <w:i w:val="0"/>
          <w:color w:val="FFFFFF"/>
          <w:spacing w:val="-2"/>
          <w:sz w:val="19"/>
        </w:rPr>
        <w:t>2024</w:t>
      </w:r>
    </w:p>
    <w:p>
      <w:pPr>
        <w:widowControl/>
        <w:wordWrap w:val="0"/>
        <w:autoSpaceDE w:val="0"/>
        <w:autoSpaceDN w:val="0"/>
        <w:spacing w:line="190" w:lineRule="exact" w:before="450" w:after="23"/>
        <w:ind w:left="304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3"/>
          <w:sz w:val="19"/>
        </w:rPr>
        <w:t>hsióãúrfã3iF</w:t>
      </w:r>
      <w:r>
        <w:rPr>
          <w:rFonts w:ascii="Arial" w:hAnsi="Arial" w:eastAsia="Arial"/>
          <w:b w:val="0"/>
          <w:i w:val="0"/>
          <w:color w:val="FFFFFF"/>
          <w:spacing w:val="9"/>
          <w:sz w:val="19"/>
        </w:rPr>
        <w:t>@</w:t>
      </w:r>
      <w:r>
        <w:rPr>
          <w:rFonts w:ascii="Arial" w:hAnsi="Arial" w:eastAsia="Arial"/>
          <w:b w:val="0"/>
          <w:i w:val="0"/>
          <w:color w:val="FFFFFF"/>
          <w:spacing w:val="-3"/>
          <w:sz w:val="19"/>
        </w:rPr>
        <w:t>sidente</w:t>
      </w:r>
    </w:p>
    <w:p>
      <w:pPr>
        <w:widowControl/>
        <w:wordWrap w:val="0"/>
        <w:autoSpaceDE w:val="0"/>
        <w:autoSpaceDN w:val="0"/>
        <w:spacing w:line="170" w:lineRule="exact" w:before="46" w:after="35"/>
        <w:ind w:left="312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32"/>
          <w:sz w:val="17"/>
        </w:rPr>
        <w:t>BRUNOD</w:t>
      </w:r>
      <w:r>
        <w:rPr>
          <w:rFonts w:ascii="Times New Roman" w:hAnsi="Times New Roman" w:eastAsia="Times New Roman"/>
          <w:b w:val="0"/>
          <w:color w:val="FFFFFF"/>
          <w:spacing w:val="67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4"/>
          <w:sz w:val="17"/>
        </w:rPr>
        <w:t>A</w:t>
      </w:r>
      <w:r>
        <w:rPr>
          <w:rFonts w:ascii="Times New Roman" w:hAnsi="Times New Roman" w:eastAsia="Times New Roman"/>
          <w:b w:val="0"/>
          <w:color w:val="FFFFFF"/>
          <w:spacing w:val="-1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5"/>
          <w:sz w:val="17"/>
        </w:rPr>
        <w:t>SllÀa</w:t>
      </w:r>
      <w:r>
        <w:rPr>
          <w:rFonts w:ascii="Times New Roman" w:hAnsi="Times New Roman" w:eastAsia="Times New Roman"/>
          <w:b w:val="0"/>
          <w:color w:val="FFFFFF"/>
          <w:spacing w:val="24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1"/>
          <w:sz w:val="17"/>
        </w:rPr>
        <w:t>UMA</w:t>
      </w:r>
    </w:p>
    <w:p>
      <w:pPr>
        <w:widowControl/>
        <w:wordWrap w:val="0"/>
        <w:autoSpaceDE w:val="0"/>
        <w:autoSpaceDN w:val="0"/>
        <w:spacing w:line="170" w:lineRule="exact" w:before="70" w:after="0"/>
        <w:ind w:left="188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25"/>
          <w:sz w:val="17"/>
        </w:rPr>
        <w:t>RG</w:t>
      </w:r>
      <w:r>
        <w:rPr>
          <w:rFonts w:ascii="Times New Roman" w:hAnsi="Times New Roman" w:eastAsia="Times New Roman"/>
          <w:b w:val="0"/>
          <w:color w:val="FFFFFF"/>
          <w:spacing w:val="12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7"/>
          <w:sz w:val="17"/>
        </w:rPr>
        <w:t>45Q</w:t>
      </w:r>
      <w:r>
        <w:rPr>
          <w:rFonts w:ascii="Arial" w:hAnsi="Arial" w:eastAsia="Arial"/>
          <w:b w:val="0"/>
          <w:i w:val="0"/>
          <w:color w:val="FFFFFF"/>
          <w:spacing w:val="-11"/>
          <w:sz w:val="17"/>
        </w:rPr>
        <w:t>.</w:t>
      </w:r>
      <w:r>
        <w:rPr>
          <w:rFonts w:ascii="Arial" w:hAnsi="Arial" w:eastAsia="Arial"/>
          <w:b w:val="0"/>
          <w:i w:val="0"/>
          <w:color w:val="FFFFFF"/>
          <w:spacing w:val="-2"/>
          <w:sz w:val="17"/>
        </w:rPr>
        <w:t>141</w:t>
      </w:r>
      <w:r>
        <w:rPr>
          <w:rFonts w:ascii="Arial" w:hAnsi="Arial" w:eastAsia="Arial"/>
          <w:b w:val="0"/>
          <w:i w:val="0"/>
          <w:color w:val="FFFFFF"/>
          <w:spacing w:val="-11"/>
          <w:sz w:val="17"/>
        </w:rPr>
        <w:t>.</w:t>
      </w:r>
      <w:r>
        <w:rPr>
          <w:rFonts w:ascii="Arial" w:hAnsi="Arial" w:eastAsia="Arial"/>
          <w:b w:val="0"/>
          <w:i w:val="0"/>
          <w:color w:val="FFFFFF"/>
          <w:spacing w:val="-2"/>
          <w:sz w:val="17"/>
        </w:rPr>
        <w:t>59</w:t>
      </w:r>
      <w:r>
        <w:rPr>
          <w:rFonts w:ascii="Arial" w:hAnsi="Arial" w:eastAsia="Arial"/>
          <w:b w:val="0"/>
          <w:i w:val="0"/>
          <w:color w:val="FFFFFF"/>
          <w:spacing w:val="5"/>
          <w:sz w:val="17"/>
        </w:rPr>
        <w:t>-</w:t>
      </w:r>
      <w:r>
        <w:rPr>
          <w:rFonts w:ascii="Arial" w:hAnsi="Arial" w:eastAsia="Arial"/>
          <w:b w:val="0"/>
          <w:i w:val="0"/>
          <w:color w:val="FFFFFF"/>
          <w:spacing w:val="-2"/>
          <w:sz w:val="17"/>
        </w:rPr>
        <w:t>7</w:t>
      </w:r>
    </w:p>
    <w:p>
      <w:pPr>
        <w:spacing w:after="0"/>
        <w:sectPr>
          <w:pgSz w:w="11900" w:h="16840"/>
          <w:pgMar w:top="251" w:right="1440" w:bottom="1142" w:left="580" w:header="720" w:footer="720" w:gutter="0"/>
          <w:cols w:space="720" w:num="1" w:equalWidth="0">
            <w:col w:w="9880" w:space="0"/>
            <w:col w:w="4937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/>
                  </pic:spPr>
                </pic:pic>
              </a:graphicData>
            </a:graphic>
          </wp:anchor>
        </w:drawing>
      </w:r>
      <w:r>
        <w:pict>
          <v:shape path="m,l,1000r1000,l1000,xe" filled="f" stroked="f" style="margin-left:56.0pt;margin-top:96.53pt;width:36.78pt;height:10.5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9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5"/>
                      <w:sz w:val="19"/>
                    </w:rPr>
                    <w:t>Unidade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1"/>
                      <w:sz w:val="19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129.0pt;margin-top:96.53pt;width:6.18pt;height:10.5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9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2"/>
                      <w:sz w:val="1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56.0pt;margin-top:88.31pt;width:67.25pt;height:9.5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7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4"/>
                      <w:sz w:val="17"/>
                    </w:rPr>
                    <w:t>Entidade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17"/>
                      <w:sz w:val="17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6"/>
                      <w:sz w:val="17"/>
                    </w:rPr>
                    <w:t>Parceira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0"/>
                      <w:sz w:val="17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136.0pt;margin-top:88.31pt;width:138.67pt;height:9.5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7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7"/>
                      <w:sz w:val="17"/>
                    </w:rPr>
                    <w:t>Ong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-3"/>
                      <w:sz w:val="17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2"/>
                      <w:sz w:val="17"/>
                    </w:rPr>
                    <w:t>Instituto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6"/>
                      <w:sz w:val="17"/>
                    </w:rPr>
                    <w:t>de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20"/>
                      <w:sz w:val="17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5"/>
                      <w:sz w:val="17"/>
                    </w:rPr>
                    <w:t>Cidadania</w:t>
                  </w:r>
                  <w:r>
                    <w:rPr>
                      <w:rFonts w:ascii="Times New Roman" w:hAnsi="Times New Roman" w:eastAsia="Times New Roman"/>
                      <w:b w:val="0"/>
                      <w:color w:val="FFFFFF"/>
                      <w:spacing w:val="0"/>
                      <w:sz w:val="17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1"/>
                      <w:sz w:val="17"/>
                    </w:rPr>
                    <w:t>Portelinha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524.0pt;margin-top:551.31pt;width:6.29pt;height:9.5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7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13"/>
                      <w:sz w:val="17"/>
                    </w:rPr>
                    <w:t>/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8"/>
                      <w:sz w:val="1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523.0pt;margin-top:545.1pt;width:6.35pt;height:8.5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5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-9"/>
                      <w:sz w:val="15"/>
                    </w:rPr>
                    <w:t>a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FFFFFF"/>
                      <w:spacing w:val="4"/>
                      <w:sz w:val="15"/>
                    </w:rPr>
                    <w:t>'</w:t>
                  </w:r>
                </w:p>
              </w:txbxContent>
            </v:textbox>
            <w10:wrap type="none"/>
          </v:shape>
        </w:pict>
      </w:r>
    </w:p>
    <w:p>
      <w:pPr>
        <w:widowControl/>
        <w:wordWrap w:val="0"/>
        <w:autoSpaceDE w:val="0"/>
        <w:autoSpaceDN w:val="0"/>
        <w:spacing w:line="14" w:lineRule="exact" w:before="13" w:after="0"/>
        <w:ind w:left="0" w:right="0"/>
      </w:pPr>
    </w:p>
    <w:tbl>
      <w:tblPr>
        <w:tblW w:type="auto" w:w="0"/>
        <w:tblInd w:type="dxa" w:w="8700"/>
        <w:tblLayout w:type="fixed"/>
        <w:tblLook w:firstColumn="1" w:firstRow="1" w:lastColumn="0" w:lastRow="0" w:noHBand="0" w:noVBand="1" w:val="04A0"/>
      </w:tblPr>
      <w:tblGrid>
        <w:gridCol w:w="5313"/>
        <w:gridCol w:w="5313"/>
      </w:tblGrid>
      <w:tr>
        <w:trPr>
          <w:trHeight w:hRule="exact" w:val="760"/>
        </w:trPr>
        <w:tc>
          <w:tcPr>
            <w:tcW w:type="dxa" w:w="511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760" w:lineRule="exact" w:before="0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59"/>
                <w:sz w:val="76"/>
              </w:rPr>
              <w:t>J</w:t>
            </w:r>
          </w:p>
        </w:tc>
        <w:tc>
          <w:tcPr>
            <w:tcW w:type="dxa" w:w="1198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330" w:lineRule="exact" w:before="258" w:after="0"/>
              <w:ind w:left="26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5"/>
                <w:sz w:val="33"/>
              </w:rPr>
              <w:t>..}::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22"/>
                <w:sz w:val="3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3"/>
                <w:sz w:val="33"/>
              </w:rPr>
              <w:t>i35</w:t>
            </w:r>
          </w:p>
        </w:tc>
      </w:tr>
    </w:tbl>
    <w:p>
      <w:pPr>
        <w:widowControl/>
        <w:wordWrap w:val="0"/>
        <w:autoSpaceDE w:val="0"/>
        <w:autoSpaceDN w:val="0"/>
        <w:spacing w:line="30" w:lineRule="exact" w:before="114" w:after="100"/>
        <w:ind w:left="884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w w:val="99"/>
          <w:sz w:val="3"/>
        </w:rPr>
        <w:t>@.</w:t>
      </w:r>
    </w:p>
    <w:p>
      <w:pPr>
        <w:widowControl/>
        <w:wordWrap w:val="0"/>
        <w:autoSpaceDE w:val="0"/>
        <w:autoSpaceDN w:val="0"/>
        <w:spacing w:line="220" w:lineRule="exact" w:before="200" w:after="199"/>
        <w:ind w:left="468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1"/>
          <w:sz w:val="22"/>
        </w:rPr>
        <w:t>Creche</w:t>
      </w:r>
      <w:r>
        <w:rPr>
          <w:rFonts w:ascii="Times New Roman" w:hAnsi="Times New Roman" w:eastAsia="Times New Roman"/>
          <w:b w:val="0"/>
          <w:color w:val="FFFFFF"/>
          <w:spacing w:val="1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2"/>
          <w:sz w:val="22"/>
        </w:rPr>
        <w:t>Portelinha</w:t>
      </w:r>
    </w:p>
    <w:p>
      <w:pPr>
        <w:widowControl/>
        <w:wordWrap w:val="0"/>
        <w:autoSpaceDE w:val="0"/>
        <w:autoSpaceDN w:val="0"/>
        <w:spacing w:line="14" w:lineRule="exact" w:before="385" w:after="0"/>
        <w:ind w:left="0" w:right="0"/>
      </w:pPr>
    </w:p>
    <w:tbl>
      <w:tblPr>
        <w:tblW w:type="auto" w:w="0"/>
        <w:tblInd w:type="dxa" w:w="460"/>
        <w:tblLayout w:type="fixed"/>
        <w:tblLook w:firstColumn="1" w:firstRow="1" w:lastColumn="0" w:lastRow="0" w:noHBand="0" w:noVBand="1" w:val="04A0"/>
      </w:tblPr>
      <w:tblGrid>
        <w:gridCol w:w="2657"/>
        <w:gridCol w:w="2657"/>
        <w:gridCol w:w="2657"/>
        <w:gridCol w:w="2657"/>
      </w:tblGrid>
      <w:tr>
        <w:trPr>
          <w:trHeight w:hRule="exact" w:val="167"/>
        </w:trPr>
        <w:tc>
          <w:tcPr>
            <w:tcW w:type="dxa" w:w="1415"/>
            <w:tcMar>
              <w:left w:type="dxa" w:w="0"/>
              <w:right w:type="dxa" w:w="0"/>
            </w:tcMar>
          </w:tcPr>
          <w:p/>
        </w:tc>
        <w:tc>
          <w:tcPr>
            <w:tcW w:type="dxa" w:w="3887"/>
            <w:tcMar>
              <w:left w:type="dxa" w:w="0"/>
              <w:right w:type="dxa" w:w="0"/>
            </w:tcMar>
          </w:tcPr>
          <w:p/>
        </w:tc>
        <w:tc>
          <w:tcPr>
            <w:tcW w:type="dxa" w:w="1654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80" w:lineRule="exact" w:before="272" w:after="0"/>
              <w:ind w:left="55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8"/>
              </w:rPr>
              <w:t>TeléÍbne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1"/>
                <w:sz w:val="18"/>
              </w:rPr>
              <w:t>:</w:t>
            </w:r>
          </w:p>
        </w:tc>
        <w:tc>
          <w:tcPr>
            <w:tcW w:type="dxa" w:w="151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20" w:lineRule="exact" w:before="280" w:after="0"/>
              <w:ind w:left="363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z w:val="22"/>
              </w:rPr>
              <w:t>Í1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9"/>
                <w:sz w:val="1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9"/>
              </w:rPr>
              <w:t>96Í3G1796</w:t>
            </w:r>
          </w:p>
        </w:tc>
      </w:tr>
      <w:tr>
        <w:trPr>
          <w:trHeight w:hRule="exact" w:val="260"/>
        </w:trPr>
        <w:tc>
          <w:tcPr>
            <w:tcW w:type="dxa" w:w="1415"/>
            <w:tcMar>
              <w:left w:type="dxa" w:w="0"/>
              <w:right w:type="dxa" w:w="0"/>
            </w:tcMar>
          </w:tcPr>
          <w:p/>
        </w:tc>
        <w:tc>
          <w:tcPr>
            <w:tcW w:type="dxa" w:w="3887"/>
            <w:tcMar>
              <w:left w:type="dxa" w:w="0"/>
              <w:right w:type="dxa" w:w="0"/>
            </w:tcMar>
          </w:tcPr>
          <w:p/>
        </w:tc>
        <w:tc>
          <w:tcPr>
            <w:tcW w:type="dxa" w:w="2657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657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43"/>
        </w:trPr>
        <w:tc>
          <w:tcPr>
            <w:tcW w:type="dxa" w:w="1415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70" w:lineRule="exact" w:before="73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7"/>
              </w:rPr>
              <w:t>Endereço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17"/>
              </w:rPr>
              <w:t>:</w:t>
            </w:r>
          </w:p>
        </w:tc>
        <w:tc>
          <w:tcPr>
            <w:tcW w:type="dxa" w:w="3887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70" w:lineRule="exact" w:before="73" w:after="0"/>
              <w:ind w:left="4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2"/>
                <w:sz w:val="17"/>
              </w:rPr>
              <w:t>Rua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0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7"/>
              </w:rPr>
              <w:t>Seis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6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5"/>
                <w:sz w:val="17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4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7"/>
              </w:rPr>
              <w:t>Sitia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6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2"/>
                <w:sz w:val="17"/>
              </w:rPr>
              <w:t>São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2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7"/>
              </w:rPr>
              <w:t>Francisco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7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5"/>
                <w:sz w:val="17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4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7"/>
              </w:rPr>
              <w:t>Guarulhas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7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51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1"/>
                <w:sz w:val="17"/>
              </w:rPr>
              <w:t>SP</w:t>
            </w:r>
          </w:p>
        </w:tc>
        <w:tc>
          <w:tcPr>
            <w:tcW w:type="dxa" w:w="2657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657"/>
            <w:vMerge/>
            <w:tcMar>
              <w:left w:type="dxa" w:w="0"/>
              <w:right w:type="dxa" w:w="0"/>
            </w:tcMar>
          </w:tcPr>
          <w:p/>
        </w:tc>
      </w:tr>
    </w:tbl>
    <w:p>
      <w:pPr>
        <w:widowControl/>
        <w:wordWrap w:val="0"/>
        <w:autoSpaceDE w:val="0"/>
        <w:autoSpaceDN w:val="0"/>
        <w:spacing w:line="230" w:lineRule="exact" w:before="783" w:after="86"/>
        <w:ind w:left="482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7"/>
          <w:sz w:val="23"/>
        </w:rPr>
        <w:t>aUAoãÕÕÊMÜ</w:t>
      </w:r>
      <w:r>
        <w:rPr>
          <w:rFonts w:ascii="Arial" w:hAnsi="Arial" w:eastAsia="Arial"/>
          <w:b w:val="0"/>
          <w:i w:val="0"/>
          <w:color w:val="FFFFFF"/>
          <w:spacing w:val="-14"/>
          <w:sz w:val="23"/>
        </w:rPr>
        <w:t>:</w:t>
      </w:r>
    </w:p>
    <w:p>
      <w:pPr>
        <w:widowControl/>
        <w:wordWrap w:val="0"/>
        <w:autoSpaceDE w:val="0"/>
        <w:autoSpaceDN w:val="0"/>
        <w:spacing w:line="14" w:lineRule="exact" w:before="159" w:after="0"/>
        <w:ind w:left="0" w:right="0"/>
      </w:pPr>
    </w:p>
    <w:tbl>
      <w:tblPr>
        <w:tblW w:type="auto" w:w="0"/>
        <w:tblInd w:type="dxa" w:w="40"/>
        <w:tblLayout w:type="fixed"/>
        <w:tblLook w:firstColumn="1" w:firstRow="1" w:lastColumn="0" w:lastRow="0" w:noHBand="0" w:noVBand="1" w:val="04A0"/>
      </w:tblPr>
      <w:tblGrid>
        <w:gridCol w:w="1181"/>
        <w:gridCol w:w="1181"/>
        <w:gridCol w:w="1181"/>
        <w:gridCol w:w="1181"/>
        <w:gridCol w:w="1181"/>
        <w:gridCol w:w="1181"/>
        <w:gridCol w:w="1181"/>
        <w:gridCol w:w="1181"/>
        <w:gridCol w:w="1181"/>
      </w:tblGrid>
      <w:tr>
        <w:trPr>
          <w:trHeight w:hRule="exact" w:val="229"/>
        </w:trPr>
        <w:tc>
          <w:tcPr>
            <w:tcW w:type="dxa" w:w="571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2408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7"/>
                <w:sz w:val="19"/>
              </w:rPr>
              <w:t>;'\</w:t>
            </w:r>
          </w:p>
        </w:tc>
        <w:tc>
          <w:tcPr>
            <w:tcW w:type="dxa" w:w="115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30" w:lineRule="exact" w:before="354" w:after="0"/>
              <w:ind w:left="48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w w:val="110"/>
                <w:sz w:val="3"/>
              </w:rPr>
              <w:t>!</w:t>
            </w:r>
          </w:p>
        </w:tc>
        <w:tc>
          <w:tcPr>
            <w:tcW w:type="dxa" w:w="146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280" w:after="0"/>
              <w:ind w:left="69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5"/>
              </w:rPr>
              <w:t>20m</w:t>
            </w:r>
          </w:p>
        </w:tc>
        <w:tc>
          <w:tcPr>
            <w:tcW w:type="dxa" w:w="157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340" w:after="0"/>
              <w:ind w:left="50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5"/>
              </w:rPr>
              <w:t>Pav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5"/>
              </w:rPr>
              <w:t>Té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5"/>
              </w:rPr>
              <w:t>?'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5"/>
              </w:rPr>
              <w:t>reo</w:t>
            </w:r>
          </w:p>
        </w:tc>
        <w:tc>
          <w:tcPr>
            <w:tcW w:type="dxa" w:w="1579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368" w:after="0"/>
              <w:ind w:left="45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4"/>
              </w:rPr>
              <w:t>BefçáNo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6"/>
                <w:sz w:val="14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4"/>
              </w:rPr>
              <w:t>1</w:t>
            </w:r>
          </w:p>
        </w:tc>
        <w:tc>
          <w:tcPr>
            <w:tcW w:type="dxa" w:w="1111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268" w:after="0"/>
              <w:ind w:left="57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1"/>
                <w:sz w:val="14"/>
              </w:rPr>
              <w:t>A</w:t>
            </w:r>
          </w:p>
        </w:tc>
        <w:tc>
          <w:tcPr>
            <w:tcW w:type="dxa" w:w="169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0" w:after="0"/>
              <w:ind w:left="44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4"/>
                <w:sz w:val="15"/>
              </w:rPr>
              <w:t>Q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5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5"/>
              </w:rPr>
              <w:t>Ülvn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2"/>
                <w:sz w:val="15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5"/>
              </w:rPr>
              <w:t>4LIJl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5"/>
                <w:sz w:val="15"/>
              </w:rPr>
              <w:t>\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5"/>
              </w:rPr>
              <w:t>©S</w:t>
            </w:r>
          </w:p>
        </w:tc>
        <w:tc>
          <w:tcPr>
            <w:tcW w:type="dxa" w:w="140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70" w:lineRule="exact" w:before="24" w:after="0"/>
              <w:ind w:left="15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6"/>
                <w:sz w:val="17"/>
              </w:rPr>
              <w:t>WAiw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1"/>
                <w:sz w:val="17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6"/>
                <w:sz w:val="17"/>
              </w:rPr>
              <w:t>PROFSSOI</w:t>
            </w:r>
          </w:p>
        </w:tc>
      </w:tr>
      <w:tr>
        <w:trPr>
          <w:trHeight w:hRule="exact" w:val="15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9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79" w:after="0"/>
              <w:ind w:left="94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4"/>
              </w:rPr>
              <w:t>8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24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0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10" w:lineRule="exact" w:before="49" w:after="0"/>
              <w:ind w:left="73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15"/>
                <w:sz w:val="21"/>
              </w:rPr>
              <w:t>l</w:t>
            </w:r>
          </w:p>
        </w:tc>
      </w:tr>
      <w:tr>
        <w:trPr>
          <w:trHeight w:hRule="exact" w:val="24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11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60" w:after="0"/>
              <w:ind w:left="57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2"/>
                <w:sz w:val="14"/>
              </w:rPr>
              <w:t>B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53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9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80" w:lineRule="exact" w:before="44" w:after="0"/>
              <w:ind w:left="94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8"/>
              </w:rPr>
              <w:t>8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9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0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42" w:after="0"/>
              <w:ind w:left="73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2"/>
                <w:sz w:val="14"/>
              </w:rPr>
              <w:t>Í</w:t>
            </w:r>
          </w:p>
        </w:tc>
      </w:tr>
      <w:tr>
        <w:trPr>
          <w:trHeight w:hRule="exact" w:val="81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5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189" w:after="0"/>
              <w:ind w:left="46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2"/>
              </w:rPr>
              <w:t>2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47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57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165" w:after="0"/>
              <w:ind w:left="48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5"/>
              </w:rPr>
              <w:t>Pav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8"/>
                <w:sz w:val="15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15"/>
              </w:rPr>
              <w:t>Torno</w:t>
            </w:r>
          </w:p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8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579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194" w:after="0"/>
              <w:ind w:left="43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3"/>
              </w:rPr>
              <w:t>Berçárb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84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5"/>
                <w:sz w:val="13"/>
              </w:rPr>
              <w:t>f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34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11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0" w:lineRule="exact" w:before="42" w:after="0"/>
              <w:ind w:left="55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1"/>
                <w:sz w:val="16"/>
              </w:rPr>
              <w:t>D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38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9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0" w:lineRule="exact" w:before="28" w:after="0"/>
              <w:ind w:left="92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6"/>
              </w:rPr>
              <w:t>8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37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0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54" w:after="0"/>
              <w:ind w:left="73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2"/>
                <w:sz w:val="13"/>
              </w:rPr>
              <w:t>}</w:t>
            </w:r>
          </w:p>
        </w:tc>
      </w:tr>
      <w:tr>
        <w:trPr>
          <w:trHeight w:hRule="exact" w:val="49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6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489" w:after="0"/>
              <w:ind w:left="67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4"/>
              </w:rPr>
              <w:t>24m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2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11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56" w:after="0"/>
              <w:ind w:left="57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6"/>
                <w:sz w:val="12"/>
              </w:rPr>
              <w:t>E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9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9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58" w:after="0"/>
              <w:ind w:left="94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9"/>
              </w:rPr>
              <w:t>8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69"/>
                <w:sz w:val="1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3"/>
                <w:sz w:val="19"/>
              </w:rPr>
              <w:t>,&gt;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19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0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10" w:lineRule="exact" w:before="33" w:after="0"/>
              <w:ind w:left="73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15"/>
                <w:sz w:val="21"/>
              </w:rPr>
              <w:t>l</w:t>
            </w:r>
          </w:p>
        </w:tc>
      </w:tr>
      <w:tr>
        <w:trPr>
          <w:trHeight w:hRule="exact" w:val="69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5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0" w:lineRule="exact" w:before="234" w:after="0"/>
              <w:ind w:left="44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6"/>
              </w:rPr>
              <w:t>3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74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57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70" w:lineRule="exact" w:before="217" w:after="0"/>
              <w:ind w:left="60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2"/>
                <w:sz w:val="17"/>
              </w:rPr>
              <w:t>I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5"/>
                <w:sz w:val="17"/>
              </w:rPr>
              <w:t>'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11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6"/>
                <w:sz w:val="17"/>
              </w:rPr>
              <w:t>PAV</w:t>
            </w:r>
          </w:p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5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579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235" w:after="0"/>
              <w:ind w:left="43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13"/>
              </w:rPr>
              <w:t>Beíçárh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92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9"/>
                <w:sz w:val="13"/>
              </w:rPr>
              <w:t>l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08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0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42" w:after="0"/>
              <w:ind w:left="73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10"/>
                <w:sz w:val="14"/>
              </w:rPr>
              <w:t>l</w:t>
            </w:r>
          </w:p>
        </w:tc>
      </w:tr>
      <w:tr>
        <w:trPr>
          <w:trHeight w:hRule="exact" w:val="97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9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54" w:after="0"/>
              <w:ind w:left="92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4"/>
              </w:rPr>
              <w:t>8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70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0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10" w:lineRule="exact" w:before="22" w:after="0"/>
              <w:ind w:left="71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15"/>
                <w:sz w:val="21"/>
              </w:rPr>
              <w:t>l</w:t>
            </w:r>
          </w:p>
        </w:tc>
      </w:tr>
      <w:tr>
        <w:trPr>
          <w:trHeight w:hRule="exact" w:val="30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11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80" w:lineRule="exact" w:before="516" w:after="0"/>
              <w:ind w:left="53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5"/>
                <w:sz w:val="18"/>
              </w:rPr>
              <w:t>A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8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5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78" w:after="0"/>
              <w:ind w:left="44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4"/>
              </w:rPr>
              <w:t>4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8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9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20" w:after="0"/>
              <w:ind w:left="92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9"/>
              </w:rPr>
              <w:t>8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9"/>
                <w:sz w:val="1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10"/>
                <w:sz w:val="19"/>
              </w:rPr>
              <w:t>/'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2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6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70" w:lineRule="exact" w:before="168" w:after="0"/>
              <w:ind w:left="63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2"/>
                <w:sz w:val="17"/>
              </w:rPr>
              <w:t>U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1"/>
                <w:sz w:val="17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7"/>
              </w:rPr>
              <w:t>13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9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0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10" w:lineRule="exact" w:before="15" w:after="0"/>
              <w:ind w:left="71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15"/>
                <w:sz w:val="21"/>
              </w:rPr>
              <w:t>l</w:t>
            </w:r>
          </w:p>
        </w:tc>
      </w:tr>
      <w:tr>
        <w:trPr>
          <w:trHeight w:hRule="exact" w:val="32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57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183" w:after="0"/>
              <w:ind w:left="58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2"/>
                <w:sz w:val="15"/>
              </w:rPr>
              <w:t>I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4"/>
                <w:sz w:val="15"/>
              </w:rPr>
              <w:t>'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46"/>
                <w:sz w:val="15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4"/>
                <w:sz w:val="15"/>
              </w:rPr>
              <w:t>PAV</w:t>
            </w:r>
          </w:p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47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579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0" w:lineRule="exact" w:before="163" w:after="0"/>
              <w:ind w:left="43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w w:val="99"/>
                <w:sz w:val="16"/>
              </w:rPr>
              <w:t>Materwi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42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9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10" w:lineRule="exact" w:before="17" w:after="0"/>
              <w:ind w:left="88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6"/>
                <w:sz w:val="21"/>
              </w:rPr>
              <w:t>!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7"/>
                <w:sz w:val="21"/>
              </w:rPr>
              <w:t>s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5"/>
                <w:sz w:val="2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21"/>
              </w:rPr>
              <w:t>,.'"''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72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0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10" w:lineRule="exact" w:before="15" w:after="0"/>
              <w:ind w:left="71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15"/>
                <w:sz w:val="21"/>
              </w:rPr>
              <w:t>l</w:t>
            </w:r>
          </w:p>
        </w:tc>
      </w:tr>
      <w:tr>
        <w:trPr>
          <w:trHeight w:hRule="exact" w:val="55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5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0" w:lineRule="exact" w:before="142" w:after="0"/>
              <w:ind w:left="42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6"/>
              </w:rPr>
              <w:t>5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30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9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42" w:after="0"/>
              <w:ind w:left="90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4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4"/>
                <w:sz w:val="14"/>
              </w:rPr>
              <w:t>'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0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57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145" w:after="0"/>
              <w:ind w:left="58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5"/>
              </w:rPr>
              <w:t>2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4"/>
                <w:sz w:val="15"/>
              </w:rPr>
              <w:t>'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8"/>
                <w:sz w:val="15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4"/>
                <w:sz w:val="15"/>
              </w:rPr>
              <w:t>PAV</w:t>
            </w:r>
          </w:p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57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0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42" w:after="0"/>
              <w:ind w:left="71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10"/>
                <w:sz w:val="14"/>
              </w:rPr>
              <w:t>l</w:t>
            </w:r>
          </w:p>
        </w:tc>
      </w:tr>
      <w:tr>
        <w:trPr>
          <w:trHeight w:hRule="exact" w:val="10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11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53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2"/>
                <w:sz w:val="14"/>
              </w:rPr>
              <w:t>B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39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864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299" w:after="0"/>
              <w:ind w:left="39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Befçáfio</w:t>
            </w:r>
          </w:p>
        </w:tc>
        <w:tc>
          <w:tcPr>
            <w:tcW w:type="dxa" w:w="716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299" w:after="0"/>
              <w:ind w:left="54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8"/>
                <w:sz w:val="11"/>
              </w:rPr>
              <w:t>ll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93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0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10" w:lineRule="exact" w:before="22" w:after="0"/>
              <w:ind w:left="69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15"/>
                <w:sz w:val="21"/>
              </w:rPr>
              <w:t>l</w:t>
            </w:r>
          </w:p>
        </w:tc>
      </w:tr>
      <w:tr>
        <w:trPr>
          <w:trHeight w:hRule="exact" w:val="5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6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0" w:lineRule="exact" w:before="489" w:after="0"/>
              <w:ind w:left="63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6"/>
              </w:rPr>
              <w:t>24h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82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9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60" w:after="0"/>
              <w:ind w:left="90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4"/>
              </w:rPr>
              <w:t>8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81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11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0" w:lineRule="exact" w:before="42" w:after="0"/>
              <w:ind w:left="53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4"/>
                <w:sz w:val="16"/>
              </w:rPr>
              <w:t>C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72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0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28" w:after="0"/>
              <w:ind w:left="69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15"/>
              </w:rPr>
              <w:t>Z</w:t>
            </w:r>
          </w:p>
        </w:tc>
      </w:tr>
      <w:tr>
        <w:trPr>
          <w:trHeight w:hRule="exact" w:val="18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5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30" w:lineRule="exact" w:before="331" w:after="0"/>
              <w:ind w:left="40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w w:val="114"/>
                <w:sz w:val="3"/>
              </w:rPr>
              <w:t>'</w:t>
            </w:r>
            <w:r>
              <w:rPr>
                <w:rFonts w:ascii="Arial" w:hAnsi="Arial" w:eastAsia="Arial"/>
                <w:b w:val="0"/>
                <w:i w:val="0"/>
                <w:color w:val="FFFFFF"/>
                <w:w w:val="98"/>
                <w:sz w:val="3"/>
              </w:rPr>
              <w:t>6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93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57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0" w:lineRule="exact" w:before="271" w:after="0"/>
              <w:ind w:left="58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6"/>
              </w:rPr>
              <w:t>2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4"/>
                <w:sz w:val="16"/>
              </w:rPr>
              <w:t>'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5"/>
                <w:sz w:val="16"/>
              </w:rPr>
              <w:t>PAV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57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9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46" w:after="0"/>
              <w:ind w:left="88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5"/>
              </w:rPr>
              <w:t>8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30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0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61" w:after="0"/>
              <w:ind w:left="69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3"/>
                <w:sz w:val="11"/>
              </w:rPr>
              <w:t>!</w:t>
            </w:r>
          </w:p>
        </w:tc>
      </w:tr>
      <w:tr>
        <w:trPr>
          <w:trHeight w:hRule="exact" w:val="137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579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159" w:after="0"/>
              <w:ind w:left="37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5"/>
              </w:rPr>
              <w:t>Berçáíio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5"/>
                <w:sz w:val="15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5"/>
              </w:rPr>
              <w:t>11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7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11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0" w:lineRule="exact" w:before="286" w:after="0"/>
              <w:ind w:left="53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1"/>
                <w:sz w:val="12"/>
              </w:rPr>
              <w:t>F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2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9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45" w:after="0"/>
              <w:ind w:left="88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5"/>
              </w:rPr>
              <w:t>8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32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0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10" w:lineRule="exact" w:before="25" w:after="0"/>
              <w:ind w:left="67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15"/>
                <w:sz w:val="21"/>
              </w:rPr>
              <w:t>l</w:t>
            </w:r>
          </w:p>
        </w:tc>
      </w:tr>
      <w:tr>
        <w:trPr>
          <w:trHeight w:hRule="exact" w:val="19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9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49" w:after="0"/>
              <w:ind w:left="88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4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4"/>
                <w:sz w:val="14"/>
              </w:rPr>
              <w:t>'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50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0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10" w:lineRule="exact" w:before="15" w:after="0"/>
              <w:ind w:left="67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15"/>
                <w:sz w:val="21"/>
              </w:rPr>
              <w:t>l</w:t>
            </w:r>
          </w:p>
        </w:tc>
      </w:tr>
      <w:tr>
        <w:trPr>
          <w:trHeight w:hRule="exact" w:val="32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5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10" w:lineRule="exact" w:before="303" w:after="0"/>
              <w:ind w:left="40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"/>
                <w:sz w:val="11"/>
              </w:rPr>
              <w:t>7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3"/>
                <w:sz w:val="11"/>
              </w:rPr>
              <w:t>'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48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6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288" w:after="0"/>
              <w:ind w:left="61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4"/>
              </w:rPr>
              <w:t>24m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50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57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70" w:lineRule="exact" w:before="296" w:after="0"/>
              <w:ind w:left="54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7"/>
              </w:rPr>
              <w:t>2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5"/>
                <w:sz w:val="17"/>
              </w:rPr>
              <w:t>'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-12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9"/>
                <w:sz w:val="17"/>
              </w:rPr>
              <w:t>PW</w:t>
            </w:r>
          </w:p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5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11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0" w:lineRule="exact" w:before="54" w:after="0"/>
              <w:ind w:left="51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7"/>
                <w:sz w:val="16"/>
              </w:rPr>
              <w:t>G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43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579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0" w:lineRule="exact" w:before="293" w:after="0"/>
              <w:ind w:left="35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3"/>
              </w:rPr>
              <w:t>Befçáfio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55"/>
                <w:sz w:val="13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9"/>
                <w:sz w:val="13"/>
              </w:rPr>
              <w:t>ll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2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9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70" w:lineRule="exact" w:before="58" w:after="0"/>
              <w:ind w:left="88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7"/>
              </w:rPr>
              <w:t>8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5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5"/>
                <w:sz w:val="17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3"/>
                <w:sz w:val="17"/>
              </w:rPr>
              <w:t>«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17"/>
              </w:rPr>
              <w:t>: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7"/>
              </w:rPr>
              <w:t>z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98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0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10" w:lineRule="exact" w:before="15" w:after="0"/>
              <w:ind w:left="67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15"/>
                <w:sz w:val="21"/>
              </w:rPr>
              <w:t>l</w:t>
            </w:r>
          </w:p>
        </w:tc>
      </w:tr>
      <w:tr>
        <w:trPr>
          <w:trHeight w:hRule="exact" w:val="42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11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44" w:after="0"/>
              <w:ind w:left="49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8"/>
                <w:sz w:val="15"/>
              </w:rPr>
              <w:t>H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03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9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70" w:lineRule="exact" w:before="26" w:after="0"/>
              <w:ind w:left="86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7"/>
              </w:rPr>
              <w:t>8</w:t>
            </w:r>
          </w:p>
        </w:tc>
        <w:tc>
          <w:tcPr>
            <w:tcW w:type="dxa" w:w="140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10" w:lineRule="exact" w:before="14" w:after="0"/>
              <w:ind w:left="67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15"/>
                <w:sz w:val="21"/>
              </w:rPr>
              <w:t>l</w:t>
            </w:r>
          </w:p>
        </w:tc>
      </w:tr>
      <w:tr>
        <w:trPr>
          <w:trHeight w:hRule="exact" w:val="64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9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7" w:after="0"/>
              <w:ind w:left="86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24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"/>
                <w:sz w:val="24"/>
              </w:rPr>
              <w:t>#</w:t>
            </w:r>
          </w:p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84"/>
        </w:trPr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362"/>
            <w:gridSpan w:val="2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18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03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42" w:after="0"/>
              <w:ind w:left="67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10"/>
                <w:sz w:val="14"/>
              </w:rPr>
              <w:t>l</w:t>
            </w:r>
          </w:p>
        </w:tc>
      </w:tr>
    </w:tbl>
    <w:p>
      <w:pPr>
        <w:widowControl/>
        <w:wordWrap w:val="0"/>
        <w:autoSpaceDE w:val="0"/>
        <w:autoSpaceDN w:val="0"/>
        <w:spacing w:line="40" w:lineRule="exact" w:before="777" w:after="7"/>
        <w:ind w:left="824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1"/>
          <w:sz w:val="4"/>
        </w:rPr>
        <w:t>'</w:t>
      </w:r>
      <w:r>
        <w:rPr>
          <w:rFonts w:ascii="Times New Roman" w:hAnsi="Times New Roman" w:eastAsia="Times New Roman"/>
          <w:b w:val="0"/>
          <w:color w:val="FFFFFF"/>
          <w:spacing w:val="1"/>
          <w:sz w:val="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w w:val="105"/>
          <w:sz w:val="4"/>
        </w:rPr>
        <w:t>I</w:t>
      </w:r>
      <w:r>
        <w:rPr>
          <w:rFonts w:ascii="Arial" w:hAnsi="Arial" w:eastAsia="Arial"/>
          <w:b w:val="0"/>
          <w:i w:val="0"/>
          <w:color w:val="FFFFFF"/>
          <w:spacing w:val="-1"/>
          <w:sz w:val="4"/>
        </w:rPr>
        <w:t>'.:;'::</w:t>
      </w:r>
      <w:r>
        <w:rPr>
          <w:rFonts w:ascii="Times New Roman" w:hAnsi="Times New Roman" w:eastAsia="Times New Roman"/>
          <w:b w:val="0"/>
          <w:color w:val="FFFFFF"/>
          <w:spacing w:val="16"/>
          <w:sz w:val="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2"/>
          <w:sz w:val="4"/>
        </w:rPr>
        <w:t>;::</w:t>
      </w:r>
      <w:r>
        <w:rPr>
          <w:rFonts w:ascii="Times New Roman" w:hAnsi="Times New Roman" w:eastAsia="Times New Roman"/>
          <w:b w:val="0"/>
          <w:color w:val="FFFFFF"/>
          <w:spacing w:val="2"/>
          <w:sz w:val="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w w:val="93"/>
          <w:sz w:val="4"/>
        </w:rPr>
        <w:t>':</w:t>
      </w:r>
      <w:r>
        <w:rPr>
          <w:rFonts w:ascii="Times New Roman" w:hAnsi="Times New Roman" w:eastAsia="Times New Roman"/>
          <w:b w:val="0"/>
          <w:color w:val="FFFFFF"/>
          <w:spacing w:val="13"/>
          <w:sz w:val="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3"/>
          <w:sz w:val="4"/>
        </w:rPr>
        <w:t>.</w:t>
      </w:r>
      <w:r>
        <w:rPr>
          <w:rFonts w:ascii="Times New Roman" w:hAnsi="Times New Roman" w:eastAsia="Times New Roman"/>
          <w:b w:val="0"/>
          <w:color w:val="FFFFFF"/>
          <w:spacing w:val="1"/>
          <w:sz w:val="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2"/>
          <w:sz w:val="4"/>
        </w:rPr>
        <w:t>:</w:t>
      </w:r>
      <w:r>
        <w:rPr>
          <w:rFonts w:ascii="Times New Roman" w:hAnsi="Times New Roman" w:eastAsia="Times New Roman"/>
          <w:b w:val="0"/>
          <w:color w:val="FFFFFF"/>
          <w:spacing w:val="1"/>
          <w:sz w:val="4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2"/>
          <w:sz w:val="4"/>
        </w:rPr>
        <w:t>.::</w:t>
      </w:r>
    </w:p>
    <w:p>
      <w:pPr>
        <w:widowControl/>
        <w:wordWrap w:val="0"/>
        <w:autoSpaceDE w:val="0"/>
        <w:autoSpaceDN w:val="0"/>
        <w:spacing w:line="150" w:lineRule="exact" w:before="13" w:after="17"/>
        <w:ind w:left="976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7"/>
          <w:sz w:val="15"/>
        </w:rPr>
        <w:t>i</w:t>
      </w:r>
      <w:r>
        <w:rPr>
          <w:rFonts w:ascii="Arial" w:hAnsi="Arial" w:eastAsia="Arial"/>
          <w:b w:val="0"/>
          <w:i w:val="0"/>
          <w:color w:val="FFFFFF"/>
          <w:spacing w:val="-6"/>
          <w:sz w:val="15"/>
        </w:rPr>
        <w:t>'+:</w:t>
      </w:r>
    </w:p>
    <w:p>
      <w:pPr>
        <w:widowControl/>
        <w:wordWrap w:val="0"/>
        <w:autoSpaceDE w:val="0"/>
        <w:autoSpaceDN w:val="0"/>
        <w:spacing w:line="14" w:lineRule="exact" w:before="20" w:after="0"/>
        <w:ind w:left="0" w:right="0"/>
      </w:pPr>
    </w:p>
    <w:tbl>
      <w:tblPr>
        <w:tblW w:type="auto" w:w="0"/>
        <w:tblInd w:type="dxa" w:w="7720"/>
        <w:tblLayout w:type="fixed"/>
        <w:tblLook w:firstColumn="1" w:firstRow="1" w:lastColumn="0" w:lastRow="0" w:noHBand="0" w:noVBand="1" w:val="04A0"/>
      </w:tblPr>
      <w:tblGrid>
        <w:gridCol w:w="5313"/>
        <w:gridCol w:w="5313"/>
      </w:tblGrid>
      <w:tr>
        <w:trPr>
          <w:trHeight w:hRule="exact" w:val="566"/>
        </w:trPr>
        <w:tc>
          <w:tcPr>
            <w:tcW w:type="dxa" w:w="1647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70" w:lineRule="exact" w:before="0" w:after="0"/>
              <w:ind w:left="34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4"/>
                <w:sz w:val="17"/>
              </w:rPr>
              <w:t>Volantes</w:t>
            </w:r>
          </w:p>
          <w:p>
            <w:pPr>
              <w:widowControl/>
              <w:wordWrap w:val="0"/>
              <w:autoSpaceDE w:val="0"/>
              <w:autoSpaceDN w:val="0"/>
              <w:spacing w:line="170" w:lineRule="exact" w:before="190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z w:val="17"/>
              </w:rPr>
              <w:t>Total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0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7"/>
              </w:rPr>
              <w:t>Professores</w:t>
            </w:r>
          </w:p>
        </w:tc>
        <w:tc>
          <w:tcPr>
            <w:tcW w:type="dxa" w:w="55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10" w:lineRule="exact" w:before="8" w:after="0"/>
              <w:ind w:left="453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15"/>
                <w:sz w:val="21"/>
              </w:rPr>
              <w:t>l</w:t>
            </w:r>
          </w:p>
          <w:p>
            <w:pPr>
              <w:widowControl/>
              <w:wordWrap w:val="0"/>
              <w:autoSpaceDE w:val="0"/>
              <w:autoSpaceDN w:val="0"/>
              <w:spacing w:line="150" w:lineRule="exact" w:before="197" w:after="0"/>
              <w:ind w:left="373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5"/>
              </w:rPr>
              <w:t>18</w:t>
            </w:r>
          </w:p>
        </w:tc>
      </w:tr>
    </w:tbl>
    <w:p>
      <w:pPr>
        <w:widowControl/>
        <w:wordWrap w:val="0"/>
        <w:autoSpaceDE w:val="0"/>
        <w:autoSpaceDN w:val="0"/>
        <w:spacing w:line="180" w:lineRule="exact" w:before="6" w:after="431"/>
        <w:ind w:left="30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2"/>
          <w:sz w:val="18"/>
        </w:rPr>
        <w:t>13</w:t>
      </w:r>
      <w:r>
        <w:rPr>
          <w:rFonts w:ascii="Times New Roman" w:hAnsi="Times New Roman" w:eastAsia="Times New Roman"/>
          <w:b w:val="0"/>
          <w:color w:val="FFFFFF"/>
          <w:spacing w:val="-21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6"/>
          <w:sz w:val="18"/>
        </w:rPr>
        <w:t>dé</w:t>
      </w:r>
      <w:r>
        <w:rPr>
          <w:rFonts w:ascii="Times New Roman" w:hAnsi="Times New Roman" w:eastAsia="Times New Roman"/>
          <w:b w:val="0"/>
          <w:color w:val="FFFFFF"/>
          <w:spacing w:val="-13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3"/>
          <w:sz w:val="18"/>
        </w:rPr>
        <w:t>Maio</w:t>
      </w:r>
      <w:r>
        <w:rPr>
          <w:rFonts w:ascii="Times New Roman" w:hAnsi="Times New Roman" w:eastAsia="Times New Roman"/>
          <w:b w:val="0"/>
          <w:color w:val="FFFFFF"/>
          <w:spacing w:val="-1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6"/>
          <w:sz w:val="18"/>
        </w:rPr>
        <w:t>de</w:t>
      </w:r>
      <w:r>
        <w:rPr>
          <w:rFonts w:ascii="Times New Roman" w:hAnsi="Times New Roman" w:eastAsia="Times New Roman"/>
          <w:b w:val="0"/>
          <w:color w:val="FFFFFF"/>
          <w:spacing w:val="-13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2"/>
          <w:sz w:val="18"/>
        </w:rPr>
        <w:t>2024</w:t>
      </w:r>
    </w:p>
    <w:p>
      <w:pPr>
        <w:widowControl/>
        <w:wordWrap w:val="0"/>
        <w:autoSpaceDE w:val="0"/>
        <w:autoSpaceDN w:val="0"/>
        <w:spacing w:line="14" w:lineRule="exact" w:before="849" w:after="0"/>
        <w:ind w:left="0" w:right="0"/>
      </w:pPr>
    </w:p>
    <w:tbl>
      <w:tblPr>
        <w:tblW w:type="auto" w:w="0"/>
        <w:tblInd w:type="dxa" w:w="8220"/>
        <w:tblLayout w:type="fixed"/>
        <w:tblLook w:firstColumn="1" w:firstRow="1" w:lastColumn="0" w:lastRow="0" w:noHBand="0" w:noVBand="1" w:val="04A0"/>
      </w:tblPr>
      <w:tblGrid>
        <w:gridCol w:w="5313"/>
        <w:gridCol w:w="5313"/>
      </w:tblGrid>
      <w:tr>
        <w:trPr>
          <w:trHeight w:hRule="exact" w:val="710"/>
        </w:trPr>
        <w:tc>
          <w:tcPr>
            <w:tcW w:type="dxa" w:w="883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370" w:lineRule="exact" w:before="82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5"/>
                <w:sz w:val="25"/>
              </w:rPr>
              <w:t>: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0"/>
                <w:sz w:val="25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4"/>
                <w:sz w:val="25"/>
              </w:rPr>
              <w:t>:',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31"/>
                <w:sz w:val="25"/>
              </w:rPr>
              <w:t>#.</w:t>
            </w:r>
          </w:p>
          <w:p>
            <w:pPr>
              <w:widowControl/>
              <w:wordWrap w:val="0"/>
              <w:autoSpaceDE w:val="0"/>
              <w:autoSpaceDN w:val="0"/>
              <w:spacing w:line="240" w:lineRule="exact" w:before="18" w:after="0"/>
              <w:ind w:left="18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24"/>
              </w:rPr>
              <w:t>','*</w:t>
            </w:r>
            <w:r>
              <w:rPr>
                <w:rFonts w:ascii="Times New Roman" w:hAnsi="Times New Roman" w:eastAsia="Times New Roman"/>
                <w:b w:val="0"/>
                <w:color w:val="FFFFFF"/>
                <w:spacing w:val="30"/>
                <w:sz w:val="1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3"/>
                <w:sz w:val="11"/>
              </w:rPr>
              <w:t>'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1"/>
              </w:rPr>
              <w:t>b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7"/>
                <w:sz w:val="11"/>
              </w:rPr>
              <w:t>.</w:t>
            </w:r>
          </w:p>
        </w:tc>
        <w:tc>
          <w:tcPr>
            <w:tcW w:type="dxa" w:w="1035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380" w:lineRule="exact" w:before="0" w:after="0"/>
              <w:ind w:left="27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10"/>
                <w:sz w:val="38"/>
              </w:rPr>
              <w:t>'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1"/>
                <w:sz w:val="38"/>
              </w:rPr>
              <w:t>T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5"/>
                <w:sz w:val="38"/>
              </w:rPr>
              <w:t>,,--</w:t>
            </w:r>
          </w:p>
        </w:tc>
      </w:tr>
    </w:tbl>
    <w:p>
      <w:pPr>
        <w:widowControl/>
        <w:wordWrap w:val="0"/>
        <w:autoSpaceDE w:val="0"/>
        <w:autoSpaceDN w:val="0"/>
        <w:spacing w:line="30" w:lineRule="exact" w:before="145" w:after="0"/>
        <w:ind w:left="936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"/>
          <w:sz w:val="3"/>
        </w:rPr>
        <w:t>.#:"</w:t>
      </w:r>
    </w:p>
    <w:p>
      <w:pPr>
        <w:spacing w:after="0"/>
        <w:sectPr>
          <w:pgSz w:w="11900" w:h="16840"/>
          <w:pgMar w:top="1" w:right="613" w:bottom="1440" w:left="660" w:header="720" w:footer="720" w:gutter="0"/>
          <w:cols w:space="720" w:num="1" w:equalWidth="0">
            <w:col w:w="10627" w:space="0"/>
            <w:col w:w="4937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46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830" w:lineRule="exact" w:before="119" w:after="8"/>
        <w:ind w:left="854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73"/>
          <w:sz w:val="83"/>
        </w:rPr>
        <w:t>J</w:t>
      </w:r>
    </w:p>
    <w:p>
      <w:pPr>
        <w:widowControl/>
        <w:wordWrap w:val="0"/>
        <w:autoSpaceDE w:val="0"/>
        <w:autoSpaceDN w:val="0"/>
        <w:spacing w:line="110" w:lineRule="exact" w:before="16" w:after="402"/>
        <w:ind w:left="856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2"/>
          <w:sz w:val="11"/>
        </w:rPr>
        <w:t>:'</w:t>
      </w:r>
      <w:r>
        <w:rPr>
          <w:rFonts w:ascii="Arial" w:hAnsi="Arial" w:eastAsia="Arial"/>
          <w:b w:val="0"/>
          <w:i w:val="0"/>
          <w:color w:val="FFFFFF"/>
          <w:spacing w:val="8"/>
          <w:sz w:val="11"/>
        </w:rPr>
        <w:t>l</w:t>
      </w:r>
      <w:r>
        <w:rPr>
          <w:rFonts w:ascii="Arial" w:hAnsi="Arial" w:eastAsia="Arial"/>
          <w:b w:val="0"/>
          <w:i w:val="0"/>
          <w:color w:val="FFFFFF"/>
          <w:spacing w:val="-11"/>
          <w:sz w:val="11"/>
        </w:rPr>
        <w:t>;</w:t>
      </w:r>
      <w:r>
        <w:rPr>
          <w:rFonts w:ascii="Arial" w:hAnsi="Arial" w:eastAsia="Arial"/>
          <w:b w:val="0"/>
          <w:i w:val="0"/>
          <w:color w:val="FFFFFF"/>
          <w:spacing w:val="-65"/>
          <w:sz w:val="11"/>
        </w:rPr>
        <w:t>Ã</w:t>
      </w:r>
      <w:r>
        <w:rPr>
          <w:rFonts w:ascii="Arial" w:hAnsi="Arial" w:eastAsia="Arial"/>
          <w:b w:val="0"/>
          <w:i w:val="0"/>
          <w:color w:val="FFFFFF"/>
          <w:spacing w:val="-7"/>
          <w:sz w:val="11"/>
        </w:rPr>
        <w:t>.</w:t>
      </w:r>
      <w:r>
        <w:rPr>
          <w:rFonts w:ascii="Times New Roman" w:hAnsi="Times New Roman" w:eastAsia="Times New Roman"/>
          <w:b w:val="0"/>
          <w:color w:val="FFFFFF"/>
          <w:spacing w:val="5"/>
          <w:sz w:val="11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4"/>
          <w:sz w:val="11"/>
        </w:rPr>
        <w:t>!..</w:t>
      </w:r>
    </w:p>
    <w:p>
      <w:pPr>
        <w:widowControl/>
        <w:wordWrap w:val="0"/>
        <w:autoSpaceDE w:val="0"/>
        <w:autoSpaceDN w:val="0"/>
        <w:spacing w:line="220" w:lineRule="exact" w:before="803" w:after="37"/>
        <w:ind w:left="462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3"/>
          <w:sz w:val="22"/>
        </w:rPr>
        <w:t>Telefone</w:t>
      </w:r>
      <w:r>
        <w:rPr>
          <w:rFonts w:ascii="Arial" w:hAnsi="Arial" w:eastAsia="Arial"/>
          <w:b w:val="0"/>
          <w:i w:val="0"/>
          <w:color w:val="FFFFFF"/>
          <w:spacing w:val="-13"/>
          <w:sz w:val="22"/>
        </w:rPr>
        <w:t>:</w:t>
      </w:r>
      <w:r>
        <w:rPr>
          <w:rFonts w:ascii="Times New Roman" w:hAnsi="Times New Roman" w:eastAsia="Times New Roman"/>
          <w:b w:val="0"/>
          <w:color w:val="FFFFFF"/>
          <w:spacing w:val="14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0"/>
          <w:sz w:val="19"/>
        </w:rPr>
        <w:t>(</w:t>
      </w:r>
      <w:r>
        <w:rPr>
          <w:rFonts w:ascii="Arial" w:hAnsi="Arial" w:eastAsia="Arial"/>
          <w:b w:val="0"/>
          <w:i w:val="0"/>
          <w:color w:val="FFFFFF"/>
          <w:spacing w:val="-2"/>
          <w:sz w:val="19"/>
        </w:rPr>
        <w:t>1</w:t>
      </w:r>
      <w:r>
        <w:rPr>
          <w:rFonts w:ascii="Times New Roman" w:hAnsi="Times New Roman" w:eastAsia="Times New Roman"/>
          <w:b w:val="0"/>
          <w:color w:val="FFFFFF"/>
          <w:spacing w:val="-12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2"/>
          <w:sz w:val="22"/>
        </w:rPr>
        <w:t>1</w:t>
      </w:r>
      <w:r>
        <w:rPr>
          <w:rFonts w:ascii="Arial" w:hAnsi="Arial" w:eastAsia="Arial"/>
          <w:b w:val="0"/>
          <w:i w:val="0"/>
          <w:color w:val="FFFFFF"/>
          <w:spacing w:val="-12"/>
          <w:sz w:val="22"/>
        </w:rPr>
        <w:t>)</w:t>
      </w:r>
      <w:r>
        <w:rPr>
          <w:rFonts w:ascii="Times New Roman" w:hAnsi="Times New Roman" w:eastAsia="Times New Roman"/>
          <w:b w:val="0"/>
          <w:color w:val="FFFFFF"/>
          <w:spacing w:val="6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2"/>
          <w:sz w:val="21"/>
        </w:rPr>
        <w:t>96136</w:t>
      </w:r>
      <w:r>
        <w:rPr>
          <w:rFonts w:ascii="Arial" w:hAnsi="Arial" w:eastAsia="Arial"/>
          <w:b w:val="0"/>
          <w:i w:val="0"/>
          <w:color w:val="FFFFFF"/>
          <w:spacing w:val="6"/>
          <w:sz w:val="21"/>
        </w:rPr>
        <w:t>-</w:t>
      </w:r>
      <w:r>
        <w:rPr>
          <w:rFonts w:ascii="Arial" w:hAnsi="Arial" w:eastAsia="Arial"/>
          <w:b w:val="0"/>
          <w:i w:val="0"/>
          <w:color w:val="FFFFFF"/>
          <w:spacing w:val="-2"/>
          <w:sz w:val="21"/>
        </w:rPr>
        <w:t>1796</w:t>
      </w:r>
    </w:p>
    <w:p>
      <w:pPr>
        <w:widowControl/>
        <w:wordWrap w:val="0"/>
        <w:autoSpaceDE w:val="0"/>
        <w:autoSpaceDN w:val="0"/>
        <w:spacing w:line="100" w:lineRule="exact" w:before="74" w:after="352"/>
        <w:ind w:left="390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3"/>
          <w:sz w:val="10"/>
        </w:rPr>
        <w:t>E</w:t>
      </w:r>
      <w:r>
        <w:rPr>
          <w:rFonts w:ascii="Arial" w:hAnsi="Arial" w:eastAsia="Arial"/>
          <w:b w:val="0"/>
          <w:i w:val="0"/>
          <w:color w:val="FFFFFF"/>
          <w:spacing w:val="3"/>
          <w:sz w:val="10"/>
        </w:rPr>
        <w:t>-</w:t>
      </w:r>
      <w:r>
        <w:rPr>
          <w:rFonts w:ascii="Arial" w:hAnsi="Arial" w:eastAsia="Arial"/>
          <w:b w:val="0"/>
          <w:i w:val="0"/>
          <w:color w:val="FFFFFF"/>
          <w:spacing w:val="2"/>
          <w:sz w:val="10"/>
        </w:rPr>
        <w:t>ixlai</w:t>
      </w:r>
      <w:r>
        <w:rPr>
          <w:rFonts w:ascii="Arial" w:hAnsi="Arial" w:eastAsia="Arial"/>
          <w:b w:val="0"/>
          <w:i w:val="0"/>
          <w:color w:val="FFFFFF"/>
          <w:spacing w:val="-2"/>
          <w:sz w:val="10"/>
        </w:rPr>
        <w:t>]:</w:t>
      </w:r>
      <w:r>
        <w:rPr>
          <w:rFonts w:ascii="Times New Roman" w:hAnsi="Times New Roman" w:eastAsia="Times New Roman"/>
          <w:b w:val="0"/>
          <w:color w:val="FFFFFF"/>
          <w:spacing w:val="389"/>
          <w:sz w:val="10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5"/>
          <w:sz w:val="10"/>
        </w:rPr>
        <w:t>i</w:t>
      </w:r>
      <w:r>
        <w:rPr>
          <w:rFonts w:ascii="Arial" w:hAnsi="Arial" w:eastAsia="Arial"/>
          <w:b w:val="0"/>
          <w:i w:val="0"/>
          <w:color w:val="FFFFFF"/>
          <w:spacing w:val="-2"/>
          <w:sz w:val="10"/>
        </w:rPr>
        <w:t>!:!:</w:t>
      </w:r>
      <w:r>
        <w:rPr>
          <w:rFonts w:ascii="Arial" w:hAnsi="Arial" w:eastAsia="Arial"/>
          <w:b w:val="0"/>
          <w:i w:val="0"/>
          <w:color w:val="FFFFFF"/>
          <w:spacing w:val="-4"/>
          <w:sz w:val="10"/>
        </w:rPr>
        <w:t>siB</w:t>
      </w:r>
      <w:r>
        <w:rPr>
          <w:rFonts w:ascii="Arial" w:hAnsi="Arial" w:eastAsia="Arial"/>
          <w:b w:val="0"/>
          <w:i w:val="0"/>
          <w:color w:val="FFFFFF"/>
          <w:spacing w:val="-2"/>
          <w:sz w:val="10"/>
        </w:rPr>
        <w:t>]:</w:t>
      </w:r>
      <w:r>
        <w:rPr>
          <w:rFonts w:ascii="Times New Roman" w:hAnsi="Times New Roman" w:eastAsia="Times New Roman"/>
          <w:b w:val="0"/>
          <w:color w:val="FFFFFF"/>
          <w:spacing w:val="164"/>
          <w:sz w:val="10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6"/>
          <w:sz w:val="10"/>
        </w:rPr>
        <w:t>::</w:t>
      </w:r>
      <w:r>
        <w:rPr>
          <w:rFonts w:ascii="Times New Roman" w:hAnsi="Times New Roman" w:eastAsia="Times New Roman"/>
          <w:b w:val="0"/>
          <w:color w:val="FFFFFF"/>
          <w:spacing w:val="31"/>
          <w:sz w:val="10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6"/>
          <w:sz w:val="10"/>
        </w:rPr>
        <w:t>:::.::</w:t>
      </w:r>
      <w:r>
        <w:rPr>
          <w:rFonts w:ascii="Times New Roman" w:hAnsi="Times New Roman" w:eastAsia="Times New Roman"/>
          <w:b w:val="0"/>
          <w:color w:val="FFFFFF"/>
          <w:spacing w:val="64"/>
          <w:sz w:val="10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w w:val="101"/>
          <w:sz w:val="10"/>
        </w:rPr>
        <w:t>;!</w:t>
      </w:r>
      <w:r>
        <w:rPr>
          <w:rFonts w:ascii="Times New Roman" w:hAnsi="Times New Roman" w:eastAsia="Times New Roman"/>
          <w:b w:val="0"/>
          <w:color w:val="FFFFFF"/>
          <w:spacing w:val="39"/>
          <w:sz w:val="10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3"/>
          <w:sz w:val="10"/>
        </w:rPr>
        <w:t>]</w:t>
      </w:r>
      <w:r>
        <w:rPr>
          <w:rFonts w:ascii="Arial" w:hAnsi="Arial" w:eastAsia="Arial"/>
          <w:b w:val="0"/>
          <w:i w:val="0"/>
          <w:color w:val="FFFFFF"/>
          <w:spacing w:val="5"/>
          <w:sz w:val="10"/>
        </w:rPr>
        <w:t>ii</w:t>
      </w:r>
      <w:r>
        <w:rPr>
          <w:rFonts w:ascii="Arial" w:hAnsi="Arial" w:eastAsia="Arial"/>
          <w:b w:val="0"/>
          <w:i w:val="0"/>
          <w:color w:val="FFFFFF"/>
          <w:spacing w:val="-2"/>
          <w:sz w:val="10"/>
        </w:rPr>
        <w:t>::,;-!'</w:t>
      </w:r>
      <w:r>
        <w:rPr>
          <w:rFonts w:ascii="Arial" w:hAnsi="Arial" w:eastAsia="Arial"/>
          <w:b w:val="0"/>
          <w:i w:val="0"/>
          <w:color w:val="FFFFFF"/>
          <w:spacing w:val="3"/>
          <w:sz w:val="10"/>
        </w:rPr>
        <w:t>Íi</w:t>
      </w:r>
      <w:r>
        <w:rPr>
          <w:rFonts w:ascii="Arial" w:hAnsi="Arial" w:eastAsia="Arial"/>
          <w:b w:val="0"/>
          <w:i w:val="0"/>
          <w:color w:val="FFFFFF"/>
          <w:spacing w:val="-6"/>
          <w:sz w:val="10"/>
        </w:rPr>
        <w:t>::</w:t>
      </w:r>
      <w:r>
        <w:rPr>
          <w:rFonts w:ascii="Arial" w:hAnsi="Arial" w:eastAsia="Arial"/>
          <w:b w:val="0"/>
          <w:i w:val="0"/>
          <w:color w:val="FFFFFF"/>
          <w:spacing w:val="5"/>
          <w:sz w:val="10"/>
        </w:rPr>
        <w:t>i</w:t>
      </w:r>
      <w:r>
        <w:rPr>
          <w:rFonts w:ascii="Times New Roman" w:hAnsi="Times New Roman" w:eastAsia="Times New Roman"/>
          <w:b w:val="0"/>
          <w:color w:val="FFFFFF"/>
          <w:spacing w:val="224"/>
          <w:sz w:val="10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6"/>
          <w:sz w:val="10"/>
        </w:rPr>
        <w:t>li</w:t>
      </w:r>
      <w:r>
        <w:rPr>
          <w:rFonts w:ascii="Times New Roman" w:hAnsi="Times New Roman" w:eastAsia="Times New Roman"/>
          <w:b w:val="0"/>
          <w:color w:val="FFFFFF"/>
          <w:spacing w:val="79"/>
          <w:sz w:val="10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6"/>
          <w:sz w:val="10"/>
        </w:rPr>
        <w:t>li</w:t>
      </w:r>
      <w:r>
        <w:rPr>
          <w:rFonts w:ascii="Arial" w:hAnsi="Arial" w:eastAsia="Arial"/>
          <w:b w:val="0"/>
          <w:i w:val="0"/>
          <w:color w:val="FFFFFF"/>
          <w:spacing w:val="-6"/>
          <w:sz w:val="10"/>
        </w:rPr>
        <w:t>:</w:t>
      </w:r>
      <w:r>
        <w:rPr>
          <w:rFonts w:ascii="Times New Roman" w:hAnsi="Times New Roman" w:eastAsia="Times New Roman"/>
          <w:b w:val="0"/>
          <w:color w:val="FFFFFF"/>
          <w:spacing w:val="117"/>
          <w:sz w:val="10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6"/>
          <w:sz w:val="10"/>
        </w:rPr>
        <w:t>,:</w:t>
      </w:r>
      <w:r>
        <w:rPr>
          <w:rFonts w:ascii="Times New Roman" w:hAnsi="Times New Roman" w:eastAsia="Times New Roman"/>
          <w:b w:val="0"/>
          <w:color w:val="FFFFFF"/>
          <w:spacing w:val="51"/>
          <w:sz w:val="10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6"/>
          <w:sz w:val="10"/>
        </w:rPr>
        <w:t>:</w:t>
      </w:r>
      <w:r>
        <w:rPr>
          <w:rFonts w:ascii="Arial" w:hAnsi="Arial" w:eastAsia="Arial"/>
          <w:b w:val="0"/>
          <w:i w:val="0"/>
          <w:color w:val="FFFFFF"/>
          <w:spacing w:val="5"/>
          <w:sz w:val="10"/>
        </w:rPr>
        <w:t>i</w:t>
      </w:r>
      <w:r>
        <w:rPr>
          <w:rFonts w:ascii="Times New Roman" w:hAnsi="Times New Roman" w:eastAsia="Times New Roman"/>
          <w:b w:val="0"/>
          <w:color w:val="FFFFFF"/>
          <w:spacing w:val="106"/>
          <w:sz w:val="10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6"/>
          <w:sz w:val="10"/>
        </w:rPr>
        <w:t>:</w:t>
      </w:r>
      <w:r>
        <w:rPr>
          <w:rFonts w:ascii="Arial" w:hAnsi="Arial" w:eastAsia="Arial"/>
          <w:b w:val="0"/>
          <w:i w:val="0"/>
          <w:color w:val="FFFFFF"/>
          <w:spacing w:val="7"/>
          <w:sz w:val="10"/>
        </w:rPr>
        <w:t>l</w:t>
      </w:r>
      <w:r>
        <w:rPr>
          <w:rFonts w:ascii="Arial" w:hAnsi="Arial" w:eastAsia="Arial"/>
          <w:b w:val="0"/>
          <w:i w:val="0"/>
          <w:color w:val="FFFFFF"/>
          <w:spacing w:val="10"/>
          <w:sz w:val="10"/>
        </w:rPr>
        <w:t>\</w:t>
      </w:r>
      <w:r>
        <w:rPr>
          <w:rFonts w:ascii="Times New Roman" w:hAnsi="Times New Roman" w:eastAsia="Times New Roman"/>
          <w:b w:val="0"/>
          <w:color w:val="FFFFFF"/>
          <w:spacing w:val="106"/>
          <w:sz w:val="10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5"/>
          <w:sz w:val="10"/>
        </w:rPr>
        <w:t>i</w:t>
      </w:r>
      <w:r>
        <w:rPr>
          <w:rFonts w:ascii="Times New Roman" w:hAnsi="Times New Roman" w:eastAsia="Times New Roman"/>
          <w:b w:val="0"/>
          <w:color w:val="FFFFFF"/>
          <w:spacing w:val="68"/>
          <w:sz w:val="10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5"/>
          <w:sz w:val="10"/>
        </w:rPr>
        <w:t>i</w:t>
      </w:r>
      <w:r>
        <w:rPr>
          <w:rFonts w:ascii="Arial" w:hAnsi="Arial" w:eastAsia="Arial"/>
          <w:b w:val="0"/>
          <w:i w:val="0"/>
          <w:color w:val="FFFFFF"/>
          <w:spacing w:val="-6"/>
          <w:sz w:val="10"/>
        </w:rPr>
        <w:t>:</w:t>
      </w:r>
    </w:p>
    <w:p>
      <w:pPr>
        <w:widowControl/>
        <w:wordWrap w:val="0"/>
        <w:autoSpaceDE w:val="0"/>
        <w:autoSpaceDN w:val="0"/>
        <w:spacing w:line="170" w:lineRule="exact" w:before="705" w:after="183"/>
        <w:ind w:left="150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8"/>
          <w:sz w:val="17"/>
        </w:rPr>
        <w:t>VERBA</w:t>
      </w:r>
      <w:r>
        <w:rPr>
          <w:rFonts w:ascii="Times New Roman" w:hAnsi="Times New Roman" w:eastAsia="Times New Roman"/>
          <w:b w:val="0"/>
          <w:color w:val="FFFFFF"/>
          <w:spacing w:val="-10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7"/>
          <w:sz w:val="17"/>
        </w:rPr>
        <w:t>DE</w:t>
      </w:r>
      <w:r>
        <w:rPr>
          <w:rFonts w:ascii="Arial" w:hAnsi="Arial" w:eastAsia="Arial"/>
          <w:b w:val="0"/>
          <w:i w:val="0"/>
          <w:color w:val="FFFFFF"/>
          <w:spacing w:val="-8"/>
          <w:sz w:val="17"/>
        </w:rPr>
        <w:t>IMP</w:t>
      </w:r>
      <w:r>
        <w:rPr>
          <w:rFonts w:ascii="Arial" w:hAnsi="Arial" w:eastAsia="Arial"/>
          <w:b w:val="0"/>
          <w:i w:val="0"/>
          <w:color w:val="FFFFFF"/>
          <w:spacing w:val="-3"/>
          <w:sz w:val="17"/>
        </w:rPr>
        <w:t>!.</w:t>
      </w:r>
      <w:r>
        <w:rPr>
          <w:rFonts w:ascii="Arial" w:hAnsi="Arial" w:eastAsia="Arial"/>
          <w:b w:val="0"/>
          <w:i w:val="0"/>
          <w:color w:val="FFFFFF"/>
          <w:spacing w:val="-14"/>
          <w:sz w:val="17"/>
        </w:rPr>
        <w:t>ANTAÇÃO</w:t>
      </w:r>
    </w:p>
    <w:p>
      <w:pPr>
        <w:widowControl/>
        <w:wordWrap w:val="0"/>
        <w:autoSpaceDE w:val="0"/>
        <w:autoSpaceDN w:val="0"/>
        <w:spacing w:line="150" w:lineRule="exact" w:before="366" w:after="411"/>
        <w:ind w:left="544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3"/>
          <w:sz w:val="15"/>
        </w:rPr>
        <w:t>VALOR</w:t>
      </w:r>
      <w:r>
        <w:rPr>
          <w:rFonts w:ascii="Times New Roman" w:hAnsi="Times New Roman" w:eastAsia="Times New Roman"/>
          <w:b w:val="0"/>
          <w:color w:val="FFFFFF"/>
          <w:spacing w:val="140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10"/>
          <w:sz w:val="15"/>
        </w:rPr>
        <w:t>PnEUStO</w:t>
      </w:r>
      <w:r>
        <w:rPr>
          <w:rFonts w:ascii="Times New Roman" w:hAnsi="Times New Roman" w:eastAsia="Times New Roman"/>
          <w:b w:val="0"/>
          <w:color w:val="FFFFFF"/>
          <w:spacing w:val="225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4"/>
          <w:sz w:val="15"/>
        </w:rPr>
        <w:t>-</w:t>
      </w:r>
      <w:r>
        <w:rPr>
          <w:rFonts w:ascii="Times New Roman" w:hAnsi="Times New Roman" w:eastAsia="Times New Roman"/>
          <w:b w:val="0"/>
          <w:color w:val="FFFFFF"/>
          <w:spacing w:val="68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3"/>
          <w:sz w:val="15"/>
        </w:rPr>
        <w:t>iB</w:t>
      </w:r>
    </w:p>
    <w:p>
      <w:pPr>
        <w:widowControl/>
        <w:wordWrap w:val="0"/>
        <w:autoSpaceDE w:val="0"/>
        <w:autoSpaceDN w:val="0"/>
        <w:spacing w:line="160" w:lineRule="exact" w:before="822" w:after="76"/>
        <w:ind w:left="304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15"/>
          <w:sz w:val="16"/>
        </w:rPr>
        <w:t>CONSUMO</w:t>
      </w:r>
    </w:p>
    <w:p>
      <w:pPr>
        <w:widowControl/>
        <w:wordWrap w:val="0"/>
        <w:autoSpaceDE w:val="0"/>
        <w:autoSpaceDN w:val="0"/>
        <w:spacing w:line="14" w:lineRule="exact" w:before="138" w:after="0"/>
        <w:ind w:left="0" w:right="0"/>
      </w:pPr>
    </w:p>
    <w:tbl>
      <w:tblPr>
        <w:tblW w:type="auto" w:w="0"/>
        <w:tblInd w:type="dxa" w:w="40"/>
        <w:tblLayout w:type="fixed"/>
        <w:tblLook w:firstColumn="1" w:firstRow="1" w:lastColumn="0" w:lastRow="0" w:noHBand="0" w:noVBand="1" w:val="04A0"/>
      </w:tblPr>
      <w:tblGrid>
        <w:gridCol w:w="2450"/>
        <w:gridCol w:w="2450"/>
        <w:gridCol w:w="2450"/>
        <w:gridCol w:w="2450"/>
      </w:tblGrid>
      <w:tr>
        <w:trPr>
          <w:trHeight w:hRule="exact" w:val="745"/>
        </w:trPr>
        <w:tc>
          <w:tcPr>
            <w:tcW w:type="dxa" w:w="1441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80" w:lineRule="exact" w:before="1153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2"/>
                <w:sz w:val="28"/>
              </w:rPr>
              <w:t>=</w:t>
            </w:r>
          </w:p>
        </w:tc>
        <w:tc>
          <w:tcPr>
            <w:tcW w:type="dxa" w:w="359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70" w:lineRule="exact" w:before="1040" w:after="0"/>
              <w:ind w:left="129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16"/>
                <w:sz w:val="17"/>
              </w:rPr>
              <w:t>BENSPERMANETE</w:t>
            </w:r>
          </w:p>
        </w:tc>
        <w:tc>
          <w:tcPr>
            <w:tcW w:type="dxa" w:w="2928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70" w:lineRule="exact" w:before="0" w:after="0"/>
              <w:ind w:left="98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2"/>
                <w:sz w:val="17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7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7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1"/>
                <w:sz w:val="17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7"/>
              </w:rPr>
              <w:t>753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7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7"/>
              </w:rPr>
              <w:t>45</w:t>
            </w:r>
          </w:p>
        </w:tc>
        <w:tc>
          <w:tcPr>
            <w:tcW w:type="dxa" w:w="1316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4" w:after="0"/>
              <w:ind w:left="99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4"/>
                <w:sz w:val="14"/>
              </w:rPr>
              <w:t>5©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6"/>
                <w:sz w:val="14"/>
              </w:rPr>
              <w:t>%</w:t>
            </w:r>
          </w:p>
        </w:tc>
      </w:tr>
      <w:tr>
        <w:trPr>
          <w:trHeight w:hRule="exact" w:val="745"/>
        </w:trPr>
        <w:tc>
          <w:tcPr>
            <w:tcW w:type="dxa" w:w="245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450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928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70" w:lineRule="exact" w:before="575" w:after="0"/>
              <w:ind w:left="986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FFFFFF"/>
                <w:spacing w:val="-22"/>
                <w:sz w:val="17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7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2"/>
                <w:sz w:val="17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1"/>
                <w:sz w:val="17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7"/>
              </w:rPr>
              <w:t>7S3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9"/>
                <w:sz w:val="17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FFFFFF"/>
                <w:spacing w:val="-12"/>
                <w:sz w:val="17"/>
              </w:rPr>
              <w:t>4S</w:t>
            </w:r>
          </w:p>
        </w:tc>
        <w:tc>
          <w:tcPr>
            <w:tcW w:type="dxa" w:w="2450"/>
            <w:vMerge/>
            <w:tcMar>
              <w:left w:type="dxa" w:w="0"/>
              <w:right w:type="dxa" w:w="0"/>
            </w:tcMar>
          </w:tcPr>
          <w:p/>
        </w:tc>
      </w:tr>
    </w:tbl>
    <w:p>
      <w:pPr>
        <w:widowControl/>
        <w:wordWrap w:val="0"/>
        <w:autoSpaceDE w:val="0"/>
        <w:autoSpaceDN w:val="0"/>
        <w:spacing w:line="170" w:lineRule="exact" w:before="5490" w:after="25"/>
        <w:ind w:left="566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25"/>
          <w:sz w:val="17"/>
        </w:rPr>
        <w:t>RG</w:t>
      </w:r>
      <w:r>
        <w:rPr>
          <w:rFonts w:ascii="Arial" w:hAnsi="Arial" w:eastAsia="Arial"/>
          <w:b w:val="0"/>
          <w:i w:val="0"/>
          <w:color w:val="FFFFFF"/>
          <w:spacing w:val="-7"/>
          <w:sz w:val="17"/>
        </w:rPr>
        <w:t>.;</w:t>
      </w:r>
      <w:r>
        <w:rPr>
          <w:rFonts w:ascii="Times New Roman" w:hAnsi="Times New Roman" w:eastAsia="Times New Roman"/>
          <w:b w:val="0"/>
          <w:color w:val="FFFFFF"/>
          <w:spacing w:val="12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2"/>
          <w:sz w:val="17"/>
        </w:rPr>
        <w:t>450</w:t>
      </w:r>
      <w:r>
        <w:rPr>
          <w:rFonts w:ascii="Arial" w:hAnsi="Arial" w:eastAsia="Arial"/>
          <w:b w:val="0"/>
          <w:i w:val="0"/>
          <w:color w:val="FFFFFF"/>
          <w:spacing w:val="-11"/>
          <w:sz w:val="17"/>
        </w:rPr>
        <w:t>.</w:t>
      </w:r>
      <w:r>
        <w:rPr>
          <w:rFonts w:ascii="Arial" w:hAnsi="Arial" w:eastAsia="Arial"/>
          <w:b w:val="0"/>
          <w:i w:val="0"/>
          <w:color w:val="FFFFFF"/>
          <w:spacing w:val="-2"/>
          <w:sz w:val="17"/>
        </w:rPr>
        <w:t>414</w:t>
      </w:r>
      <w:r>
        <w:rPr>
          <w:rFonts w:ascii="Arial" w:hAnsi="Arial" w:eastAsia="Arial"/>
          <w:b w:val="0"/>
          <w:i w:val="0"/>
          <w:color w:val="FFFFFF"/>
          <w:spacing w:val="-11"/>
          <w:sz w:val="17"/>
        </w:rPr>
        <w:t>.</w:t>
      </w:r>
      <w:r>
        <w:rPr>
          <w:rFonts w:ascii="Arial" w:hAnsi="Arial" w:eastAsia="Arial"/>
          <w:b w:val="0"/>
          <w:i w:val="0"/>
          <w:color w:val="FFFFFF"/>
          <w:spacing w:val="-2"/>
          <w:sz w:val="17"/>
        </w:rPr>
        <w:t>59</w:t>
      </w:r>
      <w:r>
        <w:rPr>
          <w:rFonts w:ascii="Arial" w:hAnsi="Arial" w:eastAsia="Arial"/>
          <w:b w:val="0"/>
          <w:i w:val="0"/>
          <w:color w:val="FFFFFF"/>
          <w:spacing w:val="5"/>
          <w:sz w:val="17"/>
        </w:rPr>
        <w:t>-</w:t>
      </w:r>
      <w:r>
        <w:rPr>
          <w:rFonts w:ascii="Arial" w:hAnsi="Arial" w:eastAsia="Arial"/>
          <w:b w:val="0"/>
          <w:i w:val="0"/>
          <w:color w:val="FFFFFF"/>
          <w:spacing w:val="-2"/>
          <w:sz w:val="17"/>
        </w:rPr>
        <w:t>7</w:t>
      </w:r>
    </w:p>
    <w:p>
      <w:pPr>
        <w:widowControl/>
        <w:wordWrap w:val="0"/>
        <w:autoSpaceDE w:val="0"/>
        <w:autoSpaceDN w:val="0"/>
        <w:spacing w:line="170" w:lineRule="exact" w:before="50" w:after="125"/>
        <w:ind w:left="552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20"/>
          <w:sz w:val="17"/>
        </w:rPr>
        <w:t>CPF</w:t>
      </w:r>
      <w:r>
        <w:rPr>
          <w:rFonts w:ascii="Arial" w:hAnsi="Arial" w:eastAsia="Arial"/>
          <w:b w:val="0"/>
          <w:i w:val="0"/>
          <w:color w:val="FFFFFF"/>
          <w:spacing w:val="-10"/>
          <w:sz w:val="17"/>
        </w:rPr>
        <w:t>.:</w:t>
      </w:r>
      <w:r>
        <w:rPr>
          <w:rFonts w:ascii="Times New Roman" w:hAnsi="Times New Roman" w:eastAsia="Times New Roman"/>
          <w:b w:val="0"/>
          <w:color w:val="FFFFFF"/>
          <w:spacing w:val="24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2"/>
          <w:sz w:val="17"/>
        </w:rPr>
        <w:t>353</w:t>
      </w:r>
      <w:r>
        <w:rPr>
          <w:rFonts w:ascii="Arial" w:hAnsi="Arial" w:eastAsia="Arial"/>
          <w:b w:val="0"/>
          <w:i w:val="0"/>
          <w:color w:val="FFFFFF"/>
          <w:spacing w:val="-11"/>
          <w:sz w:val="17"/>
        </w:rPr>
        <w:t>.</w:t>
      </w:r>
      <w:r>
        <w:rPr>
          <w:rFonts w:ascii="Arial" w:hAnsi="Arial" w:eastAsia="Arial"/>
          <w:b w:val="0"/>
          <w:i w:val="0"/>
          <w:color w:val="FFFFFF"/>
          <w:spacing w:val="-2"/>
          <w:sz w:val="17"/>
        </w:rPr>
        <w:t>449</w:t>
      </w:r>
      <w:r>
        <w:rPr>
          <w:rFonts w:ascii="Arial" w:hAnsi="Arial" w:eastAsia="Arial"/>
          <w:b w:val="0"/>
          <w:i w:val="0"/>
          <w:color w:val="FFFFFF"/>
          <w:spacing w:val="-11"/>
          <w:sz w:val="17"/>
        </w:rPr>
        <w:t>.</w:t>
      </w:r>
      <w:r>
        <w:rPr>
          <w:rFonts w:ascii="Arial" w:hAnsi="Arial" w:eastAsia="Arial"/>
          <w:b w:val="0"/>
          <w:i w:val="0"/>
          <w:color w:val="FFFFFF"/>
          <w:spacing w:val="-2"/>
          <w:sz w:val="17"/>
        </w:rPr>
        <w:t>298</w:t>
      </w:r>
      <w:r>
        <w:rPr>
          <w:rFonts w:ascii="Arial" w:hAnsi="Arial" w:eastAsia="Arial"/>
          <w:b w:val="0"/>
          <w:i w:val="0"/>
          <w:color w:val="FFFFFF"/>
          <w:spacing w:val="5"/>
          <w:sz w:val="17"/>
        </w:rPr>
        <w:t>-</w:t>
      </w:r>
      <w:r>
        <w:rPr>
          <w:rFonts w:ascii="Arial" w:hAnsi="Arial" w:eastAsia="Arial"/>
          <w:b w:val="0"/>
          <w:i w:val="0"/>
          <w:color w:val="FFFFFF"/>
          <w:spacing w:val="-2"/>
          <w:sz w:val="17"/>
        </w:rPr>
        <w:t>62</w:t>
      </w:r>
    </w:p>
    <w:p>
      <w:pPr>
        <w:widowControl/>
        <w:wordWrap w:val="0"/>
        <w:autoSpaceDE w:val="0"/>
        <w:autoSpaceDN w:val="0"/>
        <w:spacing w:line="170" w:lineRule="exact" w:before="250" w:after="0"/>
        <w:ind w:left="5640" w:right="0" w:firstLine="0"/>
        <w:jc w:val="left"/>
      </w:pPr>
      <w:r>
        <w:rPr>
          <w:rFonts w:ascii="Arial" w:hAnsi="Arial" w:eastAsia="Arial"/>
          <w:b w:val="0"/>
          <w:i w:val="0"/>
          <w:color w:val="FFFFFF"/>
          <w:spacing w:val="-2"/>
          <w:sz w:val="17"/>
        </w:rPr>
        <w:t>24</w:t>
      </w:r>
      <w:r>
        <w:rPr>
          <w:rFonts w:ascii="Times New Roman" w:hAnsi="Times New Roman" w:eastAsia="Times New Roman"/>
          <w:b w:val="0"/>
          <w:color w:val="FFFFFF"/>
          <w:spacing w:val="-8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6"/>
          <w:sz w:val="17"/>
        </w:rPr>
        <w:t>de</w:t>
      </w:r>
      <w:r>
        <w:rPr>
          <w:rFonts w:ascii="Times New Roman" w:hAnsi="Times New Roman" w:eastAsia="Times New Roman"/>
          <w:b w:val="0"/>
          <w:color w:val="FFFFFF"/>
          <w:spacing w:val="20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3"/>
          <w:sz w:val="17"/>
        </w:rPr>
        <w:t>Maio</w:t>
      </w:r>
      <w:r>
        <w:rPr>
          <w:rFonts w:ascii="Times New Roman" w:hAnsi="Times New Roman" w:eastAsia="Times New Roman"/>
          <w:b w:val="0"/>
          <w:color w:val="FFFFFF"/>
          <w:spacing w:val="2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6"/>
          <w:sz w:val="17"/>
        </w:rPr>
        <w:t>de</w:t>
      </w:r>
      <w:r>
        <w:rPr>
          <w:rFonts w:ascii="Times New Roman" w:hAnsi="Times New Roman" w:eastAsia="Times New Roman"/>
          <w:b w:val="0"/>
          <w:color w:val="FFFFFF"/>
          <w:spacing w:val="0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FFFFFF"/>
          <w:spacing w:val="-2"/>
          <w:sz w:val="17"/>
        </w:rPr>
        <w:t>2024</w:t>
      </w:r>
    </w:p>
    <w:sectPr w:rsidR="00FC693F" w:rsidRPr="0006063C" w:rsidSect="00034616">
      <w:pgSz w:w="11900" w:h="16840"/>
      <w:pgMar w:top="94" w:right="1440" w:bottom="1440" w:left="660" w:header="720" w:footer="720" w:gutter="0"/>
      <w:cols w:space="720" w:num="1" w:equalWidth="0">
        <w:col w:w="9800" w:space="0"/>
        <w:col w:w="4937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20231008</dc:description>
  <cp:lastModifiedBy>LightPDF</cp:lastModifiedBy>
  <cp:revision>1</cp:revision>
  <dcterms:created xsi:type="dcterms:W3CDTF">2025-05-09T16:51:44Z</dcterms:created>
  <dcterms:modified xsi:type="dcterms:W3CDTF">2025-05-09T16:51:44Z</dcterms:modified>
  <cp:category/>
</cp:coreProperties>
</file>