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222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257556</wp:posOffset>
            </wp:positionH>
            <wp:positionV relativeFrom="page">
              <wp:posOffset>448055</wp:posOffset>
            </wp:positionV>
            <wp:extent cx="5747385" cy="463994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6399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174625</wp:posOffset>
            </wp:positionH>
            <wp:positionV relativeFrom="page">
              <wp:posOffset>393700</wp:posOffset>
            </wp:positionV>
            <wp:extent cx="6965950" cy="484886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4848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180975</wp:posOffset>
            </wp:positionH>
            <wp:positionV relativeFrom="page">
              <wp:posOffset>400050</wp:posOffset>
            </wp:positionV>
            <wp:extent cx="6953250" cy="4840605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8406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281" w:lineRule="exact" w:before="472" w:after="184"/>
        <w:ind w:left="4270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8"/>
        </w:rPr>
        <w:t>FICHA</w:t>
      </w:r>
      <w:r>
        <w:rPr>
          <w:rFonts w:ascii="Calibri" w:hAnsi="Calibri" w:eastAsia="Calibri"/>
          <w:b/>
          <w:i w:val="0"/>
          <w:color w:val="000000"/>
          <w:spacing w:val="-3"/>
          <w:sz w:val="28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28"/>
        </w:rPr>
        <w:t>DE</w:t>
      </w:r>
      <w:r>
        <w:rPr>
          <w:rFonts w:ascii="Calibri" w:hAnsi="Calibri" w:eastAsia="Calibri"/>
          <w:b/>
          <w:i w:val="0"/>
          <w:color w:val="000000"/>
          <w:spacing w:val="-1"/>
          <w:sz w:val="28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8"/>
        </w:rPr>
        <w:t>INFORMAÇÕES</w:t>
      </w:r>
    </w:p>
    <w:p>
      <w:pPr>
        <w:widowControl/>
        <w:wordWrap w:val="0"/>
        <w:autoSpaceDE w:val="0"/>
        <w:autoSpaceDN w:val="0"/>
        <w:spacing w:line="240" w:lineRule="exact" w:before="369" w:after="470"/>
        <w:ind w:left="3046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4"/>
        </w:rPr>
        <w:t>ONG</w:t>
      </w:r>
      <w:r>
        <w:rPr>
          <w:rFonts w:ascii="Calibri" w:hAnsi="Calibri" w:eastAsia="Calibri"/>
          <w:b/>
          <w:i w:val="0"/>
          <w:color w:val="000000"/>
          <w:w w:val="99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–</w:t>
      </w:r>
      <w:r>
        <w:rPr>
          <w:rFonts w:ascii="Calibri" w:hAnsi="Calibri" w:eastAsia="Calibri"/>
          <w:b/>
          <w:i w:val="0"/>
          <w:color w:val="000000"/>
          <w:w w:val="98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INSTITUTO</w:t>
      </w:r>
      <w:r>
        <w:rPr>
          <w:rFonts w:ascii="Calibri" w:hAnsi="Calibri" w:eastAsia="Calibri"/>
          <w:b/>
          <w:i w:val="0"/>
          <w:color w:val="000000"/>
          <w:w w:val="99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DE</w:t>
      </w:r>
      <w:r>
        <w:rPr>
          <w:rFonts w:ascii="Calibri" w:hAnsi="Calibri" w:eastAsia="Calibri"/>
          <w:b/>
          <w:i w:val="0"/>
          <w:color w:val="000000"/>
          <w:w w:val="98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CIDADANIA</w:t>
      </w:r>
      <w:r>
        <w:rPr>
          <w:rFonts w:ascii="Calibri" w:hAnsi="Calibri" w:eastAsia="Calibri"/>
          <w:b/>
          <w:i w:val="0"/>
          <w:color w:val="000000"/>
          <w:w w:val="99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PORTELINHA</w:t>
      </w:r>
      <w:r>
        <w:rPr>
          <w:rFonts w:ascii="Calibri" w:hAnsi="Calibri" w:eastAsia="Calibri"/>
          <w:b/>
          <w:i w:val="0"/>
          <w:color w:val="000000"/>
          <w:w w:val="99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UND</w:t>
      </w:r>
      <w:r>
        <w:rPr>
          <w:rFonts w:ascii="Calibri" w:hAnsi="Calibri" w:eastAsia="Calibri"/>
          <w:b/>
          <w:i w:val="0"/>
          <w:color w:val="000000"/>
          <w:w w:val="102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24"/>
        </w:rPr>
        <w:t>II</w:t>
      </w:r>
    </w:p>
    <w:p>
      <w:pPr>
        <w:widowControl/>
        <w:wordWrap w:val="0"/>
        <w:autoSpaceDE w:val="0"/>
        <w:autoSpaceDN w:val="0"/>
        <w:spacing w:line="221" w:lineRule="exact" w:before="940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CRECHE</w:t>
      </w:r>
      <w:r>
        <w:rPr>
          <w:rFonts w:ascii="Calibri" w:hAnsi="Calibri" w:eastAsia="Calibri"/>
          <w:b/>
          <w:i w:val="0"/>
          <w:color w:val="000000"/>
          <w:spacing w:val="-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EM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PARCERIA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163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PREFEITURA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GUARULHOS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OBJETO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92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ATENDIMENTO</w:t>
      </w:r>
      <w:r>
        <w:rPr>
          <w:rFonts w:ascii="Calibri" w:hAnsi="Calibri" w:eastAsia="Calibri"/>
          <w:b/>
          <w:i w:val="0"/>
          <w:color w:val="000000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CRIANÇAS</w:t>
      </w:r>
      <w:r>
        <w:rPr>
          <w:rFonts w:ascii="Calibri" w:hAnsi="Calibri" w:eastAsia="Calibri"/>
          <w:b/>
          <w:i w:val="0"/>
          <w:color w:val="000000"/>
          <w:spacing w:val="-3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EM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IDADE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CRECHE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NO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ENDEREÇO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28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TRAVESA</w:t>
      </w:r>
      <w:r>
        <w:rPr>
          <w:rFonts w:ascii="Calibri" w:hAnsi="Calibri" w:eastAsia="Calibri"/>
          <w:b/>
          <w:i w:val="0"/>
          <w:color w:val="000000"/>
          <w:spacing w:val="-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AZUZA</w:t>
      </w:r>
      <w:r>
        <w:rPr>
          <w:rFonts w:ascii="Calibri" w:hAnsi="Calibri" w:eastAsia="Calibri"/>
          <w:b/>
          <w:i w:val="0"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color w:val="000000"/>
          <w:spacing w:val="-6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9</w:t>
      </w:r>
      <w:r>
        <w:rPr>
          <w:rFonts w:ascii="Times New Roman" w:hAnsi="Times New Roman" w:eastAsia="Times New Roman"/>
          <w:b/>
          <w:color w:val="000000"/>
          <w:spacing w:val="-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-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SITIO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SÃO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FRANCISCO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CNPJ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FILIAL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620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28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.</w:t>
      </w:r>
      <w:r>
        <w:rPr>
          <w:rFonts w:ascii="Calibri" w:hAnsi="Calibri" w:eastAsia="Calibri"/>
          <w:b/>
          <w:i w:val="0"/>
          <w:color w:val="000000"/>
          <w:sz w:val="22"/>
        </w:rPr>
        <w:t>655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.</w:t>
      </w:r>
      <w:r>
        <w:rPr>
          <w:rFonts w:ascii="Calibri" w:hAnsi="Calibri" w:eastAsia="Calibri"/>
          <w:b/>
          <w:i w:val="0"/>
          <w:color w:val="000000"/>
          <w:sz w:val="22"/>
        </w:rPr>
        <w:t>071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0003</w:t>
      </w:r>
      <w:r>
        <w:rPr>
          <w:rFonts w:ascii="Calibri" w:hAnsi="Calibri" w:eastAsia="Calibri"/>
          <w:b/>
          <w:i w:val="0"/>
          <w:color w:val="000000"/>
          <w:sz w:val="22"/>
        </w:rPr>
        <w:t>-</w:t>
      </w:r>
      <w:r>
        <w:rPr>
          <w:rFonts w:ascii="Calibri" w:hAnsi="Calibri" w:eastAsia="Calibri"/>
          <w:b/>
          <w:i w:val="0"/>
          <w:color w:val="000000"/>
          <w:sz w:val="22"/>
        </w:rPr>
        <w:t>03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TERMO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COLABORAÇÃO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121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00924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2024</w:t>
      </w:r>
      <w:r>
        <w:rPr>
          <w:rFonts w:ascii="Calibri" w:hAnsi="Calibri" w:eastAsia="Calibri"/>
          <w:b/>
          <w:i w:val="0"/>
          <w:color w:val="000000"/>
          <w:sz w:val="22"/>
        </w:rPr>
        <w:t>-</w:t>
      </w:r>
      <w:r>
        <w:rPr>
          <w:rFonts w:ascii="Calibri" w:hAnsi="Calibri" w:eastAsia="Calibri"/>
          <w:b/>
          <w:i w:val="0"/>
          <w:color w:val="000000"/>
          <w:sz w:val="22"/>
        </w:rPr>
        <w:t>SESE08</w:t>
      </w:r>
      <w:r>
        <w:rPr>
          <w:rFonts w:ascii="Calibri" w:hAnsi="Calibri" w:eastAsia="Calibri"/>
          <w:b/>
          <w:i w:val="0"/>
          <w:color w:val="000000"/>
          <w:sz w:val="22"/>
        </w:rPr>
        <w:t>-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RPP</w:t>
      </w:r>
    </w:p>
    <w:p>
      <w:pPr>
        <w:widowControl/>
        <w:wordWrap w:val="0"/>
        <w:autoSpaceDE w:val="0"/>
        <w:autoSpaceDN w:val="0"/>
        <w:spacing w:line="221" w:lineRule="exact" w:before="182" w:after="90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VIGÊNCIA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76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01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07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2024</w:t>
      </w:r>
      <w:r>
        <w:rPr>
          <w:rFonts w:ascii="Calibri" w:hAnsi="Calibri" w:eastAsia="Calibri"/>
          <w:b/>
          <w:i w:val="0"/>
          <w:color w:val="000000"/>
          <w:spacing w:val="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A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30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06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2029</w:t>
      </w:r>
    </w:p>
    <w:p>
      <w:pPr>
        <w:widowControl/>
        <w:wordWrap w:val="0"/>
        <w:autoSpaceDE w:val="0"/>
        <w:autoSpaceDN w:val="0"/>
        <w:spacing w:line="221" w:lineRule="exact" w:before="180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VALOR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980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8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>.</w:t>
      </w:r>
      <w:r>
        <w:rPr>
          <w:rFonts w:ascii="Calibri" w:hAnsi="Calibri" w:eastAsia="Calibri"/>
          <w:b/>
          <w:i w:val="0"/>
          <w:color w:val="000000"/>
          <w:sz w:val="22"/>
        </w:rPr>
        <w:t>961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>.</w:t>
      </w:r>
      <w:r>
        <w:rPr>
          <w:rFonts w:ascii="Calibri" w:hAnsi="Calibri" w:eastAsia="Calibri"/>
          <w:b/>
          <w:i w:val="0"/>
          <w:color w:val="000000"/>
          <w:sz w:val="22"/>
        </w:rPr>
        <w:t>223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>,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28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SITUAÇÃO</w:t>
      </w:r>
      <w:r>
        <w:rPr>
          <w:rFonts w:ascii="Calibri" w:hAnsi="Calibri" w:eastAsia="Calibri"/>
          <w:b/>
          <w:i w:val="0"/>
          <w:color w:val="000000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PRESTAÇÃO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Calibri" w:hAnsi="Calibri" w:eastAsia="Calibri"/>
          <w:b/>
          <w:i w:val="0"/>
          <w:color w:val="000000"/>
          <w:w w:val="10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CONTAS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47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ON</w:t>
      </w:r>
      <w:r>
        <w:rPr>
          <w:rFonts w:ascii="Calibri" w:hAnsi="Calibri" w:eastAsia="Calibri"/>
          <w:b/>
          <w:i w:val="0"/>
          <w:color w:val="000000"/>
          <w:spacing w:val="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LINE</w:t>
      </w:r>
      <w:r>
        <w:rPr>
          <w:rFonts w:ascii="Calibri" w:hAnsi="Calibri" w:eastAsia="Calibri"/>
          <w:b/>
          <w:i w:val="0"/>
          <w:color w:val="000000"/>
          <w:spacing w:val="-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PLATAFORMA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SINCOVINHO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ANALISE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92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QUADRIMESTRAL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DIRETORA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PEDAGOGICA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144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Silvia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Cristina</w:t>
      </w:r>
      <w:r>
        <w:rPr>
          <w:rFonts w:ascii="Calibri" w:hAnsi="Calibri" w:eastAsia="Calibri"/>
          <w:b/>
          <w:i w:val="0"/>
          <w:color w:val="000000"/>
          <w:spacing w:val="-3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Moreira</w:t>
      </w:r>
      <w:r>
        <w:rPr>
          <w:rFonts w:ascii="Calibri" w:hAnsi="Calibri" w:eastAsia="Calibri"/>
          <w:b/>
          <w:i w:val="0"/>
          <w:color w:val="000000"/>
          <w:spacing w:val="-3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Xavier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CONTATO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Calibri" w:hAnsi="Calibri" w:eastAsia="Calibri"/>
          <w:b/>
          <w:i w:val="0"/>
          <w:color w:val="000000"/>
          <w:spacing w:val="281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(</w:t>
      </w:r>
      <w:r>
        <w:rPr>
          <w:rFonts w:ascii="Calibri" w:hAnsi="Calibri" w:eastAsia="Calibri"/>
          <w:b/>
          <w:i w:val="0"/>
          <w:color w:val="000000"/>
          <w:sz w:val="22"/>
        </w:rPr>
        <w:t>11</w:t>
      </w:r>
      <w:r>
        <w:rPr>
          <w:rFonts w:ascii="Calibri" w:hAnsi="Calibri" w:eastAsia="Calibri"/>
          <w:b/>
          <w:i w:val="0"/>
          <w:color w:val="000000"/>
          <w:sz w:val="22"/>
        </w:rPr>
        <w:t>)</w:t>
      </w:r>
      <w:r>
        <w:rPr>
          <w:rFonts w:ascii="Times New Roman" w:hAnsi="Times New Roman" w:eastAsia="Times New Roman"/>
          <w:b/>
          <w:color w:val="000000"/>
          <w:spacing w:val="4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5199</w:t>
      </w:r>
      <w:r>
        <w:rPr>
          <w:rFonts w:ascii="Calibri" w:hAnsi="Calibri" w:eastAsia="Calibri"/>
          <w:b/>
          <w:i w:val="0"/>
          <w:color w:val="000000"/>
          <w:sz w:val="22"/>
        </w:rPr>
        <w:t>-</w:t>
      </w:r>
      <w:r>
        <w:rPr>
          <w:rFonts w:ascii="Calibri" w:hAnsi="Calibri" w:eastAsia="Calibri"/>
          <w:b/>
          <w:i w:val="0"/>
          <w:color w:val="000000"/>
          <w:sz w:val="22"/>
        </w:rPr>
        <w:t>3058</w:t>
      </w:r>
    </w:p>
    <w:p>
      <w:pPr>
        <w:widowControl/>
        <w:wordWrap w:val="0"/>
        <w:autoSpaceDE w:val="0"/>
        <w:autoSpaceDN w:val="0"/>
        <w:spacing w:line="221" w:lineRule="exact" w:before="182" w:after="0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HORÁRIO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Calibri" w:hAnsi="Calibri" w:eastAsia="Calibri"/>
          <w:b/>
          <w:i w:val="0"/>
          <w:color w:val="000000"/>
          <w:w w:val="10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ATENDIMENTO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113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DAS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07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: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00</w:t>
      </w:r>
      <w:r>
        <w:rPr>
          <w:rFonts w:ascii="Calibri" w:hAnsi="Calibri" w:eastAsia="Calibri"/>
          <w:b/>
          <w:i w:val="0"/>
          <w:color w:val="000000"/>
          <w:w w:val="98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ÀS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18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: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00</w:t>
      </w:r>
    </w:p>
    <w:sectPr w:rsidR="00FC693F" w:rsidRPr="0006063C" w:rsidSect="00034616">
      <w:pgSz w:w="11906" w:h="16838"/>
      <w:pgMar w:top="290" w:right="621" w:bottom="1440" w:left="235" w:header="720" w:footer="720" w:gutter="0"/>
      <w:cols w:space="720" w:num="1" w:equalWidth="0">
        <w:col w:w="1105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2025-05-09T16:51:30Z</dcterms:created>
  <dcterms:modified xsi:type="dcterms:W3CDTF">2025-05-09T16:51:30Z</dcterms:modified>
  <cp:category/>
</cp:coreProperties>
</file>