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199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/>
                  </pic:spPr>
                </pic:pic>
              </a:graphicData>
            </a:graphic>
          </wp:anchor>
        </w:drawing>
      </w:r>
      <w:r>
        <w:pict>
          <v:shape path="m,l,1000r1000,l1000,xe" filled="f" stroked="f" style="margin-left:199.0pt;margin-top:239.61pt;width:35.68pt;height:13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24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24"/>
                    </w:rPr>
                    <w:t>{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24"/>
                    </w:rPr>
                    <w:t>Jüid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24"/>
                    </w:rPr>
                    <w:t>.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24"/>
                    </w:rPr>
                    <w:t>ll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26.0pt;margin-top:657.57pt;width:66.28pt;height:10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9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pacing w:val="2"/>
                      <w:sz w:val="19"/>
                    </w:rPr>
                    <w:t>berçário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9"/>
                    </w:rPr>
                    <w:t>{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9"/>
                      <w:sz w:val="1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9"/>
                    </w:rPr>
                    <w:t>e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9"/>
                    </w:rPr>
                    <w:t>/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9"/>
                    </w:rPr>
                    <w:t>olill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25.0pt;margin-top:683.57pt;width:44.82pt;height:10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9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9"/>
                    </w:rPr>
                    <w:t>centavos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9"/>
                    </w:rPr>
                    <w:t>.)</w:t>
                  </w:r>
                </w:p>
              </w:txbxContent>
            </v:textbox>
            <w10:wrap type="none"/>
          </v:shape>
        </w:pict>
      </w:r>
    </w:p>
    <w:p>
      <w:pPr>
        <w:widowControl/>
        <w:wordWrap w:val="0"/>
        <w:autoSpaceDE w:val="0"/>
        <w:autoSpaceDN w:val="0"/>
        <w:spacing w:line="180" w:lineRule="exact" w:before="425" w:after="110"/>
        <w:ind w:left="53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Rubrica</w:t>
      </w:r>
    </w:p>
    <w:p>
      <w:pPr>
        <w:widowControl/>
        <w:wordWrap w:val="0"/>
        <w:autoSpaceDE w:val="0"/>
        <w:autoSpaceDN w:val="0"/>
        <w:spacing w:line="180" w:lineRule="exact" w:before="220" w:after="69"/>
        <w:ind w:left="53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Classif</w:t>
      </w:r>
      <w:r>
        <w:rPr>
          <w:rFonts w:ascii="Arial" w:hAnsi="Arial" w:eastAsia="Arial"/>
          <w:b w:val="0"/>
          <w:i w:val="0"/>
          <w:color w:val="000000"/>
          <w:sz w:val="18"/>
        </w:rPr>
        <w:t>.: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A</w:t>
      </w:r>
    </w:p>
    <w:p>
      <w:pPr>
        <w:widowControl/>
        <w:wordWrap w:val="0"/>
        <w:autoSpaceDE w:val="0"/>
        <w:autoSpaceDN w:val="0"/>
        <w:spacing w:line="130" w:lineRule="exact" w:before="139" w:after="12"/>
        <w:ind w:left="14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3"/>
        </w:rPr>
        <w:t>c</w:t>
      </w:r>
      <w:r>
        <w:rPr>
          <w:rFonts w:ascii="Arial" w:hAnsi="Arial" w:eastAsia="Arial"/>
          <w:b w:val="0"/>
          <w:i w:val="0"/>
          <w:color w:val="000000"/>
          <w:sz w:val="13"/>
        </w:rPr>
        <w:t>.</w:t>
      </w:r>
      <w:r>
        <w:rPr>
          <w:rFonts w:ascii="Times New Roman" w:hAnsi="Times New Roman" w:eastAsia="Times New Roman"/>
          <w:b w:val="0"/>
          <w:color w:val="000000"/>
          <w:spacing w:val="106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3"/>
        </w:rPr>
        <w:t>!</w:t>
      </w:r>
      <w:r>
        <w:rPr>
          <w:rFonts w:ascii="Times New Roman" w:hAnsi="Times New Roman" w:eastAsia="Times New Roman"/>
          <w:b w:val="0"/>
          <w:color w:val="000000"/>
          <w:spacing w:val="111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3"/>
        </w:rPr>
        <w:t>a</w:t>
      </w:r>
      <w:r>
        <w:rPr>
          <w:rFonts w:ascii="Arial" w:hAnsi="Arial" w:eastAsia="Arial"/>
          <w:b w:val="0"/>
          <w:i w:val="0"/>
          <w:color w:val="000000"/>
          <w:sz w:val="13"/>
        </w:rPr>
        <w:t>'</w:t>
      </w:r>
      <w:r>
        <w:rPr>
          <w:rFonts w:ascii="Times New Roman" w:hAnsi="Times New Roman" w:eastAsia="Times New Roman"/>
          <w:b w:val="0"/>
          <w:color w:val="000000"/>
          <w:spacing w:val="90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3"/>
        </w:rPr>
        <w:t>À</w:t>
      </w:r>
      <w:r>
        <w:rPr>
          <w:rFonts w:ascii="Times New Roman" w:hAnsi="Times New Roman" w:eastAsia="Times New Roman"/>
          <w:b w:val="0"/>
          <w:color w:val="000000"/>
          <w:spacing w:val="121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3"/>
        </w:rPr>
        <w:t>ü</w:t>
      </w:r>
      <w:r>
        <w:rPr>
          <w:rFonts w:ascii="Times New Roman" w:hAnsi="Times New Roman" w:eastAsia="Times New Roman"/>
          <w:b w:val="0"/>
          <w:color w:val="000000"/>
          <w:spacing w:val="115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3"/>
        </w:rPr>
        <w:t>e</w:t>
      </w:r>
      <w:r>
        <w:rPr>
          <w:rFonts w:ascii="Arial" w:hAnsi="Arial" w:eastAsia="Arial"/>
          <w:b w:val="0"/>
          <w:i w:val="0"/>
          <w:color w:val="000000"/>
          <w:sz w:val="13"/>
        </w:rPr>
        <w:t>.</w:t>
      </w:r>
      <w:r>
        <w:rPr>
          <w:rFonts w:ascii="Times New Roman" w:hAnsi="Times New Roman" w:eastAsia="Times New Roman"/>
          <w:b w:val="0"/>
          <w:color w:val="000000"/>
          <w:spacing w:val="59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3"/>
        </w:rPr>
        <w:t>':</w:t>
      </w:r>
      <w:r>
        <w:rPr>
          <w:rFonts w:ascii="Times New Roman" w:hAnsi="Times New Roman" w:eastAsia="Times New Roman"/>
          <w:b w:val="0"/>
          <w:color w:val="000000"/>
          <w:spacing w:val="107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3"/>
        </w:rPr>
        <w:t>©</w:t>
      </w:r>
      <w:r>
        <w:rPr>
          <w:rFonts w:ascii="Times New Roman" w:hAnsi="Times New Roman" w:eastAsia="Times New Roman"/>
          <w:b w:val="0"/>
          <w:color w:val="000000"/>
          <w:spacing w:val="92"/>
          <w:sz w:val="1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3"/>
        </w:rPr>
        <w:t>g</w:t>
      </w:r>
      <w:r>
        <w:rPr>
          <w:rFonts w:ascii="Arial" w:hAnsi="Arial" w:eastAsia="Arial"/>
          <w:b w:val="0"/>
          <w:i w:val="0"/>
          <w:color w:val="000000"/>
          <w:sz w:val="13"/>
        </w:rPr>
        <w:t>'</w:t>
      </w:r>
    </w:p>
    <w:p>
      <w:pPr>
        <w:widowControl/>
        <w:wordWrap w:val="0"/>
        <w:autoSpaceDE w:val="0"/>
        <w:autoSpaceDN w:val="0"/>
        <w:spacing w:line="290" w:lineRule="exact" w:before="25" w:after="270"/>
        <w:ind w:left="14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9"/>
        </w:rPr>
        <w:t>GUARULHO</w:t>
      </w:r>
      <w:r>
        <w:rPr>
          <w:rFonts w:ascii="Arial" w:hAnsi="Arial" w:eastAsia="Arial"/>
          <w:b w:val="0"/>
          <w:i w:val="0"/>
          <w:color w:val="000000"/>
          <w:sz w:val="29"/>
        </w:rPr>
        <w:t>$</w:t>
      </w:r>
    </w:p>
    <w:p>
      <w:pPr>
        <w:widowControl/>
        <w:wordWrap w:val="0"/>
        <w:autoSpaceDE w:val="0"/>
        <w:autoSpaceDN w:val="0"/>
        <w:spacing w:line="250" w:lineRule="exact" w:before="541" w:after="33"/>
        <w:ind w:left="39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5"/>
        </w:rPr>
        <w:t>PjiEFEITURA</w:t>
      </w:r>
      <w:r>
        <w:rPr>
          <w:rFonts w:ascii="Times New Roman" w:hAnsi="Times New Roman" w:eastAsia="Times New Roman"/>
          <w:b w:val="0"/>
          <w:color w:val="000000"/>
          <w:spacing w:val="4"/>
          <w:sz w:val="25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5"/>
        </w:rPr>
        <w:t>DEGUARULHOS</w:t>
      </w:r>
    </w:p>
    <w:p>
      <w:pPr>
        <w:widowControl/>
        <w:wordWrap w:val="0"/>
        <w:autoSpaceDE w:val="0"/>
        <w:autoSpaceDN w:val="0"/>
        <w:spacing w:line="230" w:lineRule="exact" w:before="65" w:after="143"/>
        <w:ind w:left="40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3"/>
        </w:rPr>
        <w:t>SECjiETA</w:t>
      </w:r>
      <w:r>
        <w:rPr>
          <w:rFonts w:ascii="Arial" w:hAnsi="Arial" w:eastAsia="Arial"/>
          <w:b w:val="0"/>
          <w:i w:val="0"/>
          <w:color w:val="000000"/>
          <w:sz w:val="23"/>
        </w:rPr>
        <w:t>]</w:t>
      </w:r>
      <w:r>
        <w:rPr>
          <w:rFonts w:ascii="Arial" w:hAnsi="Arial" w:eastAsia="Arial"/>
          <w:b w:val="0"/>
          <w:i w:val="0"/>
          <w:color w:val="000000"/>
          <w:sz w:val="23"/>
        </w:rPr>
        <w:t>UA</w:t>
      </w:r>
      <w:r>
        <w:rPr>
          <w:rFonts w:ascii="Times New Roman" w:hAnsi="Times New Roman" w:eastAsia="Times New Roman"/>
          <w:b w:val="0"/>
          <w:color w:val="000000"/>
          <w:spacing w:val="97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3"/>
        </w:rPr>
        <w:t>DE</w:t>
      </w:r>
      <w:r>
        <w:rPr>
          <w:rFonts w:ascii="Times New Roman" w:hAnsi="Times New Roman" w:eastAsia="Times New Roman"/>
          <w:b w:val="0"/>
          <w:color w:val="000000"/>
          <w:spacing w:val="3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3"/>
        </w:rPr>
        <w:t>EDUCAÇÃO</w:t>
      </w:r>
    </w:p>
    <w:p>
      <w:pPr>
        <w:widowControl/>
        <w:wordWrap w:val="0"/>
        <w:autoSpaceDE w:val="0"/>
        <w:autoSpaceDN w:val="0"/>
        <w:spacing w:line="210" w:lineRule="exact" w:before="285" w:after="65"/>
        <w:ind w:left="33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1"/>
        </w:rPr>
        <w:t>TERMO</w:t>
      </w:r>
      <w:r>
        <w:rPr>
          <w:rFonts w:ascii="Times New Roman" w:hAnsi="Times New Roman" w:eastAsia="Times New Roman"/>
          <w:b w:val="0"/>
          <w:color w:val="000000"/>
          <w:spacing w:val="109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APOSTILAMENTO</w:t>
      </w:r>
      <w:r>
        <w:rPr>
          <w:rFonts w:ascii="Times New Roman" w:hAnsi="Times New Roman" w:eastAsia="Times New Roman"/>
          <w:b w:val="0"/>
          <w:color w:val="000000"/>
          <w:spacing w:val="282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N</w:t>
      </w:r>
      <w:r>
        <w:rPr>
          <w:rFonts w:ascii="Arial" w:hAnsi="Arial" w:eastAsia="Arial"/>
          <w:b w:val="0"/>
          <w:i w:val="0"/>
          <w:color w:val="000000"/>
          <w:sz w:val="21"/>
        </w:rPr>
        <w:t>'</w:t>
      </w:r>
      <w:r>
        <w:rPr>
          <w:rFonts w:ascii="Times New Roman" w:hAnsi="Times New Roman" w:eastAsia="Times New Roman"/>
          <w:b w:val="0"/>
          <w:color w:val="000000"/>
          <w:spacing w:val="56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OI</w:t>
      </w:r>
    </w:p>
    <w:p>
      <w:pPr>
        <w:widowControl/>
        <w:wordWrap w:val="0"/>
        <w:autoSpaceDE w:val="0"/>
        <w:autoSpaceDN w:val="0"/>
        <w:spacing w:line="720" w:lineRule="exact" w:before="131" w:after="125"/>
        <w:ind w:left="12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72"/>
        </w:rPr>
        <w:t>"-";'</w:t>
      </w:r>
      <w:r>
        <w:rPr>
          <w:rFonts w:ascii="Times New Roman" w:hAnsi="Times New Roman" w:eastAsia="Times New Roman"/>
          <w:b w:val="0"/>
          <w:color w:val="000000"/>
          <w:spacing w:val="26"/>
          <w:sz w:val="6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31"/>
          <w:sz w:val="66"/>
        </w:rPr>
        <w:t>-"'""'..~""-":"</w:t>
      </w:r>
      <w:r>
        <w:rPr>
          <w:rFonts w:ascii="Times New Roman" w:hAnsi="Times New Roman" w:eastAsia="Times New Roman"/>
          <w:b w:val="0"/>
          <w:color w:val="000000"/>
          <w:spacing w:val="-21"/>
          <w:sz w:val="6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66"/>
        </w:rPr>
        <w:t>"</w:t>
      </w:r>
      <w:r>
        <w:rPr>
          <w:rFonts w:ascii="Times New Roman" w:hAnsi="Times New Roman" w:eastAsia="Times New Roman"/>
          <w:b w:val="0"/>
          <w:color w:val="000000"/>
          <w:spacing w:val="-62"/>
          <w:sz w:val="6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66"/>
        </w:rPr>
        <w:t>.=:='</w:t>
      </w:r>
      <w:r>
        <w:rPr>
          <w:rFonts w:ascii="Arial" w:hAnsi="Arial" w:eastAsia="Arial"/>
          <w:b w:val="0"/>
          <w:i w:val="0"/>
          <w:color w:val="000000"/>
          <w:sz w:val="66"/>
        </w:rPr>
        <w:t>r</w:t>
      </w:r>
      <w:r>
        <w:rPr>
          <w:rFonts w:ascii="Arial" w:hAnsi="Arial" w:eastAsia="Arial"/>
          <w:b w:val="0"/>
          <w:i w:val="0"/>
          <w:color w:val="000000"/>
          <w:sz w:val="66"/>
        </w:rPr>
        <w:t>:=::=:""-''''</w:t>
      </w:r>
    </w:p>
    <w:p>
      <w:pPr>
        <w:widowControl/>
        <w:wordWrap w:val="0"/>
        <w:autoSpaceDE w:val="0"/>
        <w:autoSpaceDN w:val="0"/>
        <w:spacing w:line="220" w:lineRule="exact" w:before="251" w:after="220"/>
        <w:ind w:left="12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2"/>
        </w:rPr>
        <w:t>PARTICIPES</w:t>
      </w:r>
      <w:r>
        <w:rPr>
          <w:rFonts w:ascii="Arial" w:hAnsi="Arial" w:eastAsia="Arial"/>
          <w:b w:val="0"/>
          <w:i w:val="0"/>
          <w:color w:val="000000"/>
          <w:sz w:val="22"/>
        </w:rPr>
        <w:t>:</w:t>
      </w:r>
      <w:r>
        <w:rPr>
          <w:rFonts w:ascii="Times New Roman" w:hAnsi="Times New Roman" w:eastAsia="Times New Roman"/>
          <w:b w:val="0"/>
          <w:color w:val="000000"/>
          <w:spacing w:val="16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Mun</w:t>
      </w:r>
      <w:r>
        <w:rPr>
          <w:rFonts w:ascii="Arial" w:hAnsi="Arial" w:eastAsia="Arial"/>
          <w:b w:val="0"/>
          <w:i w:val="0"/>
          <w:color w:val="000000"/>
          <w:sz w:val="22"/>
        </w:rPr>
        <w:t>.</w:t>
      </w:r>
      <w:r>
        <w:rPr>
          <w:rFonts w:ascii="Arial" w:hAnsi="Arial" w:eastAsia="Arial"/>
          <w:b w:val="0"/>
          <w:i w:val="0"/>
          <w:color w:val="000000"/>
          <w:spacing w:val="-17"/>
          <w:sz w:val="22"/>
        </w:rPr>
        <w:t>icípiod</w:t>
      </w:r>
      <w:r>
        <w:rPr>
          <w:rFonts w:ascii="Times New Roman" w:hAnsi="Times New Roman" w:eastAsia="Times New Roman"/>
          <w:b w:val="0"/>
          <w:color w:val="000000"/>
          <w:spacing w:val="65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e</w:t>
      </w:r>
      <w:r>
        <w:rPr>
          <w:rFonts w:ascii="Times New Roman" w:hAnsi="Times New Roman" w:eastAsia="Times New Roman"/>
          <w:b w:val="0"/>
          <w:color w:val="000000"/>
          <w:spacing w:val="0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Guarulhos</w:t>
      </w:r>
      <w:r>
        <w:rPr>
          <w:rFonts w:ascii="Arial" w:hAnsi="Arial" w:eastAsia="Arial"/>
          <w:b w:val="0"/>
          <w:i w:val="0"/>
          <w:color w:val="000000"/>
          <w:sz w:val="22"/>
        </w:rPr>
        <w:t>e</w:t>
      </w:r>
      <w:r>
        <w:rPr>
          <w:rFonts w:ascii="Times New Roman" w:hAnsi="Times New Roman" w:eastAsia="Times New Roman"/>
          <w:b w:val="0"/>
          <w:color w:val="000000"/>
          <w:spacing w:val="3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ONG</w:t>
      </w:r>
      <w:r>
        <w:rPr>
          <w:rFonts w:ascii="Times New Roman" w:hAnsi="Times New Roman" w:eastAsia="Times New Roman"/>
          <w:b w:val="0"/>
          <w:color w:val="000000"/>
          <w:spacing w:val="4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-</w:t>
      </w:r>
      <w:r>
        <w:rPr>
          <w:rFonts w:ascii="Times New Roman" w:hAnsi="Times New Roman" w:eastAsia="Times New Roman"/>
          <w:b w:val="0"/>
          <w:color w:val="000000"/>
          <w:spacing w:val="32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Instituto</w:t>
      </w:r>
      <w:r>
        <w:rPr>
          <w:rFonts w:ascii="Times New Roman" w:hAnsi="Times New Roman" w:eastAsia="Times New Roman"/>
          <w:b w:val="0"/>
          <w:color w:val="000000"/>
          <w:spacing w:val="35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de</w:t>
      </w:r>
      <w:r>
        <w:rPr>
          <w:rFonts w:ascii="Times New Roman" w:hAnsi="Times New Roman" w:eastAsia="Times New Roman"/>
          <w:b w:val="0"/>
          <w:color w:val="000000"/>
          <w:spacing w:val="0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Cidadania</w:t>
      </w:r>
      <w:r>
        <w:rPr>
          <w:rFonts w:ascii="Times New Roman" w:hAnsi="Times New Roman" w:eastAsia="Times New Roman"/>
          <w:b w:val="0"/>
          <w:color w:val="000000"/>
          <w:spacing w:val="-25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Portelinha</w:t>
      </w:r>
    </w:p>
    <w:p>
      <w:pPr>
        <w:widowControl/>
        <w:wordWrap w:val="0"/>
        <w:autoSpaceDE w:val="0"/>
        <w:autoSpaceDN w:val="0"/>
        <w:spacing w:line="14" w:lineRule="exact" w:before="426" w:after="0"/>
        <w:ind w:left="0" w:right="0"/>
      </w:pPr>
    </w:p>
    <w:tbl>
      <w:tblPr>
        <w:tblW w:type="auto" w:w="0"/>
        <w:tblInd w:type="dxa" w:w="1240"/>
        <w:tblLayout w:type="fixed"/>
        <w:tblLook w:firstColumn="1" w:firstRow="1" w:lastColumn="0" w:lastRow="0" w:noHBand="0" w:noVBand="1" w:val="04A0"/>
      </w:tblPr>
      <w:tblGrid>
        <w:gridCol w:w="5030"/>
        <w:gridCol w:w="5030"/>
      </w:tblGrid>
      <w:tr>
        <w:trPr>
          <w:trHeight w:hRule="exact" w:val="431"/>
        </w:trPr>
        <w:tc>
          <w:tcPr>
            <w:tcW w:type="dxa" w:w="4825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20" w:lineRule="exact" w:before="0" w:after="0"/>
              <w:ind w:left="2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2"/>
              </w:rPr>
              <w:t>FINALIDADE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2"/>
              </w:rPr>
              <w:t>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5"/>
                <w:sz w:val="2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2"/>
              </w:rPr>
              <w:t>TERMO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9"/>
                <w:sz w:val="2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2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1"/>
                <w:sz w:val="22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2"/>
              </w:rPr>
              <w:t>APOSTILAMENTO</w:t>
            </w:r>
          </w:p>
          <w:p>
            <w:pPr>
              <w:widowControl/>
              <w:wordWrap w:val="0"/>
              <w:autoSpaceDE w:val="0"/>
              <w:autoSpaceDN w:val="0"/>
              <w:spacing w:line="180" w:lineRule="exact" w:before="31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demanda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para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exercício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2025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5"/>
                <w:sz w:val="18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modalidades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.</w:t>
            </w:r>
          </w:p>
        </w:tc>
        <w:tc>
          <w:tcPr>
            <w:tcW w:type="dxa" w:w="3144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139" w:after="0"/>
              <w:ind w:left="1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Ajuste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5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1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decorrência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9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3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alteração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8"/>
                <w:sz w:val="17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de</w:t>
            </w:r>
          </w:p>
        </w:tc>
      </w:tr>
    </w:tbl>
    <w:p>
      <w:pPr>
        <w:widowControl/>
        <w:wordWrap w:val="0"/>
        <w:autoSpaceDE w:val="0"/>
        <w:autoSpaceDN w:val="0"/>
        <w:spacing w:line="180" w:lineRule="exact" w:before="3080" w:after="152"/>
        <w:ind w:left="11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Art</w:t>
      </w:r>
      <w:r>
        <w:rPr>
          <w:rFonts w:ascii="Times New Roman" w:hAnsi="Times New Roman" w:eastAsia="Times New Roman"/>
          <w:b w:val="0"/>
          <w:color w:val="000000"/>
          <w:spacing w:val="8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I</w:t>
      </w:r>
      <w:r>
        <w:rPr>
          <w:rFonts w:ascii="Arial" w:hAnsi="Arial" w:eastAsia="Arial"/>
          <w:b w:val="0"/>
          <w:i w:val="0"/>
          <w:color w:val="000000"/>
          <w:sz w:val="18"/>
        </w:rPr>
        <w:t>'</w:t>
      </w:r>
      <w:r>
        <w:rPr>
          <w:rFonts w:ascii="Times New Roman" w:hAnsi="Times New Roman" w:eastAsia="Times New Roman"/>
          <w:b w:val="0"/>
          <w:color w:val="000000"/>
          <w:spacing w:val="7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As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cláusulas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subcláusulas</w:t>
      </w:r>
      <w:r>
        <w:rPr>
          <w:rFonts w:ascii="Arial" w:hAnsi="Arial" w:eastAsia="Arial"/>
          <w:b w:val="0"/>
          <w:i w:val="0"/>
          <w:color w:val="000000"/>
          <w:sz w:val="18"/>
        </w:rPr>
        <w:t>adiante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passam</w:t>
      </w:r>
      <w:r>
        <w:rPr>
          <w:rFonts w:ascii="Arial" w:hAnsi="Arial" w:eastAsia="Arial"/>
          <w:b w:val="0"/>
          <w:i w:val="0"/>
          <w:color w:val="000000"/>
          <w:sz w:val="18"/>
        </w:rPr>
        <w:t>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vigorar</w:t>
      </w:r>
      <w:r>
        <w:rPr>
          <w:rFonts w:ascii="Times New Roman" w:hAnsi="Times New Roman" w:eastAsia="Times New Roman"/>
          <w:b w:val="0"/>
          <w:color w:val="000000"/>
          <w:spacing w:val="4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com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seguinte</w:t>
      </w:r>
      <w:r>
        <w:rPr>
          <w:rFonts w:ascii="Arial" w:hAnsi="Arial" w:eastAsia="Arial"/>
          <w:b w:val="0"/>
          <w:i w:val="0"/>
          <w:color w:val="000000"/>
          <w:sz w:val="18"/>
        </w:rPr>
        <w:t>redação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</w:p>
    <w:p>
      <w:pPr>
        <w:widowControl/>
        <w:wordWrap w:val="0"/>
        <w:autoSpaceDE w:val="0"/>
        <w:autoSpaceDN w:val="0"/>
        <w:spacing w:line="14" w:lineRule="exact" w:before="290" w:after="0"/>
        <w:ind w:left="0" w:right="0"/>
      </w:pPr>
    </w:p>
    <w:tbl>
      <w:tblPr>
        <w:tblW w:type="auto" w:w="0"/>
        <w:tblInd w:type="dxa" w:w="1160"/>
        <w:tblLayout w:type="fixed"/>
        <w:tblLook w:firstColumn="1" w:firstRow="1" w:lastColumn="0" w:lastRow="0" w:noHBand="0" w:noVBand="1" w:val="04A0"/>
      </w:tblPr>
      <w:tblGrid>
        <w:gridCol w:w="3354"/>
        <w:gridCol w:w="3354"/>
        <w:gridCol w:w="3354"/>
      </w:tblGrid>
      <w:tr>
        <w:trPr>
          <w:trHeight w:hRule="exact" w:val="204"/>
        </w:trPr>
        <w:tc>
          <w:tcPr>
            <w:tcW w:type="dxa" w:w="7080"/>
            <w:gridSpan w:val="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00" w:lineRule="exact" w:before="0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educandos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54"/>
                <w:sz w:val="20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57"/>
                <w:sz w:val="20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período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integral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Modalidade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5"/>
                <w:sz w:val="20"/>
              </w:rPr>
              <w:t>EducaçãoB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ásica</w:t>
            </w:r>
          </w:p>
        </w:tc>
        <w:tc>
          <w:tcPr>
            <w:tcW w:type="dxa" w:w="856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63" w:after="0"/>
              <w:ind w:left="8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Educação</w:t>
            </w:r>
          </w:p>
        </w:tc>
      </w:tr>
      <w:tr>
        <w:trPr>
          <w:trHeight w:hRule="exact" w:val="194"/>
        </w:trPr>
        <w:tc>
          <w:tcPr>
            <w:tcW w:type="dxa" w:w="543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4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infantil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Creche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3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Pré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Escola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7"/>
                <w:sz w:val="19"/>
              </w:rPr>
              <w:t>.,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8"/>
                <w:sz w:val="19"/>
              </w:rPr>
              <w:t>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9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otalizando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6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53"/>
                <w:sz w:val="19"/>
              </w:rPr>
              <w:t>14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2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6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vagas</w:t>
            </w:r>
          </w:p>
        </w:tc>
        <w:tc>
          <w:tcPr>
            <w:tcW w:type="dxa" w:w="165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4" w:after="0"/>
              <w:ind w:left="115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-'</w:t>
            </w:r>
          </w:p>
        </w:tc>
        <w:tc>
          <w:tcPr>
            <w:tcW w:type="dxa" w:w="3354"/>
            <w:vMerge/>
            <w:tcMar>
              <w:left w:type="dxa" w:w="0"/>
              <w:right w:type="dxa" w:w="0"/>
            </w:tcMar>
          </w:tcPr>
          <w:p/>
        </w:tc>
      </w:tr>
    </w:tbl>
    <w:p>
      <w:pPr>
        <w:widowControl/>
        <w:wordWrap w:val="0"/>
        <w:autoSpaceDE w:val="0"/>
        <w:autoSpaceDN w:val="0"/>
        <w:spacing w:line="170" w:lineRule="exact" w:before="265" w:after="73"/>
        <w:ind w:left="11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(</w:t>
      </w:r>
      <w:r>
        <w:rPr>
          <w:rFonts w:ascii="Arial" w:hAnsi="Arial" w:eastAsia="Arial"/>
          <w:b w:val="0"/>
          <w:i w:val="0"/>
          <w:color w:val="000000"/>
          <w:spacing w:val="116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)</w:t>
      </w:r>
    </w:p>
    <w:p>
      <w:pPr>
        <w:widowControl/>
        <w:wordWrap w:val="0"/>
        <w:autoSpaceDE w:val="0"/>
        <w:autoSpaceDN w:val="0"/>
        <w:spacing w:line="200" w:lineRule="exact" w:before="146" w:after="308"/>
        <w:ind w:left="11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0"/>
        </w:rPr>
        <w:t>CLÁUSULA</w:t>
      </w:r>
      <w:r>
        <w:rPr>
          <w:rFonts w:ascii="Times New Roman" w:hAnsi="Times New Roman" w:eastAsia="Times New Roman"/>
          <w:b w:val="0"/>
          <w:color w:val="000000"/>
          <w:spacing w:val="34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TERCEIRA</w:t>
      </w:r>
      <w:r>
        <w:rPr>
          <w:rFonts w:ascii="Times New Roman" w:hAnsi="Times New Roman" w:eastAsia="Times New Roman"/>
          <w:b w:val="0"/>
          <w:color w:val="000000"/>
          <w:spacing w:val="39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-</w:t>
      </w:r>
      <w:r>
        <w:rPr>
          <w:rFonts w:ascii="Times New Roman" w:hAnsi="Times New Roman" w:eastAsia="Times New Roman"/>
          <w:b w:val="0"/>
          <w:color w:val="000000"/>
          <w:spacing w:val="43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DAS</w:t>
      </w:r>
      <w:r>
        <w:rPr>
          <w:rFonts w:ascii="Times New Roman" w:hAnsi="Times New Roman" w:eastAsia="Times New Roman"/>
          <w:b w:val="0"/>
          <w:color w:val="000000"/>
          <w:spacing w:val="-1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UNIDADES</w:t>
      </w:r>
      <w:r>
        <w:rPr>
          <w:rFonts w:ascii="Times New Roman" w:hAnsi="Times New Roman" w:eastAsia="Times New Roman"/>
          <w:b w:val="0"/>
          <w:color w:val="000000"/>
          <w:spacing w:val="17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ESCOLARES</w:t>
      </w:r>
    </w:p>
    <w:p>
      <w:pPr>
        <w:widowControl/>
        <w:wordWrap w:val="0"/>
        <w:autoSpaceDE w:val="0"/>
        <w:autoSpaceDN w:val="0"/>
        <w:spacing w:line="180" w:lineRule="exact" w:before="615" w:after="50"/>
        <w:ind w:left="11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3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1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NOME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  <w:r>
        <w:rPr>
          <w:rFonts w:ascii="Times New Roman" w:hAnsi="Times New Roman" w:eastAsia="Times New Roman"/>
          <w:b w:val="0"/>
          <w:color w:val="000000"/>
          <w:spacing w:val="10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ONG</w:t>
      </w:r>
      <w:r>
        <w:rPr>
          <w:rFonts w:ascii="Times New Roman" w:hAnsi="Times New Roman" w:eastAsia="Times New Roman"/>
          <w:b w:val="0"/>
          <w:color w:val="000000"/>
          <w:spacing w:val="4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Instituto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Cidadania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Portelinha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Unid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ll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</w:p>
    <w:p>
      <w:pPr>
        <w:widowControl/>
        <w:wordWrap w:val="0"/>
        <w:autoSpaceDE w:val="0"/>
        <w:autoSpaceDN w:val="0"/>
        <w:spacing w:line="180" w:lineRule="exact" w:before="100" w:after="60"/>
        <w:ind w:left="11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3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2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ENDEREÇO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  <w:r>
        <w:rPr>
          <w:rFonts w:ascii="Times New Roman" w:hAnsi="Times New Roman" w:eastAsia="Times New Roman"/>
          <w:b w:val="0"/>
          <w:color w:val="000000"/>
          <w:spacing w:val="14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Rua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Seis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n</w:t>
      </w:r>
      <w:r>
        <w:rPr>
          <w:rFonts w:ascii="Arial" w:hAnsi="Arial" w:eastAsia="Arial"/>
          <w:b w:val="0"/>
          <w:i w:val="0"/>
          <w:color w:val="000000"/>
          <w:sz w:val="18"/>
        </w:rPr>
        <w:t>'</w:t>
      </w:r>
      <w:r>
        <w:rPr>
          <w:rFonts w:ascii="Times New Roman" w:hAnsi="Times New Roman" w:eastAsia="Times New Roman"/>
          <w:b w:val="0"/>
          <w:color w:val="000000"/>
          <w:spacing w:val="2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423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Sitio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São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Francisco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Guarulhos</w:t>
      </w:r>
      <w:r>
        <w:rPr>
          <w:rFonts w:ascii="Arial" w:hAnsi="Arial" w:eastAsia="Arial"/>
          <w:b w:val="0"/>
          <w:i w:val="0"/>
          <w:color w:val="00000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SP</w:t>
      </w:r>
    </w:p>
    <w:p>
      <w:pPr>
        <w:widowControl/>
        <w:wordWrap w:val="0"/>
        <w:autoSpaceDE w:val="0"/>
        <w:autoSpaceDN w:val="0"/>
        <w:spacing w:line="180" w:lineRule="exact" w:before="120" w:after="90"/>
        <w:ind w:left="11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3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3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ATENDIMENTO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  <w:r>
        <w:rPr>
          <w:rFonts w:ascii="Times New Roman" w:hAnsi="Times New Roman" w:eastAsia="Times New Roman"/>
          <w:b w:val="0"/>
          <w:color w:val="000000"/>
          <w:spacing w:val="2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146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vagas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sendo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35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vagas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berçário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l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Arial" w:hAnsi="Arial" w:eastAsia="Arial"/>
          <w:b w:val="0"/>
          <w:i w:val="0"/>
          <w:color w:val="00000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ou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ll</w:t>
      </w:r>
      <w:r>
        <w:rPr>
          <w:rFonts w:ascii="Times New Roman" w:hAnsi="Times New Roman" w:eastAsia="Times New Roman"/>
          <w:b w:val="0"/>
          <w:color w:val="000000"/>
          <w:spacing w:val="7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50"/>
          <w:sz w:val="18"/>
        </w:rPr>
        <w:t>11</w:t>
      </w:r>
      <w:r>
        <w:rPr>
          <w:rFonts w:ascii="Times New Roman" w:hAnsi="Times New Roman" w:eastAsia="Times New Roman"/>
          <w:b w:val="0"/>
          <w:color w:val="000000"/>
          <w:spacing w:val="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00"/>
          <w:sz w:val="18"/>
        </w:rPr>
        <w:t>1</w:t>
      </w:r>
      <w:r>
        <w:rPr>
          <w:rFonts w:ascii="Times New Roman" w:hAnsi="Times New Roman" w:eastAsia="Times New Roman"/>
          <w:b w:val="0"/>
          <w:color w:val="000000"/>
          <w:spacing w:val="7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vagas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Maternal</w:t>
      </w:r>
    </w:p>
    <w:p>
      <w:pPr>
        <w:widowControl/>
        <w:wordWrap w:val="0"/>
        <w:autoSpaceDE w:val="0"/>
        <w:autoSpaceDN w:val="0"/>
        <w:spacing w:line="180" w:lineRule="exact" w:before="180" w:after="80"/>
        <w:ind w:left="12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scola</w:t>
      </w:r>
      <w:r>
        <w:rPr>
          <w:rFonts w:ascii="Times New Roman" w:hAnsi="Times New Roman" w:eastAsia="Times New Roman"/>
          <w:b w:val="0"/>
          <w:color w:val="000000"/>
          <w:spacing w:val="7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AUL</w:t>
      </w:r>
      <w:r>
        <w:rPr>
          <w:rFonts w:ascii="Times New Roman" w:hAnsi="Times New Roman" w:eastAsia="Times New Roman"/>
          <w:b w:val="0"/>
          <w:color w:val="000000"/>
          <w:spacing w:val="8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uu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Times New Roman" w:hAnsi="Times New Roman" w:eastAsia="Times New Roman"/>
          <w:b w:val="0"/>
          <w:color w:val="000000"/>
          <w:spacing w:val="4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l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Eni</w:t>
      </w:r>
      <w:r>
        <w:rPr>
          <w:rFonts w:ascii="Arial" w:hAnsi="Arial" w:eastAsia="Arial"/>
          <w:b w:val="0"/>
          <w:i w:val="0"/>
          <w:color w:val="000000"/>
          <w:sz w:val="18"/>
        </w:rPr>
        <w:t>)</w:t>
      </w:r>
      <w:r>
        <w:rPr>
          <w:rFonts w:ascii="Arial" w:hAnsi="Arial" w:eastAsia="Arial"/>
          <w:b w:val="0"/>
          <w:i w:val="0"/>
          <w:color w:val="000000"/>
          <w:sz w:val="18"/>
        </w:rPr>
        <w:t>lrWENTO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  <w:r>
        <w:rPr>
          <w:rFonts w:ascii="Times New Roman" w:hAnsi="Times New Roman" w:eastAsia="Times New Roman"/>
          <w:b w:val="0"/>
          <w:color w:val="000000"/>
          <w:spacing w:val="19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Educação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Básica</w:t>
      </w:r>
      <w:r>
        <w:rPr>
          <w:rFonts w:ascii="Arial" w:hAnsi="Arial" w:eastAsia="Arial"/>
          <w:b w:val="0"/>
          <w:i w:val="0"/>
          <w:color w:val="000000"/>
          <w:sz w:val="18"/>
        </w:rPr>
        <w:t>--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Educação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Infantil</w:t>
      </w:r>
      <w:r>
        <w:rPr>
          <w:rFonts w:ascii="Arial" w:hAnsi="Arial" w:eastAsia="Arial"/>
          <w:b w:val="0"/>
          <w:i w:val="0"/>
          <w:color w:val="000000"/>
          <w:sz w:val="18"/>
        </w:rPr>
        <w:t>/</w:t>
      </w:r>
      <w:r>
        <w:rPr>
          <w:rFonts w:ascii="Arial" w:hAnsi="Arial" w:eastAsia="Arial"/>
          <w:b w:val="0"/>
          <w:i w:val="0"/>
          <w:color w:val="000000"/>
          <w:sz w:val="18"/>
        </w:rPr>
        <w:t>Creche</w:t>
      </w:r>
      <w:r>
        <w:rPr>
          <w:rFonts w:ascii="Times New Roman" w:hAnsi="Times New Roman" w:eastAsia="Times New Roman"/>
          <w:b w:val="0"/>
          <w:color w:val="000000"/>
          <w:spacing w:val="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Pré</w:t>
      </w:r>
      <w:r>
        <w:rPr>
          <w:rFonts w:ascii="Arial" w:hAnsi="Arial" w:eastAsia="Arial"/>
          <w:b w:val="0"/>
          <w:i w:val="0"/>
          <w:color w:val="000000"/>
          <w:sz w:val="18"/>
        </w:rPr>
        <w:t>-</w:t>
      </w:r>
    </w:p>
    <w:p>
      <w:pPr>
        <w:widowControl/>
        <w:wordWrap w:val="0"/>
        <w:autoSpaceDE w:val="0"/>
        <w:autoSpaceDN w:val="0"/>
        <w:spacing w:line="180" w:lineRule="exact" w:before="160" w:after="90"/>
        <w:ind w:left="10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3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5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FAIXA</w:t>
      </w:r>
      <w:r>
        <w:rPr>
          <w:rFonts w:ascii="Times New Roman" w:hAnsi="Times New Roman" w:eastAsia="Times New Roman"/>
          <w:b w:val="0"/>
          <w:color w:val="000000"/>
          <w:spacing w:val="1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ETÁRIA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  <w:r>
        <w:rPr>
          <w:rFonts w:ascii="Times New Roman" w:hAnsi="Times New Roman" w:eastAsia="Times New Roman"/>
          <w:b w:val="0"/>
          <w:color w:val="000000"/>
          <w:spacing w:val="1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até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04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(</w:t>
      </w:r>
      <w:r>
        <w:rPr>
          <w:rFonts w:ascii="Arial" w:hAnsi="Arial" w:eastAsia="Arial"/>
          <w:b w:val="0"/>
          <w:i w:val="0"/>
          <w:color w:val="000000"/>
          <w:sz w:val="18"/>
        </w:rPr>
        <w:t>quatro</w:t>
      </w:r>
      <w:r>
        <w:rPr>
          <w:rFonts w:ascii="Arial" w:hAnsi="Arial" w:eastAsia="Arial"/>
          <w:b w:val="0"/>
          <w:i w:val="0"/>
          <w:color w:val="000000"/>
          <w:sz w:val="18"/>
        </w:rPr>
        <w:t>)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anos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idade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</w:p>
    <w:p>
      <w:pPr>
        <w:widowControl/>
        <w:wordWrap w:val="0"/>
        <w:autoSpaceDE w:val="0"/>
        <w:autoSpaceDN w:val="0"/>
        <w:spacing w:line="180" w:lineRule="exact" w:before="180" w:after="30"/>
        <w:ind w:left="10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3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6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VALOR</w:t>
      </w:r>
      <w:r>
        <w:rPr>
          <w:rFonts w:ascii="Times New Roman" w:hAnsi="Times New Roman" w:eastAsia="Times New Roman"/>
          <w:b w:val="0"/>
          <w:color w:val="000000"/>
          <w:spacing w:val="14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DO</w:t>
      </w:r>
      <w:r>
        <w:rPr>
          <w:rFonts w:ascii="Times New Roman" w:hAnsi="Times New Roman" w:eastAsia="Times New Roman"/>
          <w:b w:val="0"/>
          <w:color w:val="000000"/>
          <w:spacing w:val="4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"</w:t>
      </w:r>
      <w:r>
        <w:rPr>
          <w:rFonts w:ascii="Arial" w:hAnsi="Arial" w:eastAsia="Arial"/>
          <w:b w:val="0"/>
          <w:i w:val="0"/>
          <w:color w:val="000000"/>
          <w:sz w:val="18"/>
        </w:rPr>
        <w:t>PER</w:t>
      </w:r>
      <w:r>
        <w:rPr>
          <w:rFonts w:ascii="Times New Roman" w:hAnsi="Times New Roman" w:eastAsia="Times New Roman"/>
          <w:b w:val="0"/>
          <w:color w:val="000000"/>
          <w:spacing w:val="8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CAPITA</w:t>
      </w:r>
      <w:r>
        <w:rPr>
          <w:rFonts w:ascii="Arial" w:hAnsi="Arial" w:eastAsia="Arial"/>
          <w:b w:val="0"/>
          <w:i w:val="0"/>
          <w:color w:val="000000"/>
          <w:sz w:val="18"/>
        </w:rPr>
        <w:t>":</w:t>
      </w:r>
      <w:r>
        <w:rPr>
          <w:rFonts w:ascii="Times New Roman" w:hAnsi="Times New Roman" w:eastAsia="Times New Roman"/>
          <w:b w:val="0"/>
          <w:color w:val="000000"/>
          <w:spacing w:val="171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</w:t>
      </w:r>
      <w:r>
        <w:rPr>
          <w:rFonts w:ascii="Arial" w:hAnsi="Arial" w:eastAsia="Arial"/>
          <w:b w:val="0"/>
          <w:i w:val="0"/>
          <w:color w:val="000000"/>
          <w:sz w:val="18"/>
        </w:rPr>
        <w:t>$</w:t>
      </w:r>
      <w:r>
        <w:rPr>
          <w:rFonts w:ascii="Times New Roman" w:hAnsi="Times New Roman" w:eastAsia="Times New Roman"/>
          <w:b w:val="0"/>
          <w:color w:val="000000"/>
          <w:spacing w:val="4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728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Arial" w:hAnsi="Arial" w:eastAsia="Arial"/>
          <w:b w:val="0"/>
          <w:i w:val="0"/>
          <w:color w:val="000000"/>
          <w:sz w:val="18"/>
        </w:rPr>
        <w:t>30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(</w:t>
      </w:r>
      <w:r>
        <w:rPr>
          <w:rFonts w:ascii="Arial" w:hAnsi="Arial" w:eastAsia="Arial"/>
          <w:b w:val="0"/>
          <w:i w:val="0"/>
          <w:color w:val="000000"/>
          <w:sz w:val="18"/>
        </w:rPr>
        <w:t>setecentos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vinte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oito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reais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trinta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centavos</w:t>
      </w:r>
      <w:r>
        <w:rPr>
          <w:rFonts w:ascii="Arial" w:hAnsi="Arial" w:eastAsia="Arial"/>
          <w:b w:val="0"/>
          <w:i w:val="0"/>
          <w:color w:val="000000"/>
          <w:sz w:val="18"/>
        </w:rPr>
        <w:t>),</w:t>
      </w:r>
    </w:p>
    <w:p>
      <w:pPr>
        <w:widowControl/>
        <w:wordWrap w:val="0"/>
        <w:autoSpaceDE w:val="0"/>
        <w:autoSpaceDN w:val="0"/>
        <w:spacing w:line="180" w:lineRule="exact" w:before="60" w:after="152"/>
        <w:ind w:left="10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por</w:t>
      </w:r>
      <w:r>
        <w:rPr>
          <w:rFonts w:ascii="Times New Roman" w:hAnsi="Times New Roman" w:eastAsia="Times New Roman"/>
          <w:b w:val="0"/>
          <w:color w:val="000000"/>
          <w:spacing w:val="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vaga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acrescido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</w:t>
      </w:r>
      <w:r>
        <w:rPr>
          <w:rFonts w:ascii="Arial" w:hAnsi="Arial" w:eastAsia="Arial"/>
          <w:b w:val="0"/>
          <w:i w:val="0"/>
          <w:color w:val="000000"/>
          <w:sz w:val="18"/>
        </w:rPr>
        <w:t>$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245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Arial" w:hAnsi="Arial" w:eastAsia="Arial"/>
          <w:b w:val="0"/>
          <w:i w:val="0"/>
          <w:color w:val="000000"/>
          <w:sz w:val="18"/>
        </w:rPr>
        <w:t>00</w:t>
      </w:r>
      <w:r>
        <w:rPr>
          <w:rFonts w:ascii="Times New Roman" w:hAnsi="Times New Roman" w:eastAsia="Times New Roman"/>
          <w:b w:val="0"/>
          <w:color w:val="000000"/>
          <w:spacing w:val="4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(</w:t>
      </w:r>
      <w:r>
        <w:rPr>
          <w:rFonts w:ascii="Arial" w:hAnsi="Arial" w:eastAsia="Arial"/>
          <w:b w:val="0"/>
          <w:i w:val="0"/>
          <w:color w:val="000000"/>
          <w:sz w:val="18"/>
        </w:rPr>
        <w:t>duzentos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quarenta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cinco</w:t>
      </w:r>
      <w:r>
        <w:rPr>
          <w:rFonts w:ascii="Times New Roman" w:hAnsi="Times New Roman" w:eastAsia="Times New Roman"/>
          <w:b w:val="0"/>
          <w:color w:val="000000"/>
          <w:spacing w:val="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reais</w:t>
      </w:r>
      <w:r>
        <w:rPr>
          <w:rFonts w:ascii="Arial" w:hAnsi="Arial" w:eastAsia="Arial"/>
          <w:b w:val="0"/>
          <w:i w:val="0"/>
          <w:color w:val="000000"/>
          <w:sz w:val="18"/>
        </w:rPr>
        <w:t>)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por</w:t>
      </w:r>
      <w:r>
        <w:rPr>
          <w:rFonts w:ascii="Times New Roman" w:hAnsi="Times New Roman" w:eastAsia="Times New Roman"/>
          <w:b w:val="0"/>
          <w:color w:val="000000"/>
          <w:spacing w:val="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criança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atendida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em</w:t>
      </w:r>
    </w:p>
    <w:p>
      <w:pPr>
        <w:widowControl/>
        <w:wordWrap w:val="0"/>
        <w:autoSpaceDE w:val="0"/>
        <w:autoSpaceDN w:val="0"/>
        <w:spacing w:line="200" w:lineRule="exact" w:before="304" w:after="178"/>
        <w:ind w:left="10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0"/>
        </w:rPr>
        <w:t>3</w:t>
      </w:r>
      <w:r>
        <w:rPr>
          <w:rFonts w:ascii="Arial" w:hAnsi="Arial" w:eastAsia="Arial"/>
          <w:b w:val="0"/>
          <w:i w:val="0"/>
          <w:color w:val="000000"/>
          <w:sz w:val="20"/>
        </w:rPr>
        <w:t>.</w:t>
      </w:r>
      <w:r>
        <w:rPr>
          <w:rFonts w:ascii="Arial" w:hAnsi="Arial" w:eastAsia="Arial"/>
          <w:b w:val="0"/>
          <w:i w:val="0"/>
          <w:color w:val="000000"/>
          <w:sz w:val="20"/>
        </w:rPr>
        <w:t>7</w:t>
      </w:r>
      <w:r>
        <w:rPr>
          <w:rFonts w:ascii="Arial" w:hAnsi="Arial" w:eastAsia="Arial"/>
          <w:b w:val="0"/>
          <w:i w:val="0"/>
          <w:color w:val="000000"/>
          <w:sz w:val="20"/>
        </w:rPr>
        <w:t>.</w:t>
      </w:r>
      <w:r>
        <w:rPr>
          <w:rFonts w:ascii="Times New Roman" w:hAnsi="Times New Roman" w:eastAsia="Times New Roman"/>
          <w:b w:val="0"/>
          <w:color w:val="000000"/>
          <w:spacing w:val="-4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VALOR</w:t>
      </w:r>
      <w:r>
        <w:rPr>
          <w:rFonts w:ascii="Times New Roman" w:hAnsi="Times New Roman" w:eastAsia="Times New Roman"/>
          <w:b w:val="0"/>
          <w:color w:val="000000"/>
          <w:spacing w:val="72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MENSAL</w:t>
      </w:r>
      <w:r>
        <w:rPr>
          <w:rFonts w:ascii="Arial" w:hAnsi="Arial" w:eastAsia="Arial"/>
          <w:b w:val="0"/>
          <w:i w:val="0"/>
          <w:color w:val="000000"/>
          <w:sz w:val="20"/>
        </w:rPr>
        <w:t>:</w:t>
      </w:r>
      <w:r>
        <w:rPr>
          <w:rFonts w:ascii="Times New Roman" w:hAnsi="Times New Roman" w:eastAsia="Times New Roman"/>
          <w:b w:val="0"/>
          <w:color w:val="000000"/>
          <w:spacing w:val="52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RS</w:t>
      </w:r>
      <w:r>
        <w:rPr>
          <w:rFonts w:ascii="Times New Roman" w:hAnsi="Times New Roman" w:eastAsia="Times New Roman"/>
          <w:b w:val="0"/>
          <w:color w:val="000000"/>
          <w:spacing w:val="-8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1</w:t>
      </w:r>
      <w:r>
        <w:rPr>
          <w:rFonts w:ascii="Arial" w:hAnsi="Arial" w:eastAsia="Arial"/>
          <w:b w:val="0"/>
          <w:i w:val="0"/>
          <w:color w:val="000000"/>
          <w:sz w:val="20"/>
        </w:rPr>
        <w:t>]</w:t>
      </w:r>
      <w:r>
        <w:rPr>
          <w:rFonts w:ascii="Arial" w:hAnsi="Arial" w:eastAsia="Arial"/>
          <w:b w:val="0"/>
          <w:i w:val="0"/>
          <w:color w:val="000000"/>
          <w:sz w:val="20"/>
        </w:rPr>
        <w:t>4</w:t>
      </w:r>
      <w:r>
        <w:rPr>
          <w:rFonts w:ascii="Arial" w:hAnsi="Arial" w:eastAsia="Arial"/>
          <w:b w:val="0"/>
          <w:i w:val="0"/>
          <w:color w:val="000000"/>
          <w:sz w:val="20"/>
        </w:rPr>
        <w:t>.</w:t>
      </w:r>
      <w:r>
        <w:rPr>
          <w:rFonts w:ascii="Arial" w:hAnsi="Arial" w:eastAsia="Arial"/>
          <w:b w:val="0"/>
          <w:i w:val="0"/>
          <w:color w:val="000000"/>
          <w:sz w:val="20"/>
        </w:rPr>
        <w:t>906</w:t>
      </w:r>
      <w:r>
        <w:rPr>
          <w:rFonts w:ascii="Arial" w:hAnsi="Arial" w:eastAsia="Arial"/>
          <w:b w:val="0"/>
          <w:i w:val="0"/>
          <w:color w:val="000000"/>
          <w:sz w:val="20"/>
        </w:rPr>
        <w:t>,</w:t>
      </w:r>
      <w:r>
        <w:rPr>
          <w:rFonts w:ascii="Arial" w:hAnsi="Arial" w:eastAsia="Arial"/>
          <w:b w:val="0"/>
          <w:i w:val="0"/>
          <w:color w:val="000000"/>
          <w:sz w:val="20"/>
        </w:rPr>
        <w:t>80</w:t>
      </w:r>
      <w:r>
        <w:rPr>
          <w:rFonts w:ascii="Arial" w:hAnsi="Arial" w:eastAsia="Arial"/>
          <w:b w:val="0"/>
          <w:i w:val="0"/>
          <w:color w:val="000000"/>
          <w:sz w:val="20"/>
        </w:rPr>
        <w:t>(</w:t>
      </w:r>
      <w:r>
        <w:rPr>
          <w:rFonts w:ascii="Arial" w:hAnsi="Arial" w:eastAsia="Arial"/>
          <w:b w:val="0"/>
          <w:i w:val="0"/>
          <w:color w:val="000000"/>
          <w:sz w:val="20"/>
        </w:rPr>
        <w:t>cento</w:t>
      </w:r>
      <w:r>
        <w:rPr>
          <w:rFonts w:ascii="Arial" w:hAnsi="Arial" w:eastAsia="Arial"/>
          <w:b w:val="0"/>
          <w:i w:val="0"/>
          <w:color w:val="000000"/>
          <w:sz w:val="20"/>
        </w:rPr>
        <w:t>e</w:t>
      </w:r>
      <w:r>
        <w:rPr>
          <w:rFonts w:ascii="Times New Roman" w:hAnsi="Times New Roman" w:eastAsia="Times New Roman"/>
          <w:b w:val="0"/>
          <w:color w:val="000000"/>
          <w:spacing w:val="-1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9"/>
          <w:sz w:val="20"/>
        </w:rPr>
        <w:t>quatorzem</w:t>
      </w:r>
      <w:r>
        <w:rPr>
          <w:rFonts w:ascii="Times New Roman" w:hAnsi="Times New Roman" w:eastAsia="Times New Roman"/>
          <w:b w:val="0"/>
          <w:color w:val="000000"/>
          <w:spacing w:val="98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il</w:t>
      </w:r>
      <w:r>
        <w:rPr>
          <w:rFonts w:ascii="Arial" w:hAnsi="Arial" w:eastAsia="Arial"/>
          <w:b w:val="0"/>
          <w:i w:val="0"/>
          <w:color w:val="000000"/>
          <w:sz w:val="20"/>
        </w:rPr>
        <w:t>,</w:t>
      </w:r>
      <w:r>
        <w:rPr>
          <w:rFonts w:ascii="Times New Roman" w:hAnsi="Times New Roman" w:eastAsia="Times New Roman"/>
          <w:b w:val="0"/>
          <w:color w:val="000000"/>
          <w:spacing w:val="19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0"/>
          <w:sz w:val="20"/>
        </w:rPr>
        <w:t>novecentose</w:t>
      </w:r>
      <w:r>
        <w:rPr>
          <w:rFonts w:ascii="Times New Roman" w:hAnsi="Times New Roman" w:eastAsia="Times New Roman"/>
          <w:b w:val="0"/>
          <w:color w:val="000000"/>
          <w:spacing w:val="47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seis</w:t>
      </w:r>
      <w:r>
        <w:rPr>
          <w:rFonts w:ascii="Arial" w:hAnsi="Arial" w:eastAsia="Arial"/>
          <w:b w:val="0"/>
          <w:i w:val="0"/>
          <w:color w:val="000000"/>
          <w:sz w:val="20"/>
        </w:rPr>
        <w:t>reais</w:t>
      </w:r>
      <w:r>
        <w:rPr>
          <w:rFonts w:ascii="Arial" w:hAnsi="Arial" w:eastAsia="Arial"/>
          <w:b w:val="0"/>
          <w:i w:val="0"/>
          <w:color w:val="000000"/>
          <w:sz w:val="20"/>
        </w:rPr>
        <w:t>e</w:t>
      </w:r>
      <w:r>
        <w:rPr>
          <w:rFonts w:ascii="Times New Roman" w:hAnsi="Times New Roman" w:eastAsia="Times New Roman"/>
          <w:b w:val="0"/>
          <w:color w:val="000000"/>
          <w:spacing w:val="-1"/>
          <w:sz w:val="20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0"/>
        </w:rPr>
        <w:t>oitenta</w:t>
      </w:r>
    </w:p>
    <w:p>
      <w:pPr>
        <w:widowControl/>
        <w:wordWrap w:val="0"/>
        <w:autoSpaceDE w:val="0"/>
        <w:autoSpaceDN w:val="0"/>
        <w:spacing w:line="180" w:lineRule="exact" w:before="355" w:after="8"/>
        <w:ind w:left="10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3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8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VALOR</w:t>
      </w:r>
      <w:r>
        <w:rPr>
          <w:rFonts w:ascii="Times New Roman" w:hAnsi="Times New Roman" w:eastAsia="Times New Roman"/>
          <w:b w:val="0"/>
          <w:color w:val="000000"/>
          <w:spacing w:val="4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MENSAL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DO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ACRÉSCIMO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CUSTEAR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LOCAÇÃO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Arial" w:hAnsi="Arial" w:eastAsia="Arial"/>
          <w:b w:val="0"/>
          <w:i w:val="0"/>
          <w:color w:val="000000"/>
          <w:sz w:val="18"/>
        </w:rPr>
        <w:t>]</w:t>
      </w:r>
      <w:r>
        <w:rPr>
          <w:rFonts w:ascii="Arial" w:hAnsi="Arial" w:eastAsia="Arial"/>
          <w:b w:val="0"/>
          <w:i w:val="0"/>
          <w:color w:val="000000"/>
          <w:sz w:val="18"/>
        </w:rPr>
        <w:t>PTU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</w:t>
      </w:r>
      <w:r>
        <w:rPr>
          <w:rFonts w:ascii="Arial" w:hAnsi="Arial" w:eastAsia="Arial"/>
          <w:b w:val="0"/>
          <w:i w:val="0"/>
          <w:color w:val="000000"/>
          <w:sz w:val="18"/>
        </w:rPr>
        <w:t>$]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4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480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Arial" w:hAnsi="Arial" w:eastAsia="Arial"/>
          <w:b w:val="0"/>
          <w:i w:val="0"/>
          <w:color w:val="000000"/>
          <w:sz w:val="18"/>
        </w:rPr>
        <w:t>73</w:t>
      </w:r>
      <w:r>
        <w:rPr>
          <w:rFonts w:ascii="Arial" w:hAnsi="Arial" w:eastAsia="Arial"/>
          <w:b w:val="0"/>
          <w:i w:val="0"/>
          <w:color w:val="000000"/>
          <w:sz w:val="18"/>
        </w:rPr>
        <w:t>(</w:t>
      </w:r>
      <w:r>
        <w:rPr>
          <w:rFonts w:ascii="Arial" w:hAnsi="Arial" w:eastAsia="Arial"/>
          <w:b w:val="0"/>
          <w:i w:val="0"/>
          <w:color w:val="000000"/>
          <w:sz w:val="18"/>
        </w:rPr>
        <w:t>catorze</w:t>
      </w:r>
    </w:p>
    <w:p>
      <w:pPr>
        <w:widowControl/>
        <w:wordWrap w:val="0"/>
        <w:autoSpaceDE w:val="0"/>
        <w:autoSpaceDN w:val="0"/>
        <w:spacing w:line="160" w:lineRule="exact" w:before="15" w:after="70"/>
        <w:ind w:left="10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6"/>
        </w:rPr>
        <w:t>mil</w:t>
      </w:r>
      <w:r>
        <w:rPr>
          <w:rFonts w:ascii="Arial" w:hAnsi="Arial" w:eastAsia="Arial"/>
          <w:b w:val="0"/>
          <w:i w:val="0"/>
          <w:color w:val="000000"/>
          <w:sz w:val="16"/>
        </w:rPr>
        <w:t>,</w:t>
      </w:r>
      <w:r>
        <w:rPr>
          <w:rFonts w:ascii="Times New Roman" w:hAnsi="Times New Roman" w:eastAsia="Times New Roman"/>
          <w:b w:val="0"/>
          <w:color w:val="000000"/>
          <w:spacing w:val="31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quatrocentos</w:t>
      </w:r>
      <w:r>
        <w:rPr>
          <w:rFonts w:ascii="Times New Roman" w:hAnsi="Times New Roman" w:eastAsia="Times New Roman"/>
          <w:b w:val="0"/>
          <w:color w:val="000000"/>
          <w:spacing w:val="1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oitenta</w:t>
      </w:r>
      <w:r>
        <w:rPr>
          <w:rFonts w:ascii="Times New Roman" w:hAnsi="Times New Roman" w:eastAsia="Times New Roman"/>
          <w:b w:val="0"/>
          <w:color w:val="000000"/>
          <w:spacing w:val="2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reais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setenta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e</w:t>
      </w:r>
      <w:r>
        <w:rPr>
          <w:rFonts w:ascii="Times New Roman" w:hAnsi="Times New Roman" w:eastAsia="Times New Roman"/>
          <w:b w:val="0"/>
          <w:color w:val="000000"/>
          <w:spacing w:val="-9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três</w:t>
      </w:r>
      <w:r>
        <w:rPr>
          <w:rFonts w:ascii="Times New Roman" w:hAnsi="Times New Roman" w:eastAsia="Times New Roman"/>
          <w:b w:val="0"/>
          <w:color w:val="000000"/>
          <w:spacing w:val="-7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centavos</w:t>
      </w:r>
      <w:r>
        <w:rPr>
          <w:rFonts w:ascii="Arial" w:hAnsi="Arial" w:eastAsia="Arial"/>
          <w:b w:val="0"/>
          <w:i w:val="0"/>
          <w:color w:val="000000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26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EM</w:t>
      </w:r>
      <w:r>
        <w:rPr>
          <w:rFonts w:ascii="Times New Roman" w:hAnsi="Times New Roman" w:eastAsia="Times New Roman"/>
          <w:b w:val="0"/>
          <w:color w:val="000000"/>
          <w:spacing w:val="40"/>
          <w:sz w:val="1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6"/>
        </w:rPr>
        <w:t>PARCELAS</w:t>
      </w:r>
    </w:p>
    <w:p>
      <w:pPr>
        <w:widowControl/>
        <w:wordWrap w:val="0"/>
        <w:autoSpaceDE w:val="0"/>
        <w:autoSpaceDN w:val="0"/>
        <w:spacing w:line="210" w:lineRule="exact" w:before="141" w:after="11"/>
        <w:ind w:left="10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1"/>
        </w:rPr>
        <w:t>3</w:t>
      </w:r>
      <w:r>
        <w:rPr>
          <w:rFonts w:ascii="Arial" w:hAnsi="Arial" w:eastAsia="Arial"/>
          <w:b w:val="0"/>
          <w:i w:val="0"/>
          <w:color w:val="000000"/>
          <w:sz w:val="21"/>
        </w:rPr>
        <w:t>.</w:t>
      </w:r>
      <w:r>
        <w:rPr>
          <w:rFonts w:ascii="Arial" w:hAnsi="Arial" w:eastAsia="Arial"/>
          <w:b w:val="0"/>
          <w:i w:val="0"/>
          <w:color w:val="000000"/>
          <w:sz w:val="21"/>
        </w:rPr>
        <w:t>9</w:t>
      </w:r>
      <w:r>
        <w:rPr>
          <w:rFonts w:ascii="Arial" w:hAnsi="Arial" w:eastAsia="Arial"/>
          <w:b w:val="0"/>
          <w:i w:val="0"/>
          <w:color w:val="000000"/>
          <w:sz w:val="21"/>
        </w:rPr>
        <w:t>.</w:t>
      </w:r>
      <w:r>
        <w:rPr>
          <w:rFonts w:ascii="Times New Roman" w:hAnsi="Times New Roman" w:eastAsia="Times New Roman"/>
          <w:b w:val="0"/>
          <w:color w:val="000000"/>
          <w:spacing w:val="-23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VALOR</w:t>
      </w:r>
      <w:r>
        <w:rPr>
          <w:rFonts w:ascii="Times New Roman" w:hAnsi="Times New Roman" w:eastAsia="Times New Roman"/>
          <w:b w:val="0"/>
          <w:color w:val="000000"/>
          <w:spacing w:val="36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DO</w:t>
      </w:r>
      <w:r>
        <w:rPr>
          <w:rFonts w:ascii="Times New Roman" w:hAnsi="Times New Roman" w:eastAsia="Times New Roman"/>
          <w:b w:val="0"/>
          <w:color w:val="000000"/>
          <w:spacing w:val="-8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20"/>
          <w:sz w:val="21"/>
        </w:rPr>
        <w:t>REPASSEQ</w:t>
      </w:r>
      <w:r>
        <w:rPr>
          <w:rFonts w:ascii="Times New Roman" w:hAnsi="Times New Roman" w:eastAsia="Times New Roman"/>
          <w:b w:val="0"/>
          <w:color w:val="000000"/>
          <w:spacing w:val="79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UADRIMESTRAL</w:t>
      </w:r>
      <w:r>
        <w:rPr>
          <w:rFonts w:ascii="Arial" w:hAnsi="Arial" w:eastAsia="Arial"/>
          <w:b w:val="0"/>
          <w:i w:val="0"/>
          <w:color w:val="000000"/>
          <w:sz w:val="21"/>
        </w:rPr>
        <w:t>:</w:t>
      </w:r>
      <w:r>
        <w:rPr>
          <w:rFonts w:ascii="Times New Roman" w:hAnsi="Times New Roman" w:eastAsia="Times New Roman"/>
          <w:b w:val="0"/>
          <w:color w:val="000000"/>
          <w:spacing w:val="21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R</w:t>
      </w:r>
      <w:r>
        <w:rPr>
          <w:rFonts w:ascii="Arial" w:hAnsi="Arial" w:eastAsia="Arial"/>
          <w:b w:val="0"/>
          <w:i w:val="0"/>
          <w:color w:val="000000"/>
          <w:sz w:val="21"/>
        </w:rPr>
        <w:t>$</w:t>
      </w:r>
      <w:r>
        <w:rPr>
          <w:rFonts w:ascii="Times New Roman" w:hAnsi="Times New Roman" w:eastAsia="Times New Roman"/>
          <w:b w:val="0"/>
          <w:color w:val="000000"/>
          <w:spacing w:val="-1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459</w:t>
      </w:r>
      <w:r>
        <w:rPr>
          <w:rFonts w:ascii="Arial" w:hAnsi="Arial" w:eastAsia="Arial"/>
          <w:b w:val="0"/>
          <w:i w:val="0"/>
          <w:color w:val="000000"/>
          <w:sz w:val="21"/>
        </w:rPr>
        <w:t>.</w:t>
      </w:r>
      <w:r>
        <w:rPr>
          <w:rFonts w:ascii="Arial" w:hAnsi="Arial" w:eastAsia="Arial"/>
          <w:b w:val="0"/>
          <w:i w:val="0"/>
          <w:color w:val="000000"/>
          <w:sz w:val="21"/>
        </w:rPr>
        <w:t>627</w:t>
      </w:r>
      <w:r>
        <w:rPr>
          <w:rFonts w:ascii="Arial" w:hAnsi="Arial" w:eastAsia="Arial"/>
          <w:b w:val="0"/>
          <w:i w:val="0"/>
          <w:color w:val="000000"/>
          <w:sz w:val="21"/>
        </w:rPr>
        <w:t>,</w:t>
      </w:r>
      <w:r>
        <w:rPr>
          <w:rFonts w:ascii="Arial" w:hAnsi="Arial" w:eastAsia="Arial"/>
          <w:b w:val="0"/>
          <w:i w:val="0"/>
          <w:color w:val="000000"/>
          <w:spacing w:val="-45"/>
          <w:sz w:val="21"/>
        </w:rPr>
        <w:t>20</w:t>
      </w:r>
      <w:r>
        <w:rPr>
          <w:rFonts w:ascii="Arial" w:hAnsi="Arial" w:eastAsia="Arial"/>
          <w:b w:val="0"/>
          <w:i w:val="0"/>
          <w:color w:val="000000"/>
          <w:sz w:val="21"/>
        </w:rPr>
        <w:t>(</w:t>
      </w:r>
      <w:r>
        <w:rPr>
          <w:rFonts w:ascii="Arial" w:hAnsi="Arial" w:eastAsia="Arial"/>
          <w:b w:val="0"/>
          <w:i w:val="0"/>
          <w:color w:val="000000"/>
          <w:spacing w:val="-96"/>
          <w:sz w:val="21"/>
        </w:rPr>
        <w:t>q</w:t>
      </w:r>
      <w:r>
        <w:rPr>
          <w:rFonts w:ascii="Times New Roman" w:hAnsi="Times New Roman" w:eastAsia="Times New Roman"/>
          <w:b w:val="0"/>
          <w:color w:val="000000"/>
          <w:spacing w:val="43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0"/>
          <w:sz w:val="21"/>
        </w:rPr>
        <w:t>uatrocentoes</w:t>
      </w:r>
      <w:r>
        <w:rPr>
          <w:rFonts w:ascii="Times New Roman" w:hAnsi="Times New Roman" w:eastAsia="Times New Roman"/>
          <w:b w:val="0"/>
          <w:color w:val="000000"/>
          <w:spacing w:val="-9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2"/>
          <w:sz w:val="21"/>
        </w:rPr>
        <w:t>cinquentae</w:t>
      </w:r>
    </w:p>
    <w:p>
      <w:pPr>
        <w:widowControl/>
        <w:wordWrap w:val="0"/>
        <w:autoSpaceDE w:val="0"/>
        <w:autoSpaceDN w:val="0"/>
        <w:spacing w:line="170" w:lineRule="exact" w:before="21" w:after="39"/>
        <w:ind w:left="10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nove</w:t>
      </w:r>
      <w:r>
        <w:rPr>
          <w:rFonts w:ascii="Times New Roman" w:hAnsi="Times New Roman" w:eastAsia="Times New Roman"/>
          <w:b w:val="0"/>
          <w:color w:val="000000"/>
          <w:spacing w:val="29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mil</w:t>
      </w:r>
      <w:r>
        <w:rPr>
          <w:rFonts w:ascii="Arial" w:hAnsi="Arial" w:eastAsia="Arial"/>
          <w:b w:val="0"/>
          <w:i w:val="0"/>
          <w:color w:val="000000"/>
          <w:sz w:val="17"/>
        </w:rPr>
        <w:t>,</w:t>
      </w:r>
      <w:r>
        <w:rPr>
          <w:rFonts w:ascii="Times New Roman" w:hAnsi="Times New Roman" w:eastAsia="Times New Roman"/>
          <w:b w:val="0"/>
          <w:color w:val="000000"/>
          <w:spacing w:val="7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seiscentos</w:t>
      </w:r>
      <w:r>
        <w:rPr>
          <w:rFonts w:ascii="Times New Roman" w:hAnsi="Times New Roman" w:eastAsia="Times New Roman"/>
          <w:b w:val="0"/>
          <w:color w:val="000000"/>
          <w:spacing w:val="14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</w:t>
      </w:r>
      <w:r>
        <w:rPr>
          <w:rFonts w:ascii="Times New Roman" w:hAnsi="Times New Roman" w:eastAsia="Times New Roman"/>
          <w:b w:val="0"/>
          <w:color w:val="000000"/>
          <w:spacing w:val="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vinte</w:t>
      </w:r>
      <w:r>
        <w:rPr>
          <w:rFonts w:ascii="Times New Roman" w:hAnsi="Times New Roman" w:eastAsia="Times New Roman"/>
          <w:b w:val="0"/>
          <w:color w:val="000000"/>
          <w:spacing w:val="58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</w:t>
      </w:r>
      <w:r>
        <w:rPr>
          <w:rFonts w:ascii="Times New Roman" w:hAnsi="Times New Roman" w:eastAsia="Times New Roman"/>
          <w:b w:val="0"/>
          <w:color w:val="000000"/>
          <w:spacing w:val="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sete</w:t>
      </w:r>
      <w:r>
        <w:rPr>
          <w:rFonts w:ascii="Times New Roman" w:hAnsi="Times New Roman" w:eastAsia="Times New Roman"/>
          <w:b w:val="0"/>
          <w:color w:val="000000"/>
          <w:spacing w:val="-4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reais</w:t>
      </w:r>
      <w:r>
        <w:rPr>
          <w:rFonts w:ascii="Times New Roman" w:hAnsi="Times New Roman" w:eastAsia="Times New Roman"/>
          <w:b w:val="0"/>
          <w:color w:val="000000"/>
          <w:spacing w:val="9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</w:t>
      </w:r>
      <w:r>
        <w:rPr>
          <w:rFonts w:ascii="Times New Roman" w:hAnsi="Times New Roman" w:eastAsia="Times New Roman"/>
          <w:b w:val="0"/>
          <w:color w:val="000000"/>
          <w:spacing w:val="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vinte</w:t>
      </w:r>
      <w:r>
        <w:rPr>
          <w:rFonts w:ascii="Times New Roman" w:hAnsi="Times New Roman" w:eastAsia="Times New Roman"/>
          <w:b w:val="0"/>
          <w:color w:val="000000"/>
          <w:spacing w:val="38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centavos</w:t>
      </w:r>
      <w:r>
        <w:rPr>
          <w:rFonts w:ascii="Arial" w:hAnsi="Arial" w:eastAsia="Arial"/>
          <w:b w:val="0"/>
          <w:i w:val="0"/>
          <w:color w:val="000000"/>
          <w:sz w:val="17"/>
        </w:rPr>
        <w:t>.).</w:t>
      </w:r>
    </w:p>
    <w:p>
      <w:pPr>
        <w:widowControl/>
        <w:wordWrap w:val="0"/>
        <w:autoSpaceDE w:val="0"/>
        <w:autoSpaceDN w:val="0"/>
        <w:spacing w:line="210" w:lineRule="exact" w:before="79" w:after="27"/>
        <w:ind w:left="10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1"/>
        </w:rPr>
        <w:t>3</w:t>
      </w:r>
      <w:r>
        <w:rPr>
          <w:rFonts w:ascii="Arial" w:hAnsi="Arial" w:eastAsia="Arial"/>
          <w:b w:val="0"/>
          <w:i w:val="0"/>
          <w:color w:val="000000"/>
          <w:sz w:val="21"/>
        </w:rPr>
        <w:t>.</w:t>
      </w:r>
      <w:r>
        <w:rPr>
          <w:rFonts w:ascii="Arial" w:hAnsi="Arial" w:eastAsia="Arial"/>
          <w:b w:val="0"/>
          <w:i w:val="0"/>
          <w:color w:val="000000"/>
          <w:spacing w:val="-58"/>
          <w:sz w:val="21"/>
        </w:rPr>
        <w:t>10</w:t>
      </w:r>
      <w:r>
        <w:rPr>
          <w:rFonts w:ascii="Times New Roman" w:hAnsi="Times New Roman" w:eastAsia="Times New Roman"/>
          <w:b w:val="0"/>
          <w:color w:val="000000"/>
          <w:spacing w:val="32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.</w:t>
      </w:r>
      <w:r>
        <w:rPr>
          <w:rFonts w:ascii="Arial" w:hAnsi="Arial" w:eastAsia="Arial"/>
          <w:b w:val="0"/>
          <w:i w:val="0"/>
          <w:color w:val="000000"/>
          <w:sz w:val="21"/>
        </w:rPr>
        <w:t>VALOR</w:t>
      </w:r>
      <w:r>
        <w:rPr>
          <w:rFonts w:ascii="Times New Roman" w:hAnsi="Times New Roman" w:eastAsia="Times New Roman"/>
          <w:b w:val="0"/>
          <w:color w:val="000000"/>
          <w:spacing w:val="16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DO</w:t>
      </w:r>
      <w:r>
        <w:rPr>
          <w:rFonts w:ascii="Arial" w:hAnsi="Arial" w:eastAsia="Arial"/>
          <w:b w:val="0"/>
          <w:i w:val="0"/>
          <w:color w:val="000000"/>
          <w:spacing w:val="-20"/>
          <w:sz w:val="21"/>
        </w:rPr>
        <w:t>REPASSEQ</w:t>
      </w:r>
      <w:r>
        <w:rPr>
          <w:rFonts w:ascii="Times New Roman" w:hAnsi="Times New Roman" w:eastAsia="Times New Roman"/>
          <w:b w:val="0"/>
          <w:color w:val="000000"/>
          <w:spacing w:val="39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UADRIMESTRAL</w:t>
      </w:r>
      <w:r>
        <w:rPr>
          <w:rFonts w:ascii="Arial" w:hAnsi="Arial" w:eastAsia="Arial"/>
          <w:b w:val="0"/>
          <w:i w:val="0"/>
          <w:color w:val="000000"/>
          <w:sz w:val="21"/>
        </w:rPr>
        <w:t>(</w:t>
      </w:r>
      <w:r>
        <w:rPr>
          <w:rFonts w:ascii="Arial" w:hAnsi="Arial" w:eastAsia="Arial"/>
          <w:b w:val="0"/>
          <w:i w:val="0"/>
          <w:color w:val="000000"/>
          <w:sz w:val="21"/>
        </w:rPr>
        <w:t>Liberado</w:t>
      </w:r>
      <w:r>
        <w:rPr>
          <w:rFonts w:ascii="Times New Roman" w:hAnsi="Times New Roman" w:eastAsia="Times New Roman"/>
          <w:b w:val="0"/>
          <w:color w:val="000000"/>
          <w:spacing w:val="-8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em</w:t>
      </w:r>
      <w:r>
        <w:rPr>
          <w:rFonts w:ascii="Arial" w:hAnsi="Arial" w:eastAsia="Arial"/>
          <w:b w:val="0"/>
          <w:i w:val="0"/>
          <w:color w:val="000000"/>
          <w:sz w:val="21"/>
        </w:rPr>
        <w:t>Maio</w:t>
      </w:r>
      <w:r>
        <w:rPr>
          <w:rFonts w:ascii="Times New Roman" w:hAnsi="Times New Roman" w:eastAsia="Times New Roman"/>
          <w:b w:val="0"/>
          <w:color w:val="000000"/>
          <w:spacing w:val="-8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e</w:t>
      </w:r>
      <w:r>
        <w:rPr>
          <w:rFonts w:ascii="Arial" w:hAnsi="Arial" w:eastAsia="Arial"/>
          <w:b w:val="0"/>
          <w:i w:val="0"/>
          <w:color w:val="000000"/>
          <w:spacing w:val="-6"/>
          <w:sz w:val="21"/>
        </w:rPr>
        <w:t>Setembro</w:t>
      </w:r>
      <w:r>
        <w:rPr>
          <w:rFonts w:ascii="Arial" w:hAnsi="Arial" w:eastAsia="Arial"/>
          <w:b w:val="0"/>
          <w:i w:val="0"/>
          <w:color w:val="000000"/>
          <w:spacing w:val="-20"/>
          <w:sz w:val="21"/>
        </w:rPr>
        <w:t>-</w:t>
      </w:r>
      <w:r>
        <w:rPr>
          <w:rFonts w:ascii="Arial" w:hAnsi="Arial" w:eastAsia="Arial"/>
          <w:b w:val="0"/>
          <w:i w:val="0"/>
          <w:color w:val="000000"/>
          <w:sz w:val="21"/>
        </w:rPr>
        <w:t>-</w:t>
      </w:r>
      <w:r>
        <w:rPr>
          <w:rFonts w:ascii="Arial" w:hAnsi="Arial" w:eastAsia="Arial"/>
          <w:b w:val="0"/>
          <w:i w:val="0"/>
          <w:color w:val="000000"/>
          <w:sz w:val="21"/>
        </w:rPr>
        <w:t>conforme</w:t>
      </w:r>
    </w:p>
    <w:p>
      <w:pPr>
        <w:widowControl/>
        <w:wordWrap w:val="0"/>
        <w:autoSpaceDE w:val="0"/>
        <w:autoSpaceDN w:val="0"/>
        <w:spacing w:line="230" w:lineRule="exact" w:before="54" w:after="0"/>
        <w:ind w:left="10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3"/>
        </w:rPr>
        <w:t>art</w:t>
      </w:r>
      <w:r>
        <w:rPr>
          <w:rFonts w:ascii="Arial" w:hAnsi="Arial" w:eastAsia="Arial"/>
          <w:b w:val="0"/>
          <w:i w:val="0"/>
          <w:color w:val="000000"/>
          <w:sz w:val="23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3"/>
        </w:rPr>
        <w:t>29</w:t>
      </w:r>
      <w:r>
        <w:rPr>
          <w:rFonts w:ascii="Arial" w:hAnsi="Arial" w:eastAsia="Arial"/>
          <w:b w:val="0"/>
          <w:i w:val="0"/>
          <w:color w:val="000000"/>
          <w:sz w:val="23"/>
        </w:rPr>
        <w:t>,</w:t>
      </w:r>
      <w:r>
        <w:rPr>
          <w:rFonts w:ascii="Times New Roman" w:hAnsi="Times New Roman" w:eastAsia="Times New Roman"/>
          <w:b w:val="0"/>
          <w:color w:val="000000"/>
          <w:spacing w:val="3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23"/>
        </w:rPr>
        <w:t>parágrafo2</w:t>
      </w:r>
      <w:r>
        <w:rPr>
          <w:rFonts w:ascii="Times New Roman" w:hAnsi="Times New Roman" w:eastAsia="Times New Roman"/>
          <w:b w:val="0"/>
          <w:color w:val="000000"/>
          <w:spacing w:val="66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3"/>
        </w:rPr>
        <w:t>',</w:t>
      </w:r>
      <w:r>
        <w:rPr>
          <w:rFonts w:ascii="Times New Roman" w:hAnsi="Times New Roman" w:eastAsia="Times New Roman"/>
          <w:b w:val="0"/>
          <w:color w:val="000000"/>
          <w:spacing w:val="27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3"/>
        </w:rPr>
        <w:t>da</w:t>
      </w:r>
      <w:r>
        <w:rPr>
          <w:rFonts w:ascii="Times New Roman" w:hAnsi="Times New Roman" w:eastAsia="Times New Roman"/>
          <w:b w:val="0"/>
          <w:color w:val="000000"/>
          <w:spacing w:val="27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3"/>
        </w:rPr>
        <w:t>Portaria</w:t>
      </w:r>
      <w:r>
        <w:rPr>
          <w:rFonts w:ascii="Times New Roman" w:hAnsi="Times New Roman" w:eastAsia="Times New Roman"/>
          <w:b w:val="0"/>
          <w:color w:val="000000"/>
          <w:spacing w:val="-23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3"/>
        </w:rPr>
        <w:t>n</w:t>
      </w:r>
      <w:r>
        <w:rPr>
          <w:rFonts w:ascii="Arial" w:hAnsi="Arial" w:eastAsia="Arial"/>
          <w:b w:val="0"/>
          <w:i w:val="0"/>
          <w:color w:val="000000"/>
          <w:sz w:val="23"/>
        </w:rPr>
        <w:t>'</w:t>
      </w:r>
      <w:r>
        <w:rPr>
          <w:rFonts w:ascii="Times New Roman" w:hAnsi="Times New Roman" w:eastAsia="Times New Roman"/>
          <w:b w:val="0"/>
          <w:color w:val="000000"/>
          <w:spacing w:val="51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3"/>
        </w:rPr>
        <w:t>063</w:t>
      </w:r>
      <w:r>
        <w:rPr>
          <w:rFonts w:ascii="Arial" w:hAnsi="Arial" w:eastAsia="Arial"/>
          <w:b w:val="0"/>
          <w:i w:val="0"/>
          <w:color w:val="000000"/>
          <w:sz w:val="23"/>
        </w:rPr>
        <w:t>/</w:t>
      </w:r>
      <w:r>
        <w:rPr>
          <w:rFonts w:ascii="Arial" w:hAnsi="Arial" w:eastAsia="Arial"/>
          <w:b w:val="0"/>
          <w:i w:val="0"/>
          <w:color w:val="000000"/>
          <w:sz w:val="23"/>
        </w:rPr>
        <w:t>2021</w:t>
      </w:r>
      <w:r>
        <w:rPr>
          <w:rFonts w:ascii="Arial" w:hAnsi="Arial" w:eastAsia="Arial"/>
          <w:b w:val="0"/>
          <w:i w:val="0"/>
          <w:color w:val="000000"/>
          <w:sz w:val="23"/>
        </w:rPr>
        <w:t>-</w:t>
      </w:r>
      <w:r>
        <w:rPr>
          <w:rFonts w:ascii="Arial" w:hAnsi="Arial" w:eastAsia="Arial"/>
          <w:b w:val="0"/>
          <w:i w:val="0"/>
          <w:color w:val="000000"/>
          <w:spacing w:val="-9"/>
          <w:sz w:val="23"/>
        </w:rPr>
        <w:t>S</w:t>
      </w:r>
      <w:r>
        <w:rPr>
          <w:rFonts w:ascii="Arial" w:hAnsi="Arial" w:eastAsia="Arial"/>
          <w:b w:val="0"/>
          <w:i w:val="0"/>
          <w:color w:val="000000"/>
          <w:spacing w:val="-67"/>
          <w:sz w:val="23"/>
        </w:rPr>
        <w:t>-</w:t>
      </w:r>
      <w:r>
        <w:rPr>
          <w:rFonts w:ascii="Arial" w:hAnsi="Arial" w:eastAsia="Arial"/>
          <w:b w:val="0"/>
          <w:i w:val="0"/>
          <w:color w:val="000000"/>
          <w:spacing w:val="-86"/>
          <w:sz w:val="23"/>
        </w:rPr>
        <w:t>E</w:t>
      </w:r>
      <w:r>
        <w:rPr>
          <w:rFonts w:ascii="Times New Roman" w:hAnsi="Times New Roman" w:eastAsia="Times New Roman"/>
          <w:b w:val="0"/>
          <w:color w:val="000000"/>
          <w:spacing w:val="46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3"/>
        </w:rPr>
        <w:t>com</w:t>
      </w:r>
      <w:r>
        <w:rPr>
          <w:rFonts w:ascii="Times New Roman" w:hAnsi="Times New Roman" w:eastAsia="Times New Roman"/>
          <w:b w:val="0"/>
          <w:color w:val="000000"/>
          <w:spacing w:val="-12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3"/>
          <w:sz w:val="23"/>
        </w:rPr>
        <w:t>acréscimod</w:t>
      </w:r>
      <w:r>
        <w:rPr>
          <w:rFonts w:ascii="Times New Roman" w:hAnsi="Times New Roman" w:eastAsia="Times New Roman"/>
          <w:b w:val="0"/>
          <w:color w:val="000000"/>
          <w:spacing w:val="2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3"/>
        </w:rPr>
        <w:t>e</w:t>
      </w:r>
      <w:r>
        <w:rPr>
          <w:rFonts w:ascii="Times New Roman" w:hAnsi="Times New Roman" w:eastAsia="Times New Roman"/>
          <w:b w:val="0"/>
          <w:color w:val="000000"/>
          <w:spacing w:val="-13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3"/>
        </w:rPr>
        <w:t>50</w:t>
      </w:r>
      <w:r>
        <w:rPr>
          <w:rFonts w:ascii="Arial" w:hAnsi="Arial" w:eastAsia="Arial"/>
          <w:b w:val="0"/>
          <w:i w:val="0"/>
          <w:color w:val="000000"/>
          <w:sz w:val="23"/>
        </w:rPr>
        <w:t>%</w:t>
      </w:r>
      <w:r>
        <w:rPr>
          <w:rFonts w:ascii="Times New Roman" w:hAnsi="Times New Roman" w:eastAsia="Times New Roman"/>
          <w:b w:val="0"/>
          <w:color w:val="000000"/>
          <w:spacing w:val="2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3"/>
        </w:rPr>
        <w:t>do</w:t>
      </w:r>
      <w:r>
        <w:rPr>
          <w:rFonts w:ascii="Times New Roman" w:hAnsi="Times New Roman" w:eastAsia="Times New Roman"/>
          <w:b w:val="0"/>
          <w:color w:val="000000"/>
          <w:spacing w:val="7"/>
          <w:sz w:val="2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3"/>
        </w:rPr>
        <w:t>valor</w:t>
      </w:r>
    </w:p>
    <w:p>
      <w:pPr>
        <w:spacing w:after="0"/>
        <w:sectPr>
          <w:pgSz w:w="11900" w:h="16840"/>
          <w:pgMar w:top="400" w:right="399" w:bottom="635" w:left="1440" w:header="720" w:footer="720" w:gutter="0"/>
          <w:cols w:space="720" w:num="1" w:equalWidth="0">
            <w:col w:w="10061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202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/>
                  </pic:spPr>
                </pic:pic>
              </a:graphicData>
            </a:graphic>
          </wp:anchor>
        </w:drawing>
      </w:r>
      <w:r>
        <w:pict>
          <v:shape path="m,l,1000r1000,l1000,xe" filled="f" stroked="f" style="margin-left:154.0pt;margin-top:369.96pt;width:376.03pt;height:10.0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8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VALOR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pacing w:val="120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DO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TERMO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pacing w:val="120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DE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COLABORAÇÃO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: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23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R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$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2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8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.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509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.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655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,]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0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74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(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oito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milhões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,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25"/>
                      <w:sz w:val="18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8"/>
                    </w:rPr>
                    <w:t>quinhentos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31.0pt;margin-top:373.57pt;width:23.31pt;height:10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9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9"/>
                    </w:rPr>
                    <w:t>e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pacing w:val="-18"/>
                      <w:sz w:val="1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9"/>
                    </w:rPr>
                    <w:t>nov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31.0pt;margin-top:385.57pt;width:21.59pt;height:10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9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9"/>
                    </w:rPr>
                    <w:t>valor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91.0pt;margin-top:684.83pt;width:63.68pt;height:25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49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49"/>
                    </w:rPr>
                    <w:t>.#.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pacing w:val="479"/>
                      <w:sz w:val="49"/>
                    </w:rPr>
                    <w:t xml:space="preserve"> </w:t>
                  </w: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49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181.0pt;margin-top:718.35pt;width:87.8pt;height:9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7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w w:val="101"/>
                      <w:sz w:val="17"/>
                    </w:rPr>
                    <w:t>SecretáriodeEducação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408.0pt;margin-top:721.35pt;width:47.77pt;height:9.5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70" w:lineRule="exact" w:before="0" w:after="0"/>
                    <w:ind w:left="0" w:right="0" w:firstLine="0"/>
                    <w:jc w:val="left"/>
                  </w:pPr>
                  <w:r>
                    <w:rPr>
                      <w:rFonts w:ascii="Arial" w:hAnsi="Arial" w:eastAsia="Arial"/>
                      <w:b w:val="0"/>
                      <w:i w:val="0"/>
                      <w:color w:val="000000"/>
                      <w:sz w:val="17"/>
                    </w:rPr>
                    <w:t>Procuradora</w:t>
                  </w:r>
                </w:p>
              </w:txbxContent>
            </v:textbox>
            <w10:wrap type="none"/>
          </v:shape>
        </w:pict>
      </w:r>
    </w:p>
    <w:p>
      <w:pPr>
        <w:widowControl/>
        <w:wordWrap w:val="0"/>
        <w:autoSpaceDE w:val="0"/>
        <w:autoSpaceDN w:val="0"/>
        <w:spacing w:line="190" w:lineRule="exact" w:before="431" w:after="115"/>
        <w:ind w:left="63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9"/>
        </w:rPr>
        <w:t>Rubrica</w:t>
      </w:r>
    </w:p>
    <w:p>
      <w:pPr>
        <w:widowControl/>
        <w:wordWrap w:val="0"/>
        <w:autoSpaceDE w:val="0"/>
        <w:autoSpaceDN w:val="0"/>
        <w:spacing w:line="190" w:lineRule="exact" w:before="230" w:after="156"/>
        <w:ind w:left="63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9"/>
        </w:rPr>
        <w:t>Classif</w:t>
      </w:r>
      <w:r>
        <w:rPr>
          <w:rFonts w:ascii="Arial" w:hAnsi="Arial" w:eastAsia="Arial"/>
          <w:b w:val="0"/>
          <w:i w:val="0"/>
          <w:color w:val="000000"/>
          <w:sz w:val="19"/>
        </w:rPr>
        <w:t>.:</w:t>
      </w:r>
      <w:r>
        <w:rPr>
          <w:rFonts w:ascii="Times New Roman" w:hAnsi="Times New Roman" w:eastAsia="Times New Roman"/>
          <w:b w:val="0"/>
          <w:color w:val="000000"/>
          <w:spacing w:val="-3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P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A</w:t>
      </w:r>
    </w:p>
    <w:p>
      <w:pPr>
        <w:widowControl/>
        <w:wordWrap w:val="0"/>
        <w:autoSpaceDE w:val="0"/>
        <w:autoSpaceDN w:val="0"/>
        <w:spacing w:line="290" w:lineRule="exact" w:before="312" w:after="284"/>
        <w:ind w:left="24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9"/>
        </w:rPr>
        <w:t>GUARULHOS</w:t>
      </w:r>
    </w:p>
    <w:p>
      <w:pPr>
        <w:widowControl/>
        <w:wordWrap w:val="0"/>
        <w:autoSpaceDE w:val="0"/>
        <w:autoSpaceDN w:val="0"/>
        <w:spacing w:line="190" w:lineRule="exact" w:before="568" w:after="49"/>
        <w:ind w:left="22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9"/>
        </w:rPr>
        <w:t>correspondente</w:t>
      </w:r>
      <w:r>
        <w:rPr>
          <w:rFonts w:ascii="Times New Roman" w:hAnsi="Times New Roman" w:eastAsia="Times New Roman"/>
          <w:b w:val="0"/>
          <w:color w:val="000000"/>
          <w:spacing w:val="3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a</w:t>
      </w:r>
      <w:r>
        <w:rPr>
          <w:rFonts w:ascii="Times New Roman" w:hAnsi="Times New Roman" w:eastAsia="Times New Roman"/>
          <w:b w:val="0"/>
          <w:color w:val="000000"/>
          <w:spacing w:val="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01</w:t>
      </w:r>
      <w:r>
        <w:rPr>
          <w:rFonts w:ascii="Times New Roman" w:hAnsi="Times New Roman" w:eastAsia="Times New Roman"/>
          <w:b w:val="0"/>
          <w:color w:val="000000"/>
          <w:spacing w:val="21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mês</w:t>
      </w:r>
      <w:r>
        <w:rPr>
          <w:rFonts w:ascii="Arial" w:hAnsi="Arial" w:eastAsia="Arial"/>
          <w:b w:val="0"/>
          <w:i w:val="0"/>
          <w:color w:val="000000"/>
          <w:sz w:val="19"/>
        </w:rPr>
        <w:t>):</w:t>
      </w:r>
      <w:r>
        <w:rPr>
          <w:rFonts w:ascii="Times New Roman" w:hAnsi="Times New Roman" w:eastAsia="Times New Roman"/>
          <w:b w:val="0"/>
          <w:color w:val="000000"/>
          <w:spacing w:val="-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R</w:t>
      </w:r>
      <w:r>
        <w:rPr>
          <w:rFonts w:ascii="Arial" w:hAnsi="Arial" w:eastAsia="Arial"/>
          <w:b w:val="0"/>
          <w:i w:val="0"/>
          <w:color w:val="000000"/>
          <w:sz w:val="19"/>
        </w:rPr>
        <w:t>$</w:t>
      </w:r>
      <w:r>
        <w:rPr>
          <w:rFonts w:ascii="Times New Roman" w:hAnsi="Times New Roman" w:eastAsia="Times New Roman"/>
          <w:b w:val="0"/>
          <w:color w:val="000000"/>
          <w:spacing w:val="30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517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080</w:t>
      </w:r>
      <w:r>
        <w:rPr>
          <w:rFonts w:ascii="Arial" w:hAnsi="Arial" w:eastAsia="Arial"/>
          <w:b w:val="0"/>
          <w:i w:val="0"/>
          <w:color w:val="000000"/>
          <w:sz w:val="19"/>
        </w:rPr>
        <w:t>,</w:t>
      </w:r>
      <w:r>
        <w:rPr>
          <w:rFonts w:ascii="Arial" w:hAnsi="Arial" w:eastAsia="Arial"/>
          <w:b w:val="0"/>
          <w:i w:val="0"/>
          <w:color w:val="000000"/>
          <w:sz w:val="19"/>
        </w:rPr>
        <w:t>60</w:t>
      </w:r>
      <w:r>
        <w:rPr>
          <w:rFonts w:ascii="Arial" w:hAnsi="Arial" w:eastAsia="Arial"/>
          <w:b w:val="0"/>
          <w:i w:val="0"/>
          <w:color w:val="000000"/>
          <w:sz w:val="19"/>
        </w:rPr>
        <w:t>(</w:t>
      </w:r>
      <w:r>
        <w:rPr>
          <w:rFonts w:ascii="Arial" w:hAnsi="Arial" w:eastAsia="Arial"/>
          <w:b w:val="0"/>
          <w:i w:val="0"/>
          <w:color w:val="000000"/>
          <w:sz w:val="19"/>
        </w:rPr>
        <w:t>quinhentos</w:t>
      </w:r>
      <w:r>
        <w:rPr>
          <w:rFonts w:ascii="Arial" w:hAnsi="Arial" w:eastAsia="Arial"/>
          <w:b w:val="0"/>
          <w:i w:val="0"/>
          <w:color w:val="000000"/>
          <w:sz w:val="19"/>
        </w:rPr>
        <w:t>e</w:t>
      </w:r>
      <w:r>
        <w:rPr>
          <w:rFonts w:ascii="Times New Roman" w:hAnsi="Times New Roman" w:eastAsia="Times New Roman"/>
          <w:b w:val="0"/>
          <w:color w:val="000000"/>
          <w:spacing w:val="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6"/>
          <w:sz w:val="19"/>
        </w:rPr>
        <w:t>dezessetem</w:t>
      </w:r>
      <w:r>
        <w:rPr>
          <w:rFonts w:ascii="Times New Roman" w:hAnsi="Times New Roman" w:eastAsia="Times New Roman"/>
          <w:b w:val="0"/>
          <w:color w:val="000000"/>
          <w:spacing w:val="65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il</w:t>
      </w:r>
      <w:r>
        <w:rPr>
          <w:rFonts w:ascii="Times New Roman" w:hAnsi="Times New Roman" w:eastAsia="Times New Roman"/>
          <w:b w:val="0"/>
          <w:color w:val="000000"/>
          <w:spacing w:val="50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e</w:t>
      </w:r>
      <w:r>
        <w:rPr>
          <w:rFonts w:ascii="Times New Roman" w:hAnsi="Times New Roman" w:eastAsia="Times New Roman"/>
          <w:b w:val="0"/>
          <w:color w:val="000000"/>
          <w:spacing w:val="-13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oitenta</w:t>
      </w:r>
      <w:r>
        <w:rPr>
          <w:rFonts w:ascii="Times New Roman" w:hAnsi="Times New Roman" w:eastAsia="Times New Roman"/>
          <w:b w:val="0"/>
          <w:color w:val="000000"/>
          <w:spacing w:val="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reais</w:t>
      </w:r>
      <w:r>
        <w:rPr>
          <w:rFonts w:ascii="Times New Roman" w:hAnsi="Times New Roman" w:eastAsia="Times New Roman"/>
          <w:b w:val="0"/>
          <w:color w:val="000000"/>
          <w:spacing w:val="-19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e</w:t>
      </w:r>
      <w:r>
        <w:rPr>
          <w:rFonts w:ascii="Times New Roman" w:hAnsi="Times New Roman" w:eastAsia="Times New Roman"/>
          <w:b w:val="0"/>
          <w:color w:val="000000"/>
          <w:spacing w:val="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sessenta</w:t>
      </w:r>
    </w:p>
    <w:p>
      <w:pPr>
        <w:widowControl/>
        <w:wordWrap w:val="0"/>
        <w:autoSpaceDE w:val="0"/>
        <w:autoSpaceDN w:val="0"/>
        <w:spacing w:line="180" w:lineRule="exact" w:before="98" w:after="50"/>
        <w:ind w:left="22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centavos</w:t>
      </w:r>
      <w:r>
        <w:rPr>
          <w:rFonts w:ascii="Arial" w:hAnsi="Arial" w:eastAsia="Arial"/>
          <w:b w:val="0"/>
          <w:i w:val="0"/>
          <w:color w:val="000000"/>
          <w:sz w:val="18"/>
        </w:rPr>
        <w:t>.),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sendo</w:t>
      </w:r>
      <w:r>
        <w:rPr>
          <w:rFonts w:ascii="Arial" w:hAnsi="Arial" w:eastAsia="Arial"/>
          <w:b w:val="0"/>
          <w:i w:val="0"/>
          <w:color w:val="000000"/>
          <w:sz w:val="18"/>
        </w:rPr>
        <w:t>o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contido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dentro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5"/>
          <w:sz w:val="18"/>
        </w:rPr>
        <w:t>destev</w:t>
      </w:r>
      <w:r>
        <w:rPr>
          <w:rFonts w:ascii="Times New Roman" w:hAnsi="Times New Roman" w:eastAsia="Times New Roman"/>
          <w:b w:val="0"/>
          <w:color w:val="000000"/>
          <w:spacing w:val="4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alor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  <w:r>
        <w:rPr>
          <w:rFonts w:ascii="Times New Roman" w:hAnsi="Times New Roman" w:eastAsia="Times New Roman"/>
          <w:b w:val="0"/>
          <w:color w:val="000000"/>
          <w:spacing w:val="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</w:t>
      </w:r>
      <w:r>
        <w:rPr>
          <w:rFonts w:ascii="Arial" w:hAnsi="Arial" w:eastAsia="Arial"/>
          <w:b w:val="0"/>
          <w:i w:val="0"/>
          <w:color w:val="000000"/>
          <w:sz w:val="18"/>
        </w:rPr>
        <w:t>$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459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627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Arial" w:hAnsi="Arial" w:eastAsia="Arial"/>
          <w:b w:val="0"/>
          <w:i w:val="0"/>
          <w:color w:val="000000"/>
          <w:sz w:val="18"/>
        </w:rPr>
        <w:t>20</w:t>
      </w:r>
      <w:r>
        <w:rPr>
          <w:rFonts w:ascii="Times New Roman" w:hAnsi="Times New Roman" w:eastAsia="Times New Roman"/>
          <w:b w:val="0"/>
          <w:color w:val="000000"/>
          <w:spacing w:val="-6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(</w:t>
      </w:r>
      <w:r>
        <w:rPr>
          <w:rFonts w:ascii="Arial" w:hAnsi="Arial" w:eastAsia="Arial"/>
          <w:b w:val="0"/>
          <w:i w:val="0"/>
          <w:color w:val="000000"/>
          <w:sz w:val="18"/>
        </w:rPr>
        <w:t>quatrocentos</w:t>
      </w:r>
      <w:r>
        <w:rPr>
          <w:rFonts w:ascii="Times New Roman" w:hAnsi="Times New Roman" w:eastAsia="Times New Roman"/>
          <w:b w:val="0"/>
          <w:color w:val="000000"/>
          <w:spacing w:val="-6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cinquenta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Arial" w:hAnsi="Arial" w:eastAsia="Arial"/>
          <w:b w:val="0"/>
          <w:i w:val="0"/>
          <w:color w:val="000000"/>
          <w:sz w:val="18"/>
        </w:rPr>
        <w:t>nove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míl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</w:p>
    <w:p>
      <w:pPr>
        <w:widowControl/>
        <w:wordWrap w:val="0"/>
        <w:autoSpaceDE w:val="0"/>
        <w:autoSpaceDN w:val="0"/>
        <w:spacing w:line="180" w:lineRule="exact" w:before="100" w:after="40"/>
        <w:ind w:left="22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seiscentos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vinte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sete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reais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vinte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centavos</w:t>
      </w:r>
      <w:r>
        <w:rPr>
          <w:rFonts w:ascii="Arial" w:hAnsi="Arial" w:eastAsia="Arial"/>
          <w:b w:val="0"/>
          <w:i w:val="0"/>
          <w:color w:val="000000"/>
          <w:sz w:val="18"/>
        </w:rPr>
        <w:t>.)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--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conespondente</w:t>
      </w:r>
      <w:r>
        <w:rPr>
          <w:rFonts w:ascii="Times New Roman" w:hAnsi="Times New Roman" w:eastAsia="Times New Roman"/>
          <w:b w:val="0"/>
          <w:color w:val="000000"/>
          <w:spacing w:val="4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ao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subsídio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manutenção</w:t>
      </w:r>
      <w:r>
        <w:rPr>
          <w:rFonts w:ascii="Times New Roman" w:hAnsi="Times New Roman" w:eastAsia="Times New Roman"/>
          <w:b w:val="0"/>
          <w:color w:val="000000"/>
          <w:spacing w:val="-16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da</w:t>
      </w:r>
    </w:p>
    <w:p>
      <w:pPr>
        <w:widowControl/>
        <w:wordWrap w:val="0"/>
        <w:autoSpaceDE w:val="0"/>
        <w:autoSpaceDN w:val="0"/>
        <w:spacing w:line="180" w:lineRule="exact" w:before="80" w:after="36"/>
        <w:ind w:left="22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unidade</w:t>
      </w:r>
      <w:r>
        <w:rPr>
          <w:rFonts w:ascii="Arial" w:hAnsi="Arial" w:eastAsia="Arial"/>
          <w:b w:val="0"/>
          <w:i w:val="0"/>
          <w:color w:val="000000"/>
          <w:sz w:val="18"/>
        </w:rPr>
        <w:t>escolar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Arial" w:hAnsi="Arial" w:eastAsia="Arial"/>
          <w:b w:val="0"/>
          <w:i w:val="0"/>
          <w:color w:val="000000"/>
          <w:sz w:val="18"/>
        </w:rPr>
        <w:t>R</w:t>
      </w:r>
      <w:r>
        <w:rPr>
          <w:rFonts w:ascii="Arial" w:hAnsi="Arial" w:eastAsia="Arial"/>
          <w:b w:val="0"/>
          <w:i w:val="0"/>
          <w:color w:val="000000"/>
          <w:sz w:val="18"/>
        </w:rPr>
        <w:t>$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57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453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Arial" w:hAnsi="Arial" w:eastAsia="Arial"/>
          <w:b w:val="0"/>
          <w:i w:val="0"/>
          <w:color w:val="000000"/>
          <w:sz w:val="18"/>
        </w:rPr>
        <w:t>40</w:t>
      </w:r>
      <w:r>
        <w:rPr>
          <w:rFonts w:ascii="Arial" w:hAnsi="Arial" w:eastAsia="Arial"/>
          <w:b w:val="0"/>
          <w:i w:val="0"/>
          <w:color w:val="000000"/>
          <w:sz w:val="18"/>
        </w:rPr>
        <w:t>(</w:t>
      </w:r>
      <w:r>
        <w:rPr>
          <w:rFonts w:ascii="Arial" w:hAnsi="Arial" w:eastAsia="Arial"/>
          <w:b w:val="0"/>
          <w:i w:val="0"/>
          <w:color w:val="000000"/>
          <w:sz w:val="18"/>
        </w:rPr>
        <w:t>cinquenta</w:t>
      </w:r>
      <w:r>
        <w:rPr>
          <w:rFonts w:ascii="Times New Roman" w:hAnsi="Times New Roman" w:eastAsia="Times New Roman"/>
          <w:b w:val="0"/>
          <w:color w:val="000000"/>
          <w:spacing w:val="54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Arial" w:hAnsi="Arial" w:eastAsia="Arial"/>
          <w:b w:val="0"/>
          <w:i w:val="0"/>
          <w:color w:val="000000"/>
          <w:spacing w:val="-30"/>
          <w:sz w:val="18"/>
        </w:rPr>
        <w:t>setem</w:t>
      </w:r>
      <w:r>
        <w:rPr>
          <w:rFonts w:ascii="Times New Roman" w:hAnsi="Times New Roman" w:eastAsia="Times New Roman"/>
          <w:b w:val="0"/>
          <w:color w:val="000000"/>
          <w:spacing w:val="10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il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quatrocentos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cinquenta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Arial" w:hAnsi="Arial" w:eastAsia="Arial"/>
          <w:b w:val="0"/>
          <w:i w:val="0"/>
          <w:color w:val="000000"/>
          <w:sz w:val="18"/>
        </w:rPr>
        <w:t>três</w:t>
      </w:r>
      <w:r>
        <w:rPr>
          <w:rFonts w:ascii="Arial" w:hAnsi="Arial" w:eastAsia="Arial"/>
          <w:b w:val="0"/>
          <w:i w:val="0"/>
          <w:color w:val="000000"/>
          <w:sz w:val="18"/>
        </w:rPr>
        <w:t>reais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Arial" w:hAnsi="Arial" w:eastAsia="Arial"/>
          <w:b w:val="0"/>
          <w:i w:val="0"/>
          <w:color w:val="000000"/>
          <w:sz w:val="18"/>
        </w:rPr>
        <w:t>quarenta</w:t>
      </w:r>
    </w:p>
    <w:p>
      <w:pPr>
        <w:widowControl/>
        <w:wordWrap w:val="0"/>
        <w:autoSpaceDE w:val="0"/>
        <w:autoSpaceDN w:val="0"/>
        <w:spacing w:line="190" w:lineRule="exact" w:before="72" w:after="55"/>
        <w:ind w:left="22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9"/>
        </w:rPr>
        <w:t>centavos</w:t>
      </w:r>
      <w:r>
        <w:rPr>
          <w:rFonts w:ascii="Arial" w:hAnsi="Arial" w:eastAsia="Arial"/>
          <w:b w:val="0"/>
          <w:i w:val="0"/>
          <w:color w:val="000000"/>
          <w:sz w:val="19"/>
        </w:rPr>
        <w:t>.),</w:t>
      </w:r>
      <w:r>
        <w:rPr>
          <w:rFonts w:ascii="Times New Roman" w:hAnsi="Times New Roman" w:eastAsia="Times New Roman"/>
          <w:b w:val="0"/>
          <w:color w:val="000000"/>
          <w:spacing w:val="-1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assim</w:t>
      </w:r>
      <w:r>
        <w:rPr>
          <w:rFonts w:ascii="Times New Roman" w:hAnsi="Times New Roman" w:eastAsia="Times New Roman"/>
          <w:b w:val="0"/>
          <w:color w:val="000000"/>
          <w:spacing w:val="-4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distribuídos</w:t>
      </w:r>
      <w:r>
        <w:rPr>
          <w:rFonts w:ascii="Arial" w:hAnsi="Arial" w:eastAsia="Arial"/>
          <w:b w:val="0"/>
          <w:i w:val="0"/>
          <w:color w:val="000000"/>
          <w:sz w:val="19"/>
        </w:rPr>
        <w:t>:</w:t>
      </w:r>
      <w:r>
        <w:rPr>
          <w:rFonts w:ascii="Times New Roman" w:hAnsi="Times New Roman" w:eastAsia="Times New Roman"/>
          <w:b w:val="0"/>
          <w:color w:val="000000"/>
          <w:spacing w:val="28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20</w:t>
      </w:r>
      <w:r>
        <w:rPr>
          <w:rFonts w:ascii="Arial" w:hAnsi="Arial" w:eastAsia="Arial"/>
          <w:b w:val="0"/>
          <w:i w:val="0"/>
          <w:color w:val="000000"/>
          <w:sz w:val="19"/>
        </w:rPr>
        <w:t>%</w:t>
      </w:r>
      <w:r>
        <w:rPr>
          <w:rFonts w:ascii="Times New Roman" w:hAnsi="Times New Roman" w:eastAsia="Times New Roman"/>
          <w:b w:val="0"/>
          <w:color w:val="000000"/>
          <w:spacing w:val="5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1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aquisição</w:t>
      </w:r>
      <w:r>
        <w:rPr>
          <w:rFonts w:ascii="Times New Roman" w:hAnsi="Times New Roman" w:eastAsia="Times New Roman"/>
          <w:b w:val="0"/>
          <w:color w:val="000000"/>
          <w:spacing w:val="10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de</w:t>
      </w:r>
      <w:r>
        <w:rPr>
          <w:rFonts w:ascii="Times New Roman" w:hAnsi="Times New Roman" w:eastAsia="Times New Roman"/>
          <w:b w:val="0"/>
          <w:color w:val="000000"/>
          <w:spacing w:val="21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bens</w:t>
      </w:r>
      <w:r>
        <w:rPr>
          <w:rFonts w:ascii="Times New Roman" w:hAnsi="Times New Roman" w:eastAsia="Times New Roman"/>
          <w:b w:val="0"/>
          <w:color w:val="000000"/>
          <w:spacing w:val="1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pemlanentes</w:t>
      </w:r>
      <w:r>
        <w:rPr>
          <w:rFonts w:ascii="Arial" w:hAnsi="Arial" w:eastAsia="Arial"/>
          <w:b w:val="0"/>
          <w:i w:val="0"/>
          <w:color w:val="000000"/>
          <w:spacing w:val="-7"/>
          <w:sz w:val="19"/>
        </w:rPr>
        <w:t>correspondentea</w:t>
      </w:r>
      <w:r>
        <w:rPr>
          <w:rFonts w:ascii="Times New Roman" w:hAnsi="Times New Roman" w:eastAsia="Times New Roman"/>
          <w:b w:val="0"/>
          <w:color w:val="000000"/>
          <w:spacing w:val="13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R</w:t>
      </w:r>
      <w:r>
        <w:rPr>
          <w:rFonts w:ascii="Arial" w:hAnsi="Arial" w:eastAsia="Arial"/>
          <w:b w:val="0"/>
          <w:i w:val="0"/>
          <w:color w:val="000000"/>
          <w:sz w:val="19"/>
        </w:rPr>
        <w:t>$</w:t>
      </w:r>
    </w:p>
    <w:p>
      <w:pPr>
        <w:widowControl/>
        <w:wordWrap w:val="0"/>
        <w:autoSpaceDE w:val="0"/>
        <w:autoSpaceDN w:val="0"/>
        <w:spacing w:line="190" w:lineRule="exact" w:before="110" w:after="23"/>
        <w:ind w:left="22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9"/>
        </w:rPr>
        <w:t>11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490</w:t>
      </w:r>
      <w:r>
        <w:rPr>
          <w:rFonts w:ascii="Arial" w:hAnsi="Arial" w:eastAsia="Arial"/>
          <w:b w:val="0"/>
          <w:i w:val="0"/>
          <w:color w:val="000000"/>
          <w:sz w:val="19"/>
        </w:rPr>
        <w:t>,</w:t>
      </w:r>
      <w:r>
        <w:rPr>
          <w:rFonts w:ascii="Arial" w:hAnsi="Arial" w:eastAsia="Arial"/>
          <w:b w:val="0"/>
          <w:i w:val="0"/>
          <w:color w:val="000000"/>
          <w:sz w:val="19"/>
        </w:rPr>
        <w:t>68</w:t>
      </w:r>
      <w:r>
        <w:rPr>
          <w:rFonts w:ascii="Times New Roman" w:hAnsi="Times New Roman" w:eastAsia="Times New Roman"/>
          <w:b w:val="0"/>
          <w:color w:val="000000"/>
          <w:spacing w:val="-13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(</w:t>
      </w:r>
      <w:r>
        <w:rPr>
          <w:rFonts w:ascii="Arial" w:hAnsi="Arial" w:eastAsia="Arial"/>
          <w:b w:val="0"/>
          <w:i w:val="0"/>
          <w:color w:val="000000"/>
          <w:sz w:val="19"/>
        </w:rPr>
        <w:t>onze</w:t>
      </w:r>
      <w:r>
        <w:rPr>
          <w:rFonts w:ascii="Times New Roman" w:hAnsi="Times New Roman" w:eastAsia="Times New Roman"/>
          <w:b w:val="0"/>
          <w:color w:val="000000"/>
          <w:spacing w:val="1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mil</w:t>
      </w:r>
      <w:r>
        <w:rPr>
          <w:rFonts w:ascii="Arial" w:hAnsi="Arial" w:eastAsia="Arial"/>
          <w:b w:val="0"/>
          <w:i w:val="0"/>
          <w:color w:val="000000"/>
          <w:sz w:val="19"/>
        </w:rPr>
        <w:t>,</w:t>
      </w:r>
      <w:r>
        <w:rPr>
          <w:rFonts w:ascii="Times New Roman" w:hAnsi="Times New Roman" w:eastAsia="Times New Roman"/>
          <w:b w:val="0"/>
          <w:color w:val="000000"/>
          <w:spacing w:val="7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quatrocentos</w:t>
      </w:r>
      <w:r>
        <w:rPr>
          <w:rFonts w:ascii="Arial" w:hAnsi="Arial" w:eastAsia="Arial"/>
          <w:b w:val="0"/>
          <w:i w:val="0"/>
          <w:color w:val="000000"/>
          <w:sz w:val="19"/>
        </w:rPr>
        <w:t>e</w:t>
      </w:r>
      <w:r>
        <w:rPr>
          <w:rFonts w:ascii="Times New Roman" w:hAnsi="Times New Roman" w:eastAsia="Times New Roman"/>
          <w:b w:val="0"/>
          <w:color w:val="000000"/>
          <w:spacing w:val="4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noventa</w:t>
      </w:r>
      <w:r>
        <w:rPr>
          <w:rFonts w:ascii="Times New Roman" w:hAnsi="Times New Roman" w:eastAsia="Times New Roman"/>
          <w:b w:val="0"/>
          <w:color w:val="000000"/>
          <w:spacing w:val="16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reais</w:t>
      </w:r>
      <w:r>
        <w:rPr>
          <w:rFonts w:ascii="Times New Roman" w:hAnsi="Times New Roman" w:eastAsia="Times New Roman"/>
          <w:b w:val="0"/>
          <w:color w:val="000000"/>
          <w:spacing w:val="1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e</w:t>
      </w:r>
      <w:r>
        <w:rPr>
          <w:rFonts w:ascii="Times New Roman" w:hAnsi="Times New Roman" w:eastAsia="Times New Roman"/>
          <w:b w:val="0"/>
          <w:color w:val="000000"/>
          <w:spacing w:val="4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12"/>
          <w:sz w:val="19"/>
        </w:rPr>
        <w:t>sessentae</w:t>
      </w:r>
      <w:r>
        <w:rPr>
          <w:rFonts w:ascii="Times New Roman" w:hAnsi="Times New Roman" w:eastAsia="Times New Roman"/>
          <w:b w:val="0"/>
          <w:color w:val="000000"/>
          <w:spacing w:val="13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oito</w:t>
      </w:r>
      <w:r>
        <w:rPr>
          <w:rFonts w:ascii="Times New Roman" w:hAnsi="Times New Roman" w:eastAsia="Times New Roman"/>
          <w:b w:val="0"/>
          <w:color w:val="000000"/>
          <w:spacing w:val="66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centavos</w:t>
      </w:r>
      <w:r>
        <w:rPr>
          <w:rFonts w:ascii="Arial" w:hAnsi="Arial" w:eastAsia="Arial"/>
          <w:b w:val="0"/>
          <w:i w:val="0"/>
          <w:color w:val="000000"/>
          <w:sz w:val="19"/>
        </w:rPr>
        <w:t>.)</w:t>
      </w:r>
      <w:r>
        <w:rPr>
          <w:rFonts w:ascii="Arial" w:hAnsi="Arial" w:eastAsia="Arial"/>
          <w:b w:val="0"/>
          <w:i w:val="0"/>
          <w:color w:val="000000"/>
          <w:sz w:val="19"/>
        </w:rPr>
        <w:t>e</w:t>
      </w:r>
      <w:r>
        <w:rPr>
          <w:rFonts w:ascii="Times New Roman" w:hAnsi="Times New Roman" w:eastAsia="Times New Roman"/>
          <w:b w:val="0"/>
          <w:color w:val="000000"/>
          <w:spacing w:val="4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a</w:t>
      </w:r>
      <w:r>
        <w:rPr>
          <w:rFonts w:ascii="Times New Roman" w:hAnsi="Times New Roman" w:eastAsia="Times New Roman"/>
          <w:b w:val="0"/>
          <w:color w:val="000000"/>
          <w:spacing w:val="2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diferença</w:t>
      </w:r>
    </w:p>
    <w:p>
      <w:pPr>
        <w:widowControl/>
        <w:wordWrap w:val="0"/>
        <w:autoSpaceDE w:val="0"/>
        <w:autoSpaceDN w:val="0"/>
        <w:spacing w:line="170" w:lineRule="exact" w:before="45" w:after="31"/>
        <w:ind w:left="22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correspondente</w:t>
      </w:r>
      <w:r>
        <w:rPr>
          <w:rFonts w:ascii="Times New Roman" w:hAnsi="Times New Roman" w:eastAsia="Times New Roman"/>
          <w:b w:val="0"/>
          <w:color w:val="000000"/>
          <w:spacing w:val="56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a</w:t>
      </w:r>
      <w:r>
        <w:rPr>
          <w:rFonts w:ascii="Times New Roman" w:hAnsi="Times New Roman" w:eastAsia="Times New Roman"/>
          <w:b w:val="0"/>
          <w:color w:val="000000"/>
          <w:spacing w:val="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R</w:t>
      </w:r>
      <w:r>
        <w:rPr>
          <w:rFonts w:ascii="Arial" w:hAnsi="Arial" w:eastAsia="Arial"/>
          <w:b w:val="0"/>
          <w:i w:val="0"/>
          <w:color w:val="000000"/>
          <w:sz w:val="17"/>
        </w:rPr>
        <w:t>$</w:t>
      </w:r>
      <w:r>
        <w:rPr>
          <w:rFonts w:ascii="Times New Roman" w:hAnsi="Times New Roman" w:eastAsia="Times New Roman"/>
          <w:b w:val="0"/>
          <w:color w:val="000000"/>
          <w:spacing w:val="2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45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962</w:t>
      </w:r>
      <w:r>
        <w:rPr>
          <w:rFonts w:ascii="Arial" w:hAnsi="Arial" w:eastAsia="Arial"/>
          <w:b w:val="0"/>
          <w:i w:val="0"/>
          <w:color w:val="000000"/>
          <w:sz w:val="17"/>
        </w:rPr>
        <w:t>,</w:t>
      </w:r>
      <w:r>
        <w:rPr>
          <w:rFonts w:ascii="Arial" w:hAnsi="Arial" w:eastAsia="Arial"/>
          <w:b w:val="0"/>
          <w:i w:val="0"/>
          <w:color w:val="000000"/>
          <w:sz w:val="17"/>
        </w:rPr>
        <w:t>72</w:t>
      </w:r>
      <w:r>
        <w:rPr>
          <w:rFonts w:ascii="Times New Roman" w:hAnsi="Times New Roman" w:eastAsia="Times New Roman"/>
          <w:b w:val="0"/>
          <w:color w:val="000000"/>
          <w:spacing w:val="101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(</w:t>
      </w:r>
      <w:r>
        <w:rPr>
          <w:rFonts w:ascii="Arial" w:hAnsi="Arial" w:eastAsia="Arial"/>
          <w:b w:val="0"/>
          <w:i w:val="0"/>
          <w:color w:val="000000"/>
          <w:sz w:val="17"/>
        </w:rPr>
        <w:t>quarenta</w:t>
      </w:r>
      <w:r>
        <w:rPr>
          <w:rFonts w:ascii="Times New Roman" w:hAnsi="Times New Roman" w:eastAsia="Times New Roman"/>
          <w:b w:val="0"/>
          <w:color w:val="000000"/>
          <w:spacing w:val="3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</w:t>
      </w:r>
      <w:r>
        <w:rPr>
          <w:rFonts w:ascii="Times New Roman" w:hAnsi="Times New Roman" w:eastAsia="Times New Roman"/>
          <w:b w:val="0"/>
          <w:color w:val="000000"/>
          <w:spacing w:val="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cinco</w:t>
      </w:r>
      <w:r>
        <w:rPr>
          <w:rFonts w:ascii="Times New Roman" w:hAnsi="Times New Roman" w:eastAsia="Times New Roman"/>
          <w:b w:val="0"/>
          <w:color w:val="000000"/>
          <w:spacing w:val="41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mil</w:t>
      </w:r>
      <w:r>
        <w:rPr>
          <w:rFonts w:ascii="Arial" w:hAnsi="Arial" w:eastAsia="Arial"/>
          <w:b w:val="0"/>
          <w:i w:val="0"/>
          <w:color w:val="000000"/>
          <w:sz w:val="17"/>
        </w:rPr>
        <w:t>,</w:t>
      </w:r>
      <w:r>
        <w:rPr>
          <w:rFonts w:ascii="Times New Roman" w:hAnsi="Times New Roman" w:eastAsia="Times New Roman"/>
          <w:b w:val="0"/>
          <w:color w:val="000000"/>
          <w:spacing w:val="5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novecentos</w:t>
      </w:r>
      <w:r>
        <w:rPr>
          <w:rFonts w:ascii="Times New Roman" w:hAnsi="Times New Roman" w:eastAsia="Times New Roman"/>
          <w:b w:val="0"/>
          <w:color w:val="000000"/>
          <w:spacing w:val="48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</w:t>
      </w:r>
      <w:r>
        <w:rPr>
          <w:rFonts w:ascii="Times New Roman" w:hAnsi="Times New Roman" w:eastAsia="Times New Roman"/>
          <w:b w:val="0"/>
          <w:color w:val="000000"/>
          <w:spacing w:val="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sessenta</w:t>
      </w:r>
      <w:r>
        <w:rPr>
          <w:rFonts w:ascii="Arial" w:hAnsi="Arial" w:eastAsia="Arial"/>
          <w:b w:val="0"/>
          <w:i w:val="0"/>
          <w:color w:val="000000"/>
          <w:sz w:val="17"/>
        </w:rPr>
        <w:t>e</w:t>
      </w:r>
      <w:r>
        <w:rPr>
          <w:rFonts w:ascii="Times New Roman" w:hAnsi="Times New Roman" w:eastAsia="Times New Roman"/>
          <w:b w:val="0"/>
          <w:color w:val="000000"/>
          <w:spacing w:val="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dois</w:t>
      </w:r>
      <w:r>
        <w:rPr>
          <w:rFonts w:ascii="Times New Roman" w:hAnsi="Times New Roman" w:eastAsia="Times New Roman"/>
          <w:b w:val="0"/>
          <w:color w:val="000000"/>
          <w:spacing w:val="26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reais</w:t>
      </w:r>
      <w:r>
        <w:rPr>
          <w:rFonts w:ascii="Times New Roman" w:hAnsi="Times New Roman" w:eastAsia="Times New Roman"/>
          <w:b w:val="0"/>
          <w:color w:val="000000"/>
          <w:spacing w:val="9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</w:t>
      </w:r>
      <w:r>
        <w:rPr>
          <w:rFonts w:ascii="Times New Roman" w:hAnsi="Times New Roman" w:eastAsia="Times New Roman"/>
          <w:b w:val="0"/>
          <w:color w:val="000000"/>
          <w:spacing w:val="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setenta</w:t>
      </w:r>
      <w:r>
        <w:rPr>
          <w:rFonts w:ascii="Times New Roman" w:hAnsi="Times New Roman" w:eastAsia="Times New Roman"/>
          <w:b w:val="0"/>
          <w:color w:val="000000"/>
          <w:spacing w:val="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e</w:t>
      </w:r>
    </w:p>
    <w:p>
      <w:pPr>
        <w:widowControl/>
        <w:wordWrap w:val="0"/>
        <w:autoSpaceDE w:val="0"/>
        <w:autoSpaceDN w:val="0"/>
        <w:spacing w:line="180" w:lineRule="exact" w:before="62" w:after="160"/>
        <w:ind w:left="22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dois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centavos</w:t>
      </w:r>
      <w:r>
        <w:rPr>
          <w:rFonts w:ascii="Arial" w:hAnsi="Arial" w:eastAsia="Arial"/>
          <w:b w:val="0"/>
          <w:i w:val="0"/>
          <w:color w:val="000000"/>
          <w:sz w:val="18"/>
        </w:rPr>
        <w:t>.),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demais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despesas</w:t>
      </w:r>
      <w:r>
        <w:rPr>
          <w:rFonts w:ascii="Arial" w:hAnsi="Arial" w:eastAsia="Arial"/>
          <w:b w:val="0"/>
          <w:i w:val="0"/>
          <w:color w:val="000000"/>
          <w:spacing w:val="-20"/>
          <w:sz w:val="18"/>
        </w:rPr>
        <w:t>,</w:t>
      </w:r>
      <w:r>
        <w:rPr>
          <w:rFonts w:ascii="Arial" w:hAnsi="Arial" w:eastAsia="Arial"/>
          <w:b w:val="0"/>
          <w:i w:val="0"/>
          <w:color w:val="000000"/>
          <w:spacing w:val="-70"/>
          <w:sz w:val="18"/>
        </w:rPr>
        <w:t>c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onforme</w:t>
      </w:r>
      <w:r>
        <w:rPr>
          <w:rFonts w:ascii="Times New Roman" w:hAnsi="Times New Roman" w:eastAsia="Times New Roman"/>
          <w:b w:val="0"/>
          <w:color w:val="000000"/>
          <w:spacing w:val="2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quadro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abaixo</w:t>
      </w:r>
      <w:r>
        <w:rPr>
          <w:rFonts w:ascii="Arial" w:hAnsi="Arial" w:eastAsia="Arial"/>
          <w:b w:val="0"/>
          <w:i w:val="0"/>
          <w:color w:val="000000"/>
          <w:sz w:val="18"/>
        </w:rPr>
        <w:t>:</w:t>
      </w:r>
    </w:p>
    <w:p>
      <w:pPr>
        <w:widowControl/>
        <w:wordWrap w:val="0"/>
        <w:autoSpaceDE w:val="0"/>
        <w:autoSpaceDN w:val="0"/>
        <w:spacing w:line="14" w:lineRule="exact" w:before="306" w:after="0"/>
        <w:ind w:left="0" w:right="0"/>
      </w:pPr>
    </w:p>
    <w:tbl>
      <w:tblPr>
        <w:tblW w:type="auto" w:w="0"/>
        <w:tblInd w:type="dxa" w:w="40"/>
        <w:tblLayout w:type="fixed"/>
        <w:tblLook w:firstColumn="1" w:firstRow="1" w:lastColumn="0" w:lastRow="0" w:noHBand="0" w:noVBand="1" w:val="04A0"/>
      </w:tblPr>
      <w:tblGrid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>
        <w:trPr>
          <w:trHeight w:hRule="exact" w:val="342"/>
        </w:trPr>
        <w:tc>
          <w:tcPr>
            <w:tcW w:type="dxa" w:w="14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70" w:lineRule="exact" w:before="1106" w:after="0"/>
              <w:ind w:left="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7"/>
              </w:rPr>
              <w:t>.</w:t>
            </w:r>
          </w:p>
        </w:tc>
        <w:tc>
          <w:tcPr>
            <w:tcW w:type="dxa" w:w="107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70" w:lineRule="exact" w:before="1106" w:after="0"/>
              <w:ind w:left="11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7"/>
              </w:rPr>
              <w:t>\</w:t>
            </w:r>
          </w:p>
        </w:tc>
        <w:tc>
          <w:tcPr>
            <w:tcW w:type="dxa" w:w="138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970" w:lineRule="exact" w:before="316" w:after="0"/>
              <w:ind w:left="96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-122"/>
                <w:sz w:val="44"/>
                <w:vertAlign w:val="superscript"/>
              </w:rPr>
              <w:t>[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67"/>
              </w:rPr>
              <w:t>r</w:t>
            </w:r>
          </w:p>
        </w:tc>
        <w:tc>
          <w:tcPr>
            <w:tcW w:type="dxa" w:w="124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12" w:after="0"/>
              <w:ind w:left="19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Exercício</w:t>
            </w:r>
          </w:p>
        </w:tc>
        <w:tc>
          <w:tcPr>
            <w:tcW w:type="dxa" w:w="63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00" w:lineRule="exact" w:before="422" w:after="0"/>
              <w:ind w:left="26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0"/>
              </w:rPr>
              <w:t>T</w:t>
            </w:r>
          </w:p>
        </w:tc>
        <w:tc>
          <w:tcPr>
            <w:tcW w:type="dxa" w:w="1289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60" w:after="0"/>
              <w:ind w:left="47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Mês</w:t>
            </w:r>
          </w:p>
        </w:tc>
        <w:tc>
          <w:tcPr>
            <w:tcW w:type="dxa" w:w="60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80" w:lineRule="exact" w:before="542" w:after="0"/>
              <w:ind w:left="27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8"/>
              </w:rPr>
              <w:t>J</w:t>
            </w:r>
          </w:p>
        </w:tc>
        <w:tc>
          <w:tcPr>
            <w:tcW w:type="dxa" w:w="132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232" w:after="0"/>
              <w:ind w:left="31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Consuúio</w:t>
            </w:r>
          </w:p>
        </w:tc>
        <w:tc>
          <w:tcPr>
            <w:tcW w:type="dxa" w:w="78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0" w:after="0"/>
              <w:ind w:left="27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Repassa</w:t>
            </w:r>
          </w:p>
        </w:tc>
        <w:tc>
          <w:tcPr>
            <w:tcW w:type="dxa" w:w="1622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252" w:after="0"/>
              <w:ind w:left="4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Permâheate</w:t>
            </w:r>
          </w:p>
        </w:tc>
      </w:tr>
      <w:tr>
        <w:trPr>
          <w:trHeight w:hRule="exact" w:val="29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8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00" w:lineRule="exact" w:before="102" w:after="0"/>
              <w:ind w:left="43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Maio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88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4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169" w:after="0"/>
              <w:ind w:left="37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2024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0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2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37" w:after="0"/>
              <w:ind w:left="23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6"/>
                <w:sz w:val="16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72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93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2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47" w:after="0"/>
              <w:ind w:left="8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6"/>
                <w:sz w:val="16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250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18</w:t>
            </w:r>
          </w:p>
        </w:tc>
      </w:tr>
      <w:tr>
        <w:trPr>
          <w:trHeight w:hRule="exact" w:val="33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8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38" w:after="0"/>
              <w:ind w:left="23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Setembro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4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2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60" w:after="0"/>
              <w:ind w:left="21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6"/>
                <w:sz w:val="16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72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34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63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30" w:lineRule="exact" w:before="227" w:after="0"/>
              <w:ind w:left="26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3"/>
              </w:rPr>
              <w:t>!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6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2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188" w:after="0"/>
              <w:ind w:left="12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W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!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8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:$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ggi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8"/>
                <w:sz w:val="19"/>
              </w:rPr>
              <w:t>81li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4"/>
                <w:sz w:val="19"/>
              </w:rPr>
              <w:t>: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8"/>
                <w:sz w:val="19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5"/>
                <w:sz w:val="19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1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4"/>
                <w:sz w:val="19"/>
              </w:rPr>
              <w:t>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05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l</w:t>
            </w:r>
          </w:p>
        </w:tc>
      </w:tr>
      <w:tr>
        <w:trPr>
          <w:trHeight w:hRule="exact" w:val="74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4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190" w:after="0"/>
              <w:ind w:left="35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2025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1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2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48" w:after="0"/>
              <w:ind w:left="19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$$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i4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$: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5"/>
                <w:sz w:val="19"/>
              </w:rPr>
              <w:t>góa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91"/>
                <w:sz w:val="19"/>
              </w:rPr>
              <w:t>?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4"/>
                <w:sz w:val="19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2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98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63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510" w:lineRule="exact" w:before="7" w:after="0"/>
              <w:ind w:left="26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51"/>
              </w:rPr>
              <w:t>[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87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8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00" w:lineRule="exact" w:before="312" w:after="0"/>
              <w:ind w:left="41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Maio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68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2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37" w:after="0"/>
              <w:ind w:left="2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6"/>
                <w:sz w:val="2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{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49Üi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59"/>
                <w:sz w:val="21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56"/>
                <w:sz w:val="21"/>
              </w:rPr>
              <w:t>!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1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1"/>
                <w:sz w:val="21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1</w:t>
            </w:r>
          </w:p>
        </w:tc>
      </w:tr>
      <w:tr>
        <w:trPr>
          <w:trHeight w:hRule="exact" w:val="32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600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545" w:after="0"/>
              <w:ind w:left="27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l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65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2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0" w:lineRule="exact" w:before="177" w:after="0"/>
              <w:ind w:left="19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6"/>
                <w:sz w:val="16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962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72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92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4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70" w:lineRule="exact" w:before="184" w:after="0"/>
              <w:ind w:left="358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7"/>
              </w:rPr>
              <w:t>2026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8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8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00" w:lineRule="exact" w:before="269" w:after="0"/>
              <w:ind w:left="94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99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622"/>
            <w:gridSpan w:val="2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27" w:after="0"/>
              <w:ind w:left="4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2"/>
                <w:sz w:val="15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5"/>
              </w:rPr>
              <w:t>]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6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490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6"/>
              </w:rPr>
              <w:t>68</w:t>
            </w:r>
          </w:p>
        </w:tc>
      </w:tr>
      <w:tr>
        <w:trPr>
          <w:trHeight w:hRule="exact" w:val="12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289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80" w:lineRule="exact" w:before="48" w:after="0"/>
              <w:ind w:left="219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8"/>
              </w:rPr>
              <w:t>Setembro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54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23"/>
            <w:vMerge w:val="restart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0" w:lineRule="exact" w:before="48" w:after="0"/>
              <w:ind w:left="190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962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19"/>
              </w:rPr>
              <w:t>72</w:t>
            </w:r>
          </w:p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890"/>
            <w:gridSpan w:val="2"/>
            <w:vMerge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68"/>
        </w:trPr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945"/>
            <w:vMerge/>
            <w:tcMar>
              <w:left w:type="dxa" w:w="0"/>
              <w:right w:type="dxa" w:w="0"/>
            </w:tcMar>
          </w:tcPr>
          <w:p/>
        </w:tc>
        <w:tc>
          <w:tcPr>
            <w:tcW w:type="dxa" w:w="138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58" w:after="0"/>
              <w:ind w:left="45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$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]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490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68</w:t>
            </w:r>
          </w:p>
        </w:tc>
        <w:tc>
          <w:tcPr>
            <w:tcW w:type="dxa" w:w="24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210" w:lineRule="exact" w:before="58" w:after="0"/>
              <w:ind w:left="123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>!</w:t>
            </w:r>
          </w:p>
        </w:tc>
      </w:tr>
    </w:tbl>
    <w:p>
      <w:pPr>
        <w:widowControl/>
        <w:wordWrap w:val="0"/>
        <w:autoSpaceDE w:val="0"/>
        <w:autoSpaceDN w:val="0"/>
        <w:spacing w:line="180" w:lineRule="exact" w:before="113" w:after="130"/>
        <w:ind w:left="22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3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  <w:r>
        <w:rPr>
          <w:rFonts w:ascii="Arial" w:hAnsi="Arial" w:eastAsia="Arial"/>
          <w:b w:val="0"/>
          <w:i w:val="0"/>
          <w:color w:val="000000"/>
          <w:sz w:val="18"/>
        </w:rPr>
        <w:t>11</w:t>
      </w:r>
      <w:r>
        <w:rPr>
          <w:rFonts w:ascii="Arial" w:hAnsi="Arial" w:eastAsia="Arial"/>
          <w:b w:val="0"/>
          <w:i w:val="0"/>
          <w:color w:val="000000"/>
          <w:sz w:val="18"/>
        </w:rPr>
        <w:t>.</w:t>
      </w:r>
    </w:p>
    <w:p>
      <w:pPr>
        <w:widowControl/>
        <w:wordWrap w:val="0"/>
        <w:autoSpaceDE w:val="0"/>
        <w:autoSpaceDN w:val="0"/>
        <w:spacing w:line="180" w:lineRule="exact" w:before="260" w:after="1888"/>
        <w:ind w:left="26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mil</w:t>
      </w:r>
      <w:r>
        <w:rPr>
          <w:rFonts w:ascii="Arial" w:hAnsi="Arial" w:eastAsia="Arial"/>
          <w:b w:val="0"/>
          <w:i w:val="0"/>
          <w:color w:val="000000"/>
          <w:sz w:val="18"/>
        </w:rPr>
        <w:t>,</w:t>
      </w:r>
      <w:r>
        <w:rPr>
          <w:rFonts w:ascii="Times New Roman" w:hAnsi="Times New Roman" w:eastAsia="Times New Roman"/>
          <w:b w:val="0"/>
          <w:color w:val="000000"/>
          <w:spacing w:val="5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seiscentos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cinquenta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cinco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reais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dez</w:t>
      </w:r>
      <w:r>
        <w:rPr>
          <w:rFonts w:ascii="Times New Roman" w:hAnsi="Times New Roman" w:eastAsia="Times New Roman"/>
          <w:b w:val="0"/>
          <w:color w:val="000000"/>
          <w:spacing w:val="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centavos</w:t>
      </w:r>
      <w:r>
        <w:rPr>
          <w:rFonts w:ascii="Arial" w:hAnsi="Arial" w:eastAsia="Arial"/>
          <w:b w:val="0"/>
          <w:i w:val="0"/>
          <w:color w:val="000000"/>
          <w:sz w:val="18"/>
        </w:rPr>
        <w:t>.),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sendo</w:t>
      </w:r>
      <w:r>
        <w:rPr>
          <w:rFonts w:ascii="Times New Roman" w:hAnsi="Times New Roman" w:eastAsia="Times New Roman"/>
          <w:b w:val="0"/>
          <w:color w:val="000000"/>
          <w:spacing w:val="-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para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exercício</w:t>
      </w:r>
      <w:r>
        <w:rPr>
          <w:rFonts w:ascii="Times New Roman" w:hAnsi="Times New Roman" w:eastAsia="Times New Roman"/>
          <w:b w:val="0"/>
          <w:color w:val="000000"/>
          <w:spacing w:val="3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de</w:t>
      </w:r>
      <w:r>
        <w:rPr>
          <w:rFonts w:ascii="Times New Roman" w:hAnsi="Times New Roman" w:eastAsia="Times New Roman"/>
          <w:b w:val="0"/>
          <w:color w:val="000000"/>
          <w:spacing w:val="-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2025</w:t>
      </w:r>
      <w:r>
        <w:rPr>
          <w:rFonts w:ascii="Times New Roman" w:hAnsi="Times New Roman" w:eastAsia="Times New Roman"/>
          <w:b w:val="0"/>
          <w:color w:val="000000"/>
          <w:spacing w:val="15"/>
          <w:sz w:val="18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8"/>
        </w:rPr>
        <w:t>o</w:t>
      </w:r>
    </w:p>
    <w:p>
      <w:pPr>
        <w:widowControl/>
        <w:wordWrap w:val="0"/>
        <w:autoSpaceDE w:val="0"/>
        <w:autoSpaceDN w:val="0"/>
        <w:spacing w:line="210" w:lineRule="exact" w:before="3776" w:after="53"/>
        <w:ind w:left="21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1"/>
        </w:rPr>
        <w:t>3</w:t>
      </w:r>
      <w:r>
        <w:rPr>
          <w:rFonts w:ascii="Arial" w:hAnsi="Arial" w:eastAsia="Arial"/>
          <w:b w:val="0"/>
          <w:i w:val="0"/>
          <w:color w:val="000000"/>
          <w:sz w:val="21"/>
        </w:rPr>
        <w:t>.</w:t>
      </w:r>
      <w:r>
        <w:rPr>
          <w:rFonts w:ascii="Arial" w:hAnsi="Arial" w:eastAsia="Arial"/>
          <w:b w:val="0"/>
          <w:i w:val="0"/>
          <w:color w:val="000000"/>
          <w:sz w:val="21"/>
        </w:rPr>
        <w:t>12</w:t>
      </w:r>
      <w:r>
        <w:rPr>
          <w:rFonts w:ascii="Arial" w:hAnsi="Arial" w:eastAsia="Arial"/>
          <w:b w:val="0"/>
          <w:i w:val="0"/>
          <w:color w:val="000000"/>
          <w:spacing w:val="-7"/>
          <w:sz w:val="21"/>
        </w:rPr>
        <w:t>.</w:t>
      </w:r>
      <w:r>
        <w:rPr>
          <w:rFonts w:ascii="Arial" w:hAnsi="Arial" w:eastAsia="Arial"/>
          <w:b w:val="0"/>
          <w:i w:val="0"/>
          <w:color w:val="000000"/>
          <w:spacing w:val="-145"/>
          <w:sz w:val="21"/>
        </w:rPr>
        <w:t>D</w:t>
      </w:r>
      <w:r>
        <w:rPr>
          <w:rFonts w:ascii="Times New Roman" w:hAnsi="Times New Roman" w:eastAsia="Times New Roman"/>
          <w:b w:val="0"/>
          <w:color w:val="000000"/>
          <w:spacing w:val="92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OTAÇÃO</w:t>
      </w:r>
      <w:r>
        <w:rPr>
          <w:rFonts w:ascii="Times New Roman" w:hAnsi="Times New Roman" w:eastAsia="Times New Roman"/>
          <w:b w:val="0"/>
          <w:color w:val="000000"/>
          <w:spacing w:val="-11"/>
          <w:sz w:val="21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1"/>
        </w:rPr>
        <w:t>ORÇAMENTÁRIA</w:t>
      </w:r>
      <w:r>
        <w:rPr>
          <w:rFonts w:ascii="Arial" w:hAnsi="Arial" w:eastAsia="Arial"/>
          <w:b w:val="0"/>
          <w:i w:val="0"/>
          <w:color w:val="000000"/>
          <w:sz w:val="21"/>
        </w:rPr>
        <w:t>:</w:t>
      </w:r>
    </w:p>
    <w:p>
      <w:pPr>
        <w:widowControl/>
        <w:wordWrap w:val="0"/>
        <w:autoSpaceDE w:val="0"/>
        <w:autoSpaceDN w:val="0"/>
        <w:spacing w:line="190" w:lineRule="exact" w:before="105" w:after="13"/>
        <w:ind w:left="24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9"/>
        </w:rPr>
        <w:t>recursos</w:t>
      </w:r>
      <w:r>
        <w:rPr>
          <w:rFonts w:ascii="Times New Roman" w:hAnsi="Times New Roman" w:eastAsia="Times New Roman"/>
          <w:b w:val="0"/>
          <w:color w:val="000000"/>
          <w:spacing w:val="-16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financeiros</w:t>
      </w:r>
      <w:r>
        <w:rPr>
          <w:rFonts w:ascii="Times New Roman" w:hAnsi="Times New Roman" w:eastAsia="Times New Roman"/>
          <w:b w:val="0"/>
          <w:color w:val="000000"/>
          <w:spacing w:val="14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encontram</w:t>
      </w:r>
      <w:r>
        <w:rPr>
          <w:rFonts w:ascii="Times New Roman" w:hAnsi="Times New Roman" w:eastAsia="Times New Roman"/>
          <w:b w:val="0"/>
          <w:color w:val="000000"/>
          <w:spacing w:val="-5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respaldo</w:t>
      </w:r>
      <w:r>
        <w:rPr>
          <w:rFonts w:ascii="Times New Roman" w:hAnsi="Times New Roman" w:eastAsia="Times New Roman"/>
          <w:b w:val="0"/>
          <w:color w:val="000000"/>
          <w:spacing w:val="-16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no</w:t>
      </w:r>
      <w:r>
        <w:rPr>
          <w:rFonts w:ascii="Times New Roman" w:hAnsi="Times New Roman" w:eastAsia="Times New Roman"/>
          <w:b w:val="0"/>
          <w:color w:val="000000"/>
          <w:spacing w:val="21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orçamento</w:t>
      </w:r>
      <w:r>
        <w:rPr>
          <w:rFonts w:ascii="Times New Roman" w:hAnsi="Times New Roman" w:eastAsia="Times New Roman"/>
          <w:b w:val="0"/>
          <w:color w:val="000000"/>
          <w:spacing w:val="-5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anual</w:t>
      </w:r>
      <w:r>
        <w:rPr>
          <w:rFonts w:ascii="Arial" w:hAnsi="Arial" w:eastAsia="Arial"/>
          <w:b w:val="0"/>
          <w:i w:val="0"/>
          <w:color w:val="000000"/>
          <w:sz w:val="19"/>
        </w:rPr>
        <w:t>,</w:t>
      </w:r>
      <w:r>
        <w:rPr>
          <w:rFonts w:ascii="Times New Roman" w:hAnsi="Times New Roman" w:eastAsia="Times New Roman"/>
          <w:b w:val="0"/>
          <w:color w:val="000000"/>
          <w:spacing w:val="-5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nos</w:t>
      </w:r>
      <w:r>
        <w:rPr>
          <w:rFonts w:ascii="Times New Roman" w:hAnsi="Times New Roman" w:eastAsia="Times New Roman"/>
          <w:b w:val="0"/>
          <w:color w:val="000000"/>
          <w:spacing w:val="6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termos</w:t>
      </w:r>
      <w:r>
        <w:rPr>
          <w:rFonts w:ascii="Times New Roman" w:hAnsi="Times New Roman" w:eastAsia="Times New Roman"/>
          <w:b w:val="0"/>
          <w:color w:val="000000"/>
          <w:spacing w:val="1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confirmados</w:t>
      </w:r>
      <w:r>
        <w:rPr>
          <w:rFonts w:ascii="Times New Roman" w:hAnsi="Times New Roman" w:eastAsia="Times New Roman"/>
          <w:b w:val="0"/>
          <w:color w:val="000000"/>
          <w:spacing w:val="-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meio</w:t>
      </w:r>
    </w:p>
    <w:p>
      <w:pPr>
        <w:widowControl/>
        <w:wordWrap w:val="0"/>
        <w:autoSpaceDE w:val="0"/>
        <w:autoSpaceDN w:val="0"/>
        <w:spacing w:line="170" w:lineRule="exact" w:before="25" w:after="137"/>
        <w:ind w:left="21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ordenador</w:t>
      </w:r>
      <w:r>
        <w:rPr>
          <w:rFonts w:ascii="Times New Roman" w:hAnsi="Times New Roman" w:eastAsia="Times New Roman"/>
          <w:b w:val="0"/>
          <w:color w:val="000000"/>
          <w:spacing w:val="8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da</w:t>
      </w:r>
      <w:r>
        <w:rPr>
          <w:rFonts w:ascii="Times New Roman" w:hAnsi="Times New Roman" w:eastAsia="Times New Roman"/>
          <w:b w:val="0"/>
          <w:color w:val="000000"/>
          <w:spacing w:val="28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Despesa</w:t>
      </w:r>
      <w:r>
        <w:rPr>
          <w:rFonts w:ascii="Arial" w:hAnsi="Arial" w:eastAsia="Arial"/>
          <w:b w:val="0"/>
          <w:i w:val="0"/>
          <w:color w:val="000000"/>
          <w:sz w:val="17"/>
        </w:rPr>
        <w:t>,</w:t>
      </w:r>
      <w:r>
        <w:rPr>
          <w:rFonts w:ascii="Times New Roman" w:hAnsi="Times New Roman" w:eastAsia="Times New Roman"/>
          <w:b w:val="0"/>
          <w:color w:val="000000"/>
          <w:spacing w:val="-1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onerando</w:t>
      </w:r>
      <w:r>
        <w:rPr>
          <w:rFonts w:ascii="Times New Roman" w:hAnsi="Times New Roman" w:eastAsia="Times New Roman"/>
          <w:b w:val="0"/>
          <w:color w:val="000000"/>
          <w:spacing w:val="19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as</w:t>
      </w:r>
      <w:r>
        <w:rPr>
          <w:rFonts w:ascii="Times New Roman" w:hAnsi="Times New Roman" w:eastAsia="Times New Roman"/>
          <w:b w:val="0"/>
          <w:color w:val="000000"/>
          <w:spacing w:val="-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seguintes</w:t>
      </w:r>
      <w:r>
        <w:rPr>
          <w:rFonts w:ascii="Times New Roman" w:hAnsi="Times New Roman" w:eastAsia="Times New Roman"/>
          <w:b w:val="0"/>
          <w:color w:val="000000"/>
          <w:spacing w:val="3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dotações</w:t>
      </w:r>
      <w:r>
        <w:rPr>
          <w:rFonts w:ascii="Times New Roman" w:hAnsi="Times New Roman" w:eastAsia="Times New Roman"/>
          <w:b w:val="0"/>
          <w:color w:val="000000"/>
          <w:spacing w:val="28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orçamentárias</w:t>
      </w:r>
      <w:r>
        <w:rPr>
          <w:rFonts w:ascii="Arial" w:hAnsi="Arial" w:eastAsia="Arial"/>
          <w:b w:val="0"/>
          <w:i w:val="0"/>
          <w:color w:val="000000"/>
          <w:sz w:val="17"/>
        </w:rPr>
        <w:t>:</w:t>
      </w:r>
      <w:r>
        <w:rPr>
          <w:rFonts w:ascii="Times New Roman" w:hAnsi="Times New Roman" w:eastAsia="Times New Roman"/>
          <w:b w:val="0"/>
          <w:color w:val="000000"/>
          <w:spacing w:val="51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"</w:t>
      </w:r>
      <w:r>
        <w:rPr>
          <w:rFonts w:ascii="Times New Roman" w:hAnsi="Times New Roman" w:eastAsia="Times New Roman"/>
          <w:b w:val="0"/>
          <w:color w:val="000000"/>
          <w:spacing w:val="457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'</w:t>
      </w:r>
      <w:r>
        <w:rPr>
          <w:rFonts w:ascii="Times New Roman" w:hAnsi="Times New Roman" w:eastAsia="Times New Roman"/>
          <w:b w:val="0"/>
          <w:color w:val="000000"/>
          <w:spacing w:val="25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----""</w:t>
      </w:r>
      <w:r>
        <w:rPr>
          <w:rFonts w:ascii="Times New Roman" w:hAnsi="Times New Roman" w:eastAsia="Times New Roman"/>
          <w:b w:val="0"/>
          <w:color w:val="000000"/>
          <w:spacing w:val="39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r</w:t>
      </w:r>
      <w:r>
        <w:rPr>
          <w:rFonts w:ascii="Arial" w:hAnsi="Arial" w:eastAsia="Arial"/>
          <w:b w:val="0"/>
          <w:i w:val="0"/>
          <w:color w:val="000000"/>
          <w:sz w:val="17"/>
        </w:rPr>
        <w:t>"'-"</w:t>
      </w:r>
    </w:p>
    <w:p>
      <w:pPr>
        <w:widowControl/>
        <w:wordWrap w:val="0"/>
        <w:autoSpaceDE w:val="0"/>
        <w:autoSpaceDN w:val="0"/>
        <w:spacing w:line="190" w:lineRule="exact" w:before="274" w:after="25"/>
        <w:ind w:left="36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9"/>
        </w:rPr>
        <w:t>N</w:t>
      </w:r>
      <w:r>
        <w:rPr>
          <w:rFonts w:ascii="Arial" w:hAnsi="Arial" w:eastAsia="Arial"/>
          <w:b w:val="0"/>
          <w:i w:val="0"/>
          <w:color w:val="000000"/>
          <w:sz w:val="19"/>
        </w:rPr>
        <w:t>'</w:t>
      </w:r>
      <w:r>
        <w:rPr>
          <w:rFonts w:ascii="Times New Roman" w:hAnsi="Times New Roman" w:eastAsia="Times New Roman"/>
          <w:b w:val="0"/>
          <w:color w:val="000000"/>
          <w:spacing w:val="79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1480</w:t>
      </w:r>
      <w:r>
        <w:rPr>
          <w:rFonts w:ascii="Arial" w:hAnsi="Arial" w:eastAsia="Arial"/>
          <w:b w:val="0"/>
          <w:i w:val="0"/>
          <w:color w:val="000000"/>
          <w:sz w:val="19"/>
        </w:rPr>
        <w:t>-</w:t>
      </w:r>
      <w:r>
        <w:rPr>
          <w:rFonts w:ascii="Arial" w:hAnsi="Arial" w:eastAsia="Arial"/>
          <w:b w:val="0"/>
          <w:i w:val="0"/>
          <w:color w:val="000000"/>
          <w:sz w:val="19"/>
        </w:rPr>
        <w:t>08</w:t>
      </w:r>
      <w:r>
        <w:rPr>
          <w:rFonts w:ascii="Arial" w:hAnsi="Arial" w:eastAsia="Arial"/>
          <w:b w:val="0"/>
          <w:i w:val="0"/>
          <w:color w:val="000000"/>
          <w:sz w:val="19"/>
        </w:rPr>
        <w:t>]</w:t>
      </w:r>
      <w:r>
        <w:rPr>
          <w:rFonts w:ascii="Arial" w:hAnsi="Arial" w:eastAsia="Arial"/>
          <w:b w:val="0"/>
          <w:i w:val="0"/>
          <w:color w:val="000000"/>
          <w:sz w:val="19"/>
        </w:rPr>
        <w:t>0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1236500062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035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01</w:t>
      </w:r>
      <w:r>
        <w:rPr>
          <w:rFonts w:ascii="Times New Roman" w:hAnsi="Times New Roman" w:eastAsia="Times New Roman"/>
          <w:b w:val="0"/>
          <w:color w:val="000000"/>
          <w:spacing w:val="-6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2100000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335039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0005</w:t>
      </w:r>
    </w:p>
    <w:p>
      <w:pPr>
        <w:widowControl/>
        <w:wordWrap w:val="0"/>
        <w:autoSpaceDE w:val="0"/>
        <w:autoSpaceDN w:val="0"/>
        <w:spacing w:line="190" w:lineRule="exact" w:before="50" w:after="153"/>
        <w:ind w:left="36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9"/>
        </w:rPr>
        <w:t>N</w:t>
      </w:r>
      <w:r>
        <w:rPr>
          <w:rFonts w:ascii="Arial" w:hAnsi="Arial" w:eastAsia="Arial"/>
          <w:b w:val="0"/>
          <w:i w:val="0"/>
          <w:color w:val="000000"/>
          <w:sz w:val="19"/>
        </w:rPr>
        <w:t>'</w:t>
      </w:r>
      <w:r>
        <w:rPr>
          <w:rFonts w:ascii="Times New Roman" w:hAnsi="Times New Roman" w:eastAsia="Times New Roman"/>
          <w:b w:val="0"/>
          <w:color w:val="000000"/>
          <w:spacing w:val="79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53"/>
          <w:sz w:val="19"/>
        </w:rPr>
        <w:t>14</w:t>
      </w:r>
      <w:r>
        <w:rPr>
          <w:rFonts w:ascii="Times New Roman" w:hAnsi="Times New Roman" w:eastAsia="Times New Roman"/>
          <w:b w:val="0"/>
          <w:color w:val="000000"/>
          <w:spacing w:val="32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82</w:t>
      </w:r>
      <w:r>
        <w:rPr>
          <w:rFonts w:ascii="Arial" w:hAnsi="Arial" w:eastAsia="Arial"/>
          <w:b w:val="0"/>
          <w:i w:val="0"/>
          <w:color w:val="000000"/>
          <w:sz w:val="19"/>
        </w:rPr>
        <w:t>-</w:t>
      </w:r>
      <w:r>
        <w:rPr>
          <w:rFonts w:ascii="Arial" w:hAnsi="Arial" w:eastAsia="Arial"/>
          <w:b w:val="0"/>
          <w:i w:val="0"/>
          <w:color w:val="000000"/>
          <w:sz w:val="19"/>
        </w:rPr>
        <w:t>0810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pacing w:val="-53"/>
          <w:sz w:val="19"/>
        </w:rPr>
        <w:t>12</w:t>
      </w:r>
      <w:r>
        <w:rPr>
          <w:rFonts w:ascii="Times New Roman" w:hAnsi="Times New Roman" w:eastAsia="Times New Roman"/>
          <w:b w:val="0"/>
          <w:color w:val="000000"/>
          <w:spacing w:val="57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36500062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035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0</w:t>
      </w:r>
      <w:r>
        <w:rPr>
          <w:rFonts w:ascii="Arial" w:hAnsi="Arial" w:eastAsia="Arial"/>
          <w:b w:val="0"/>
          <w:i w:val="0"/>
          <w:color w:val="000000"/>
          <w:sz w:val="19"/>
        </w:rPr>
        <w:t>]</w:t>
      </w:r>
      <w:r>
        <w:rPr>
          <w:rFonts w:ascii="Times New Roman" w:hAnsi="Times New Roman" w:eastAsia="Times New Roman"/>
          <w:b w:val="0"/>
          <w:color w:val="000000"/>
          <w:spacing w:val="21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pacing w:val="-35"/>
          <w:sz w:val="19"/>
        </w:rPr>
        <w:t>210</w:t>
      </w:r>
      <w:r>
        <w:rPr>
          <w:rFonts w:ascii="Times New Roman" w:hAnsi="Times New Roman" w:eastAsia="Times New Roman"/>
          <w:b w:val="0"/>
          <w:color w:val="000000"/>
          <w:spacing w:val="34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0000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445039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z w:val="19"/>
        </w:rPr>
        <w:t>0005</w:t>
      </w:r>
    </w:p>
    <w:p>
      <w:pPr>
        <w:widowControl/>
        <w:wordWrap w:val="0"/>
        <w:autoSpaceDE w:val="0"/>
        <w:autoSpaceDN w:val="0"/>
        <w:spacing w:line="170" w:lineRule="exact" w:before="305" w:after="117"/>
        <w:ind w:left="208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Art</w:t>
      </w:r>
      <w:r>
        <w:rPr>
          <w:rFonts w:ascii="Times New Roman" w:hAnsi="Times New Roman" w:eastAsia="Times New Roman"/>
          <w:b w:val="0"/>
          <w:color w:val="000000"/>
          <w:spacing w:val="8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2</w:t>
      </w:r>
      <w:r>
        <w:rPr>
          <w:rFonts w:ascii="Arial" w:hAnsi="Arial" w:eastAsia="Arial"/>
          <w:b w:val="0"/>
          <w:i w:val="0"/>
          <w:color w:val="000000"/>
          <w:sz w:val="17"/>
        </w:rPr>
        <w:t>'</w:t>
      </w:r>
      <w:r>
        <w:rPr>
          <w:rFonts w:ascii="Times New Roman" w:hAnsi="Times New Roman" w:eastAsia="Times New Roman"/>
          <w:b w:val="0"/>
          <w:color w:val="000000"/>
          <w:spacing w:val="51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-</w:t>
      </w:r>
      <w:r>
        <w:rPr>
          <w:rFonts w:ascii="Times New Roman" w:hAnsi="Times New Roman" w:eastAsia="Times New Roman"/>
          <w:b w:val="0"/>
          <w:color w:val="000000"/>
          <w:spacing w:val="21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Permanecem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Times New Roman" w:hAnsi="Times New Roman" w:eastAsia="Times New Roman"/>
          <w:b w:val="0"/>
          <w:color w:val="000000"/>
          <w:spacing w:val="-21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inalteradas</w:t>
      </w:r>
      <w:r>
        <w:rPr>
          <w:rFonts w:ascii="Times New Roman" w:hAnsi="Times New Roman" w:eastAsia="Times New Roman"/>
          <w:b w:val="0"/>
          <w:color w:val="000000"/>
          <w:spacing w:val="46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as</w:t>
      </w:r>
      <w:r>
        <w:rPr>
          <w:rFonts w:ascii="Times New Roman" w:hAnsi="Times New Roman" w:eastAsia="Times New Roman"/>
          <w:b w:val="0"/>
          <w:color w:val="000000"/>
          <w:spacing w:val="-2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demais</w:t>
      </w:r>
      <w:r>
        <w:rPr>
          <w:rFonts w:ascii="Times New Roman" w:hAnsi="Times New Roman" w:eastAsia="Times New Roman"/>
          <w:b w:val="0"/>
          <w:color w:val="000000"/>
          <w:spacing w:val="3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cláusulas</w:t>
      </w:r>
    </w:p>
    <w:p>
      <w:pPr>
        <w:widowControl/>
        <w:wordWrap w:val="0"/>
        <w:autoSpaceDE w:val="0"/>
        <w:autoSpaceDN w:val="0"/>
        <w:spacing w:line="830" w:lineRule="exact" w:before="233" w:after="35"/>
        <w:ind w:left="342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SÍ</w:t>
      </w:r>
      <w:r>
        <w:rPr>
          <w:rFonts w:ascii="Arial" w:hAnsi="Arial" w:eastAsia="Arial"/>
          <w:b w:val="0"/>
          <w:i w:val="0"/>
          <w:color w:val="000000"/>
          <w:sz w:val="17"/>
        </w:rPr>
        <w:t>/</w:t>
      </w:r>
      <w:r>
        <w:rPr>
          <w:rFonts w:ascii="Arial" w:hAnsi="Arial" w:eastAsia="Arial"/>
          <w:b w:val="0"/>
          <w:i w:val="0"/>
          <w:color w:val="000000"/>
          <w:sz w:val="17"/>
        </w:rPr>
        <w:t>l</w:t>
      </w:r>
      <w:r>
        <w:rPr>
          <w:rFonts w:ascii="Arial" w:hAnsi="Arial" w:eastAsia="Arial"/>
          <w:b w:val="0"/>
          <w:i w:val="0"/>
          <w:color w:val="000000"/>
          <w:sz w:val="17"/>
        </w:rPr>
        <w:t>;</w:t>
      </w:r>
      <w:r>
        <w:rPr>
          <w:rFonts w:ascii="Arial" w:hAnsi="Arial" w:eastAsia="Arial"/>
          <w:b w:val="0"/>
          <w:i w:val="0"/>
          <w:color w:val="000000"/>
          <w:sz w:val="17"/>
        </w:rPr>
        <w:t>h</w:t>
      </w:r>
      <w:r>
        <w:rPr>
          <w:rFonts w:ascii="Times New Roman" w:hAnsi="Times New Roman" w:eastAsia="Times New Roman"/>
          <w:b w:val="0"/>
          <w:color w:val="000000"/>
          <w:spacing w:val="5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Roer</w:t>
      </w:r>
      <w:r>
        <w:rPr>
          <w:rFonts w:ascii="Arial" w:hAnsi="Arial" w:eastAsia="Arial"/>
          <w:b w:val="0"/>
          <w:i w:val="0"/>
          <w:color w:val="000000"/>
          <w:sz w:val="17"/>
        </w:rPr>
        <w:t>g</w:t>
      </w:r>
      <w:r>
        <w:rPr>
          <w:rFonts w:ascii="Times New Roman" w:hAnsi="Times New Roman" w:eastAsia="Times New Roman"/>
          <w:b w:val="0"/>
          <w:color w:val="000000"/>
          <w:spacing w:val="43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pacing w:val="-35"/>
          <w:sz w:val="17"/>
        </w:rPr>
        <w:t>e</w:t>
      </w:r>
      <w:r>
        <w:rPr>
          <w:rFonts w:ascii="Arial" w:hAnsi="Arial" w:eastAsia="Arial"/>
          <w:b w:val="0"/>
          <w:i w:val="0"/>
          <w:color w:val="000000"/>
          <w:spacing w:val="-4"/>
          <w:sz w:val="20"/>
        </w:rPr>
        <w:t>'</w:t>
      </w:r>
      <w:r>
        <w:rPr>
          <w:rFonts w:ascii="Arial" w:hAnsi="Arial" w:eastAsia="Arial"/>
          <w:b w:val="0"/>
          <w:i w:val="0"/>
          <w:color w:val="000000"/>
          <w:spacing w:val="-81"/>
          <w:sz w:val="17"/>
        </w:rPr>
        <w:t>s</w:t>
      </w:r>
      <w:r>
        <w:rPr>
          <w:rFonts w:ascii="Arial" w:hAnsi="Arial" w:eastAsia="Arial"/>
          <w:b w:val="0"/>
          <w:i w:val="0"/>
          <w:color w:val="000000"/>
          <w:sz w:val="20"/>
        </w:rPr>
        <w:t>««</w:t>
      </w:r>
      <w:r>
        <w:rPr>
          <w:rFonts w:ascii="Arial" w:hAnsi="Arial" w:eastAsia="Arial"/>
          <w:b w:val="0"/>
          <w:i w:val="0"/>
          <w:color w:val="000000"/>
          <w:sz w:val="20"/>
        </w:rPr>
        <w:t>'".;.</w:t>
      </w:r>
      <w:r>
        <w:rPr>
          <w:rFonts w:ascii="Times New Roman" w:hAnsi="Times New Roman" w:eastAsia="Times New Roman"/>
          <w:b w:val="0"/>
          <w:color w:val="000000"/>
          <w:spacing w:val="243"/>
          <w:sz w:val="64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64"/>
        </w:rPr>
        <w:t>."</w:t>
      </w:r>
      <w:r>
        <w:rPr>
          <w:rFonts w:ascii="Times New Roman" w:hAnsi="Times New Roman" w:eastAsia="Times New Roman"/>
          <w:b w:val="0"/>
          <w:color w:val="000000"/>
          <w:spacing w:val="80"/>
          <w:sz w:val="22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22"/>
        </w:rPr>
        <w:t>'.</w:t>
      </w:r>
      <w:r>
        <w:rPr>
          <w:rFonts w:ascii="Arial" w:hAnsi="Arial" w:eastAsia="Arial"/>
          <w:b w:val="0"/>
          <w:i w:val="0"/>
          <w:color w:val="000000"/>
          <w:sz w:val="22"/>
        </w:rPr>
        <w:t>j«</w:t>
      </w:r>
      <w:r>
        <w:rPr>
          <w:rFonts w:ascii="Arial" w:hAnsi="Arial" w:eastAsia="Arial"/>
          <w:b w:val="0"/>
          <w:i w:val="0"/>
          <w:color w:val="000000"/>
          <w:sz w:val="22"/>
        </w:rPr>
        <w:t>.:</w:t>
      </w:r>
      <w:r>
        <w:rPr>
          <w:rFonts w:ascii="Arial" w:hAnsi="Arial" w:eastAsia="Arial"/>
          <w:b w:val="0"/>
          <w:i w:val="0"/>
          <w:color w:val="000000"/>
          <w:sz w:val="22"/>
        </w:rPr>
        <w:t>«</w:t>
      </w:r>
      <w:r>
        <w:rPr>
          <w:rFonts w:ascii="Times New Roman" w:hAnsi="Times New Roman" w:eastAsia="Times New Roman"/>
          <w:b w:val="0"/>
          <w:color w:val="000000"/>
          <w:spacing w:val="214"/>
          <w:sz w:val="83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83"/>
        </w:rPr>
        <w:t>;</w:t>
      </w:r>
      <w:r>
        <w:rPr>
          <w:rFonts w:ascii="Times New Roman" w:hAnsi="Times New Roman" w:eastAsia="Times New Roman"/>
          <w:b w:val="0"/>
          <w:color w:val="000000"/>
          <w:spacing w:val="219"/>
          <w:sz w:val="36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36"/>
        </w:rPr>
        <w:t>Ü</w:t>
      </w:r>
      <w:r>
        <w:rPr>
          <w:rFonts w:ascii="Arial" w:hAnsi="Arial" w:eastAsia="Arial"/>
          <w:b w:val="0"/>
          <w:i w:val="0"/>
          <w:color w:val="000000"/>
          <w:sz w:val="36"/>
        </w:rPr>
        <w:t>:</w:t>
      </w:r>
      <w:r>
        <w:rPr>
          <w:rFonts w:ascii="Arial" w:hAnsi="Arial" w:eastAsia="Arial"/>
          <w:b w:val="0"/>
          <w:i w:val="0"/>
          <w:color w:val="000000"/>
          <w:sz w:val="36"/>
        </w:rPr>
        <w:t>i</w:t>
      </w:r>
      <w:r>
        <w:rPr>
          <w:rFonts w:ascii="Arial" w:hAnsi="Arial" w:eastAsia="Arial"/>
          <w:b w:val="0"/>
          <w:i w:val="0"/>
          <w:color w:val="000000"/>
          <w:sz w:val="36"/>
        </w:rPr>
        <w:t>;</w:t>
      </w:r>
      <w:r>
        <w:rPr>
          <w:rFonts w:ascii="Arial" w:hAnsi="Arial" w:eastAsia="Arial"/>
          <w:b w:val="0"/>
          <w:i w:val="0"/>
          <w:color w:val="000000"/>
          <w:sz w:val="36"/>
        </w:rPr>
        <w:t>i</w:t>
      </w:r>
      <w:r>
        <w:rPr>
          <w:rFonts w:ascii="Arial" w:hAnsi="Arial" w:eastAsia="Arial"/>
          <w:b w:val="0"/>
          <w:i w:val="0"/>
          <w:color w:val="000000"/>
          <w:sz w:val="36"/>
        </w:rPr>
        <w:t>\</w:t>
      </w:r>
      <w:r>
        <w:rPr>
          <w:rFonts w:ascii="Arial" w:hAnsi="Arial" w:eastAsia="Arial"/>
          <w:b w:val="0"/>
          <w:i w:val="0"/>
          <w:color w:val="000000"/>
          <w:sz w:val="36"/>
        </w:rPr>
        <w:t>ü</w:t>
      </w:r>
      <w:r>
        <w:rPr>
          <w:rFonts w:ascii="Arial" w:hAnsi="Arial" w:eastAsia="Arial"/>
          <w:b w:val="0"/>
          <w:i w:val="0"/>
          <w:color w:val="000000"/>
          <w:sz w:val="36"/>
        </w:rPr>
        <w:t>;</w:t>
      </w:r>
      <w:r>
        <w:rPr>
          <w:rFonts w:ascii="Arial" w:hAnsi="Arial" w:eastAsia="Arial"/>
          <w:b w:val="0"/>
          <w:i w:val="0"/>
          <w:color w:val="000000"/>
          <w:sz w:val="36"/>
        </w:rPr>
        <w:t>aÀ</w:t>
      </w:r>
      <w:r>
        <w:rPr>
          <w:rFonts w:ascii="Arial" w:hAnsi="Arial" w:eastAsia="Arial"/>
          <w:b w:val="0"/>
          <w:i w:val="0"/>
          <w:color w:val="000000"/>
          <w:sz w:val="36"/>
        </w:rPr>
        <w:t>:,.;.,</w:t>
      </w:r>
    </w:p>
    <w:p>
      <w:pPr>
        <w:widowControl/>
        <w:wordWrap w:val="0"/>
        <w:autoSpaceDE w:val="0"/>
        <w:autoSpaceDN w:val="0"/>
        <w:spacing w:line="190" w:lineRule="exact" w:before="71" w:after="13"/>
        <w:ind w:left="746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9"/>
        </w:rPr>
        <w:t>RG</w:t>
      </w:r>
      <w:r>
        <w:rPr>
          <w:rFonts w:ascii="Arial" w:hAnsi="Arial" w:eastAsia="Arial"/>
          <w:b w:val="0"/>
          <w:i w:val="0"/>
          <w:color w:val="000000"/>
          <w:sz w:val="19"/>
        </w:rPr>
        <w:t>:</w:t>
      </w:r>
      <w:r>
        <w:rPr>
          <w:rFonts w:ascii="Arial" w:hAnsi="Arial" w:eastAsia="Arial"/>
          <w:b w:val="0"/>
          <w:i w:val="0"/>
          <w:color w:val="000000"/>
          <w:sz w:val="19"/>
        </w:rPr>
        <w:t>n</w:t>
      </w:r>
      <w:r>
        <w:rPr>
          <w:rFonts w:ascii="Arial" w:hAnsi="Arial" w:eastAsia="Arial"/>
          <w:b w:val="0"/>
          <w:i w:val="0"/>
          <w:color w:val="000000"/>
          <w:sz w:val="19"/>
        </w:rPr>
        <w:t>'</w:t>
      </w:r>
      <w:r>
        <w:rPr>
          <w:rFonts w:ascii="Times New Roman" w:hAnsi="Times New Roman" w:eastAsia="Times New Roman"/>
          <w:b w:val="0"/>
          <w:color w:val="000000"/>
          <w:spacing w:val="11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50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Arial" w:hAnsi="Arial" w:eastAsia="Arial"/>
          <w:b w:val="0"/>
          <w:i w:val="0"/>
          <w:color w:val="000000"/>
          <w:spacing w:val="-26"/>
          <w:sz w:val="19"/>
        </w:rPr>
        <w:t>5091</w:t>
      </w:r>
      <w:r>
        <w:rPr>
          <w:rFonts w:ascii="Arial" w:hAnsi="Arial" w:eastAsia="Arial"/>
          <w:b w:val="0"/>
          <w:i w:val="0"/>
          <w:color w:val="000000"/>
          <w:sz w:val="19"/>
        </w:rPr>
        <w:t>.</w:t>
      </w:r>
      <w:r>
        <w:rPr>
          <w:rFonts w:ascii="Times New Roman" w:hAnsi="Times New Roman" w:eastAsia="Times New Roman"/>
          <w:b w:val="0"/>
          <w:color w:val="000000"/>
          <w:spacing w:val="-16"/>
          <w:sz w:val="19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9"/>
        </w:rPr>
        <w:t>38</w:t>
      </w:r>
      <w:r>
        <w:rPr>
          <w:rFonts w:ascii="Arial" w:hAnsi="Arial" w:eastAsia="Arial"/>
          <w:b w:val="0"/>
          <w:i w:val="0"/>
          <w:color w:val="000000"/>
          <w:sz w:val="19"/>
        </w:rPr>
        <w:t>-</w:t>
      </w:r>
      <w:r>
        <w:rPr>
          <w:rFonts w:ascii="Arial" w:hAnsi="Arial" w:eastAsia="Arial"/>
          <w:b w:val="0"/>
          <w:i w:val="0"/>
          <w:color w:val="000000"/>
          <w:sz w:val="19"/>
        </w:rPr>
        <w:t>0</w:t>
      </w:r>
    </w:p>
    <w:p>
      <w:pPr>
        <w:widowControl/>
        <w:wordWrap w:val="0"/>
        <w:autoSpaceDE w:val="0"/>
        <w:autoSpaceDN w:val="0"/>
        <w:spacing w:line="170" w:lineRule="exact" w:before="25" w:after="35"/>
        <w:ind w:left="734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7"/>
        </w:rPr>
        <w:t>CPF</w:t>
      </w:r>
      <w:r>
        <w:rPr>
          <w:rFonts w:ascii="Arial" w:hAnsi="Arial" w:eastAsia="Arial"/>
          <w:b w:val="0"/>
          <w:i w:val="0"/>
          <w:color w:val="000000"/>
          <w:sz w:val="17"/>
        </w:rPr>
        <w:t>:</w:t>
      </w:r>
      <w:r>
        <w:rPr>
          <w:rFonts w:ascii="Times New Roman" w:hAnsi="Times New Roman" w:eastAsia="Times New Roman"/>
          <w:b w:val="0"/>
          <w:color w:val="000000"/>
          <w:spacing w:val="-1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n</w:t>
      </w:r>
      <w:r>
        <w:rPr>
          <w:rFonts w:ascii="Arial" w:hAnsi="Arial" w:eastAsia="Arial"/>
          <w:b w:val="0"/>
          <w:i w:val="0"/>
          <w:color w:val="000000"/>
          <w:sz w:val="17"/>
        </w:rPr>
        <w:t>'</w:t>
      </w:r>
      <w:r>
        <w:rPr>
          <w:rFonts w:ascii="Times New Roman" w:hAnsi="Times New Roman" w:eastAsia="Times New Roman"/>
          <w:b w:val="0"/>
          <w:color w:val="000000"/>
          <w:spacing w:val="11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303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952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Arial" w:hAnsi="Arial" w:eastAsia="Arial"/>
          <w:b w:val="0"/>
          <w:i w:val="0"/>
          <w:color w:val="000000"/>
          <w:sz w:val="17"/>
        </w:rPr>
        <w:t>338</w:t>
      </w:r>
      <w:r>
        <w:rPr>
          <w:rFonts w:ascii="Arial" w:hAnsi="Arial" w:eastAsia="Arial"/>
          <w:b w:val="0"/>
          <w:i w:val="0"/>
          <w:color w:val="000000"/>
          <w:sz w:val="17"/>
        </w:rPr>
        <w:t>-</w:t>
      </w:r>
      <w:r>
        <w:rPr>
          <w:rFonts w:ascii="Arial" w:hAnsi="Arial" w:eastAsia="Arial"/>
          <w:b w:val="0"/>
          <w:i w:val="0"/>
          <w:color w:val="000000"/>
          <w:sz w:val="17"/>
        </w:rPr>
        <w:t>44</w:t>
      </w:r>
    </w:p>
    <w:p>
      <w:pPr>
        <w:widowControl/>
        <w:wordWrap w:val="0"/>
        <w:autoSpaceDE w:val="0"/>
        <w:autoSpaceDN w:val="0"/>
        <w:spacing w:line="170" w:lineRule="exact" w:before="70" w:after="0"/>
        <w:ind w:left="630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15"/>
        </w:rPr>
        <w:t>ONG</w:t>
      </w:r>
      <w:r>
        <w:rPr>
          <w:rFonts w:ascii="Times New Roman" w:hAnsi="Times New Roman" w:eastAsia="Times New Roman"/>
          <w:b w:val="0"/>
          <w:color w:val="000000"/>
          <w:spacing w:val="21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5"/>
        </w:rPr>
        <w:t>-</w:t>
      </w:r>
      <w:r>
        <w:rPr>
          <w:rFonts w:ascii="Times New Roman" w:hAnsi="Times New Roman" w:eastAsia="Times New Roman"/>
          <w:b w:val="0"/>
          <w:color w:val="000000"/>
          <w:spacing w:val="53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5"/>
        </w:rPr>
        <w:t>Instituía</w:t>
      </w:r>
      <w:r>
        <w:rPr>
          <w:rFonts w:ascii="Times New Roman" w:hAnsi="Times New Roman" w:eastAsia="Times New Roman"/>
          <w:b w:val="0"/>
          <w:color w:val="000000"/>
          <w:spacing w:val="117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5"/>
        </w:rPr>
        <w:t>de</w:t>
      </w:r>
      <w:r>
        <w:rPr>
          <w:rFonts w:ascii="Times New Roman" w:hAnsi="Times New Roman" w:eastAsia="Times New Roman"/>
          <w:b w:val="0"/>
          <w:color w:val="000000"/>
          <w:spacing w:val="16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5"/>
        </w:rPr>
        <w:t>Cidadania</w:t>
      </w:r>
      <w:r>
        <w:rPr>
          <w:rFonts w:ascii="Times New Roman" w:hAnsi="Times New Roman" w:eastAsia="Times New Roman"/>
          <w:b w:val="0"/>
          <w:color w:val="000000"/>
          <w:spacing w:val="87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5"/>
        </w:rPr>
        <w:t>PoHeti</w:t>
      </w:r>
      <w:r>
        <w:rPr>
          <w:rFonts w:ascii="Times New Roman" w:hAnsi="Times New Roman" w:eastAsia="Times New Roman"/>
          <w:b w:val="0"/>
          <w:color w:val="000000"/>
          <w:spacing w:val="72"/>
          <w:sz w:val="15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5"/>
        </w:rPr>
        <w:t>tha</w:t>
      </w:r>
      <w:r>
        <w:rPr>
          <w:rFonts w:ascii="Times New Roman" w:hAnsi="Times New Roman" w:eastAsia="Times New Roman"/>
          <w:b w:val="0"/>
          <w:color w:val="000000"/>
          <w:spacing w:val="149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Ultid</w:t>
      </w:r>
      <w:r>
        <w:rPr>
          <w:rFonts w:ascii="Arial" w:hAnsi="Arial" w:eastAsia="Arial"/>
          <w:b w:val="0"/>
          <w:i w:val="0"/>
          <w:color w:val="000000"/>
          <w:sz w:val="17"/>
        </w:rPr>
        <w:t>.</w:t>
      </w:r>
      <w:r>
        <w:rPr>
          <w:rFonts w:ascii="Times New Roman" w:hAnsi="Times New Roman" w:eastAsia="Times New Roman"/>
          <w:b w:val="0"/>
          <w:color w:val="000000"/>
          <w:spacing w:val="10"/>
          <w:sz w:val="17"/>
        </w:rPr>
        <w:t xml:space="preserve"> </w:t>
      </w:r>
      <w:r>
        <w:rPr>
          <w:rFonts w:ascii="Arial" w:hAnsi="Arial" w:eastAsia="Arial"/>
          <w:b w:val="0"/>
          <w:i w:val="0"/>
          <w:color w:val="000000"/>
          <w:sz w:val="17"/>
        </w:rPr>
        <w:t>i</w:t>
      </w:r>
      <w:r>
        <w:rPr>
          <w:rFonts w:ascii="Arial" w:hAnsi="Arial" w:eastAsia="Arial"/>
          <w:b w:val="0"/>
          <w:i w:val="0"/>
          <w:color w:val="000000"/>
          <w:sz w:val="17"/>
        </w:rPr>
        <w:t>}</w:t>
      </w:r>
    </w:p>
    <w:sectPr w:rsidR="00FC693F" w:rsidRPr="0006063C" w:rsidSect="00034616">
      <w:pgSz w:w="11900" w:h="16840"/>
      <w:pgMar w:top="406" w:right="1080" w:bottom="782" w:left="420" w:header="720" w:footer="720" w:gutter="0"/>
      <w:cols w:space="720" w:num="1" w:equalWidth="0">
        <w:col w:w="1040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2025-05-11T18:09:25Z</dcterms:created>
  <dcterms:modified xsi:type="dcterms:W3CDTF">2025-05-11T18:09:25Z</dcterms:modified>
  <cp:category/>
</cp:coreProperties>
</file>