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223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447674</wp:posOffset>
            </wp:positionV>
            <wp:extent cx="5746750" cy="463994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639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</wp:posOffset>
            </wp:positionH>
            <wp:positionV relativeFrom="page">
              <wp:posOffset>393699</wp:posOffset>
            </wp:positionV>
            <wp:extent cx="6965950" cy="127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7127875</wp:posOffset>
            </wp:positionH>
            <wp:positionV relativeFrom="page">
              <wp:posOffset>393699</wp:posOffset>
            </wp:positionV>
            <wp:extent cx="15240" cy="48514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851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</wp:posOffset>
            </wp:positionH>
            <wp:positionV relativeFrom="page">
              <wp:posOffset>5232399</wp:posOffset>
            </wp:positionV>
            <wp:extent cx="6965950" cy="127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</wp:posOffset>
            </wp:positionH>
            <wp:positionV relativeFrom="page">
              <wp:posOffset>393699</wp:posOffset>
            </wp:positionV>
            <wp:extent cx="15240" cy="48514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851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281" w:lineRule="exact" w:before="474" w:after="183"/>
        <w:ind w:left="4273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8"/>
        </w:rPr>
        <w:t>FICHA</w:t>
      </w:r>
      <w:r>
        <w:rPr>
          <w:rFonts w:ascii="Times New Roman" w:hAnsi="Times New Roman" w:eastAsia="Times New Roman"/>
          <w:b/>
          <w:color w:val="000000"/>
          <w:spacing w:val="-8"/>
          <w:sz w:val="28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8"/>
        </w:rPr>
        <w:t>DE</w:t>
      </w:r>
      <w:r>
        <w:rPr>
          <w:rFonts w:ascii="Times New Roman" w:hAnsi="Times New Roman" w:eastAsia="Times New Roman"/>
          <w:b/>
          <w:color w:val="000000"/>
          <w:spacing w:val="-7"/>
          <w:sz w:val="28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8"/>
        </w:rPr>
        <w:t>INFORMAÇÕES</w:t>
      </w:r>
    </w:p>
    <w:p>
      <w:pPr>
        <w:widowControl/>
        <w:wordWrap w:val="0"/>
        <w:autoSpaceDE w:val="0"/>
        <w:autoSpaceDN w:val="0"/>
        <w:spacing w:line="240" w:lineRule="exact" w:before="366" w:after="470"/>
        <w:ind w:left="3077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4"/>
        </w:rPr>
        <w:t>ONG</w:t>
      </w:r>
      <w:r>
        <w:rPr>
          <w:rFonts w:ascii="Times New Roman" w:hAnsi="Times New Roman" w:eastAsia="Times New Roman"/>
          <w:b/>
          <w:color w:val="000000"/>
          <w:spacing w:val="-4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-2"/>
          <w:sz w:val="24"/>
        </w:rPr>
        <w:t>–</w:t>
      </w:r>
      <w:r>
        <w:rPr>
          <w:rFonts w:ascii="Times New Roman" w:hAnsi="Times New Roman" w:eastAsia="Times New Roman"/>
          <w:b/>
          <w:color w:val="000000"/>
          <w:spacing w:val="-5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INSTITUTO</w:t>
      </w:r>
      <w:r>
        <w:rPr>
          <w:rFonts w:ascii="Times New Roman" w:hAnsi="Times New Roman" w:eastAsia="Times New Roman"/>
          <w:b/>
          <w:color w:val="000000"/>
          <w:spacing w:val="-5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99"/>
          <w:sz w:val="24"/>
        </w:rPr>
        <w:t>DE</w:t>
      </w:r>
      <w:r>
        <w:rPr>
          <w:rFonts w:ascii="Times New Roman" w:hAnsi="Times New Roman" w:eastAsia="Times New Roman"/>
          <w:b/>
          <w:color w:val="000000"/>
          <w:spacing w:val="-5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CIDADANIA</w:t>
      </w:r>
      <w:r>
        <w:rPr>
          <w:rFonts w:ascii="Times New Roman" w:hAnsi="Times New Roman" w:eastAsia="Times New Roman"/>
          <w:b/>
          <w:color w:val="000000"/>
          <w:spacing w:val="-5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PORTELINHA</w:t>
      </w:r>
      <w:r>
        <w:rPr>
          <w:rFonts w:ascii="Times New Roman" w:hAnsi="Times New Roman" w:eastAsia="Times New Roman"/>
          <w:b/>
          <w:color w:val="000000"/>
          <w:spacing w:val="-7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4"/>
        </w:rPr>
        <w:t>UND</w:t>
      </w:r>
      <w:r>
        <w:rPr>
          <w:rFonts w:ascii="Times New Roman" w:hAnsi="Times New Roman" w:eastAsia="Times New Roman"/>
          <w:b/>
          <w:color w:val="000000"/>
          <w:spacing w:val="-6"/>
          <w:sz w:val="24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2"/>
          <w:sz w:val="24"/>
        </w:rPr>
        <w:t>I</w:t>
      </w:r>
    </w:p>
    <w:p>
      <w:pPr>
        <w:widowControl/>
        <w:wordWrap w:val="0"/>
        <w:autoSpaceDE w:val="0"/>
        <w:autoSpaceDN w:val="0"/>
        <w:spacing w:line="221" w:lineRule="exact" w:before="941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CRECHE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EM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PARCERIA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636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PREFEITURA</w:t>
      </w:r>
      <w:r>
        <w:rPr>
          <w:rFonts w:ascii="Times New Roman" w:hAnsi="Times New Roman" w:eastAsia="Times New Roman"/>
          <w:b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GUARULHOS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OBJETO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92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ATENDIMENTO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DE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CRIANÇAS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EM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IDADE</w:t>
      </w:r>
      <w:r>
        <w:rPr>
          <w:rFonts w:ascii="Times New Roman" w:hAnsi="Times New Roman" w:eastAsia="Times New Roman"/>
          <w:b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CRECHE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22"/>
        </w:rPr>
        <w:t>NO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ENDEREÇO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33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RUA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COTAS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</w:t>
      </w:r>
      <w:r>
        <w:rPr>
          <w:rFonts w:ascii="Calibri" w:hAnsi="Calibri" w:eastAsia="Calibri"/>
          <w:b/>
          <w:i w:val="0"/>
          <w:color w:val="000000"/>
          <w:spacing w:val="2"/>
          <w:sz w:val="22"/>
        </w:rPr>
        <w:t>.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NORUEBA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,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118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PARQUE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MARIA</w:t>
      </w:r>
      <w:r>
        <w:rPr>
          <w:rFonts w:ascii="Times New Roman" w:hAnsi="Times New Roman" w:eastAsia="Times New Roman"/>
          <w:b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HELENA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CNPJ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FILIAL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62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28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655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071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0002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22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TERMO</w:t>
      </w:r>
      <w:r>
        <w:rPr>
          <w:rFonts w:ascii="Times New Roman" w:hAnsi="Times New Roman" w:eastAsia="Times New Roman"/>
          <w:b/>
          <w:color w:val="000000"/>
          <w:spacing w:val="-8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COLABORAÇÃO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219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001124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2022</w:t>
      </w:r>
      <w:r>
        <w:rPr>
          <w:rFonts w:ascii="Calibri" w:hAnsi="Calibri" w:eastAsia="Calibri"/>
          <w:b/>
          <w:i w:val="0"/>
          <w:color w:val="000000"/>
          <w:spacing w:val="-3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sz w:val="22"/>
        </w:rPr>
        <w:t>SESE08</w:t>
      </w:r>
      <w:r>
        <w:rPr>
          <w:rFonts w:ascii="Calibri" w:hAnsi="Calibri" w:eastAsia="Calibri"/>
          <w:b/>
          <w:i w:val="0"/>
          <w:color w:val="000000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RPP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VIGÊNCIA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771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06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06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2022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A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31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12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/</w:t>
      </w:r>
      <w:r>
        <w:rPr>
          <w:rFonts w:ascii="Calibri" w:hAnsi="Calibri" w:eastAsia="Calibri"/>
          <w:b/>
          <w:i w:val="0"/>
          <w:color w:val="000000"/>
          <w:sz w:val="22"/>
        </w:rPr>
        <w:t>2026</w:t>
      </w:r>
    </w:p>
    <w:p>
      <w:pPr>
        <w:widowControl/>
        <w:wordWrap w:val="0"/>
        <w:autoSpaceDE w:val="0"/>
        <w:autoSpaceDN w:val="0"/>
        <w:spacing w:line="221" w:lineRule="exact" w:before="182" w:after="90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VALOR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303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1"/>
          <w:sz w:val="22"/>
        </w:rPr>
        <w:t>7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566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.</w:t>
      </w:r>
      <w:r>
        <w:rPr>
          <w:rFonts w:ascii="Calibri" w:hAnsi="Calibri" w:eastAsia="Calibri"/>
          <w:b/>
          <w:i w:val="0"/>
          <w:color w:val="000000"/>
          <w:sz w:val="22"/>
        </w:rPr>
        <w:t>002</w:t>
      </w:r>
      <w:r>
        <w:rPr>
          <w:rFonts w:ascii="Calibri" w:hAnsi="Calibri" w:eastAsia="Calibri"/>
          <w:b/>
          <w:i w:val="0"/>
          <w:color w:val="000000"/>
          <w:spacing w:val="-2"/>
          <w:sz w:val="22"/>
        </w:rPr>
        <w:t>,</w:t>
      </w:r>
      <w:r>
        <w:rPr>
          <w:rFonts w:ascii="Calibri" w:hAnsi="Calibri" w:eastAsia="Calibri"/>
          <w:b/>
          <w:i w:val="0"/>
          <w:color w:val="000000"/>
          <w:sz w:val="22"/>
        </w:rPr>
        <w:t>40</w:t>
      </w:r>
    </w:p>
    <w:p>
      <w:pPr>
        <w:widowControl/>
        <w:wordWrap w:val="0"/>
        <w:autoSpaceDE w:val="0"/>
        <w:autoSpaceDN w:val="0"/>
        <w:spacing w:line="221" w:lineRule="exact" w:before="180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SITUAÇÃO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PRESTAÇÃO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DE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CONTAS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48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ON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LINE</w:t>
      </w:r>
      <w:r>
        <w:rPr>
          <w:rFonts w:ascii="Times New Roman" w:hAnsi="Times New Roman" w:eastAsia="Times New Roman"/>
          <w:b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PLATAFORMA</w:t>
      </w:r>
      <w:r>
        <w:rPr>
          <w:rFonts w:ascii="Times New Roman" w:hAnsi="Times New Roman" w:eastAsia="Times New Roman"/>
          <w:b/>
          <w:color w:val="000000"/>
          <w:spacing w:val="-7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SINCOVINHO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ANALISE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926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QUADRIMESTRAL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DIRETORA</w:t>
      </w:r>
      <w:r>
        <w:rPr>
          <w:rFonts w:ascii="Times New Roman" w:hAnsi="Times New Roman" w:eastAsia="Times New Roman"/>
          <w:b/>
          <w:color w:val="000000"/>
          <w:spacing w:val="-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PEDAGOGICA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448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Adriane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Tatiane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da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Silva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Araujo</w:t>
      </w:r>
    </w:p>
    <w:p>
      <w:pPr>
        <w:widowControl/>
        <w:wordWrap w:val="0"/>
        <w:autoSpaceDE w:val="0"/>
        <w:autoSpaceDN w:val="0"/>
        <w:spacing w:line="221" w:lineRule="exact" w:before="182" w:after="91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CONTATO</w:t>
      </w:r>
      <w:r>
        <w:rPr>
          <w:rFonts w:ascii="Calibri" w:hAnsi="Calibri" w:eastAsia="Calibri"/>
          <w:b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2814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(</w:t>
      </w:r>
      <w:r>
        <w:rPr>
          <w:rFonts w:ascii="Calibri" w:hAnsi="Calibri" w:eastAsia="Calibri"/>
          <w:b/>
          <w:i w:val="0"/>
          <w:color w:val="000000"/>
          <w:sz w:val="22"/>
        </w:rPr>
        <w:t>11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)</w:t>
      </w:r>
      <w:r>
        <w:rPr>
          <w:rFonts w:ascii="Times New Roman" w:hAnsi="Times New Roman" w:eastAsia="Times New Roman"/>
          <w:b/>
          <w:color w:val="000000"/>
          <w:spacing w:val="43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2600</w:t>
      </w:r>
      <w:r>
        <w:rPr>
          <w:rFonts w:ascii="Calibri" w:hAnsi="Calibri" w:eastAsia="Calibri"/>
          <w:b/>
          <w:i w:val="0"/>
          <w:color w:val="000000"/>
          <w:spacing w:val="-3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sz w:val="22"/>
        </w:rPr>
        <w:t>1062</w:t>
      </w:r>
      <w:r>
        <w:rPr>
          <w:rFonts w:ascii="Times New Roman" w:hAnsi="Times New Roman" w:eastAsia="Times New Roman"/>
          <w:b/>
          <w:color w:val="000000"/>
          <w:spacing w:val="343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(</w:t>
      </w:r>
      <w:r>
        <w:rPr>
          <w:rFonts w:ascii="Calibri" w:hAnsi="Calibri" w:eastAsia="Calibri"/>
          <w:b/>
          <w:i w:val="0"/>
          <w:color w:val="000000"/>
          <w:sz w:val="22"/>
        </w:rPr>
        <w:t>11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)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22"/>
        </w:rPr>
        <w:t>98980</w:t>
      </w:r>
      <w:r>
        <w:rPr>
          <w:rFonts w:ascii="Calibri" w:hAnsi="Calibri" w:eastAsia="Calibri"/>
          <w:b/>
          <w:i w:val="0"/>
          <w:color w:val="000000"/>
          <w:spacing w:val="-3"/>
          <w:sz w:val="22"/>
        </w:rPr>
        <w:t>-</w:t>
      </w:r>
      <w:r>
        <w:rPr>
          <w:rFonts w:ascii="Calibri" w:hAnsi="Calibri" w:eastAsia="Calibri"/>
          <w:b/>
          <w:i w:val="0"/>
          <w:color w:val="000000"/>
          <w:sz w:val="22"/>
        </w:rPr>
        <w:t>3652</w:t>
      </w:r>
    </w:p>
    <w:p>
      <w:pPr>
        <w:widowControl/>
        <w:wordWrap w:val="0"/>
        <w:autoSpaceDE w:val="0"/>
        <w:autoSpaceDN w:val="0"/>
        <w:spacing w:line="221" w:lineRule="exact" w:before="182" w:after="0"/>
        <w:ind w:left="485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22"/>
        </w:rPr>
        <w:t>HORÁRIO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DE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ATENDIMENTO</w:t>
      </w:r>
      <w:r>
        <w:rPr>
          <w:rFonts w:ascii="Calibri" w:hAnsi="Calibri" w:eastAsia="Calibri"/>
          <w:b/>
          <w:i w:val="0"/>
          <w:color w:val="000000"/>
          <w:spacing w:val="-1"/>
          <w:sz w:val="22"/>
        </w:rPr>
        <w:t>:</w:t>
      </w:r>
      <w:r>
        <w:rPr>
          <w:rFonts w:ascii="Times New Roman" w:hAnsi="Times New Roman" w:eastAsia="Times New Roman"/>
          <w:b/>
          <w:color w:val="000000"/>
          <w:spacing w:val="1140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DAS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07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Calibri" w:hAnsi="Calibri" w:eastAsia="Calibri"/>
          <w:b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/>
          <w:color w:val="000000"/>
          <w:spacing w:val="-2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ÀS</w:t>
      </w:r>
      <w:r>
        <w:rPr>
          <w:rFonts w:ascii="Times New Roman" w:hAnsi="Times New Roman" w:eastAsia="Times New Roman"/>
          <w:b/>
          <w:color w:val="000000"/>
          <w:spacing w:val="-5"/>
          <w:sz w:val="22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22"/>
        </w:rPr>
        <w:t>18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:</w:t>
      </w:r>
      <w:r>
        <w:rPr>
          <w:rFonts w:ascii="Calibri" w:hAnsi="Calibri" w:eastAsia="Calibri"/>
          <w:b/>
          <w:i w:val="0"/>
          <w:color w:val="000000"/>
          <w:w w:val="99"/>
          <w:sz w:val="22"/>
        </w:rPr>
        <w:t>00</w:t>
      </w:r>
    </w:p>
    <w:sectPr w:rsidR="00FC693F" w:rsidRPr="0006063C" w:rsidSect="00034616">
      <w:pgSz w:w="11906" w:h="16838"/>
      <w:pgMar w:top="290" w:right="621" w:bottom="1440" w:left="235" w:header="720" w:footer="720" w:gutter="0"/>
      <w:cols w:space="720" w:num="1" w:equalWidth="0">
        <w:col w:w="1105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2025-05-09T00:23:19Z</dcterms:created>
  <dcterms:modified xsi:type="dcterms:W3CDTF">2025-05-09T00:23:19Z</dcterms:modified>
  <cp:category/>
</cp:coreProperties>
</file>